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33DF" w14:textId="77777777" w:rsidR="0009622B" w:rsidRPr="006835C7" w:rsidRDefault="0009622B" w:rsidP="0009622B">
      <w:pPr>
        <w:jc w:val="center"/>
        <w:rPr>
          <w:lang w:val="ru-RU"/>
        </w:rPr>
      </w:pPr>
      <w:r w:rsidRPr="006835C7">
        <w:rPr>
          <w:rFonts w:cs="Times New Roman"/>
          <w:b/>
          <w:lang w:val="ru-RU"/>
        </w:rPr>
        <w:t>СВОДНЫЙ АКТ ПРИЕМА-ПЕРЕДАЧИ ИМУЩЕСТВА</w:t>
      </w:r>
    </w:p>
    <w:p w14:paraId="1051D8E4" w14:textId="77777777" w:rsidR="0009622B" w:rsidRPr="006835C7" w:rsidRDefault="0009622B" w:rsidP="0009622B">
      <w:pPr>
        <w:jc w:val="center"/>
        <w:rPr>
          <w:lang w:val="ru-RU"/>
        </w:rPr>
      </w:pPr>
      <w:r w:rsidRPr="006835C7">
        <w:rPr>
          <w:rFonts w:cs="Times New Roman"/>
          <w:b/>
          <w:i/>
          <w:lang w:val="ru-RU"/>
        </w:rPr>
        <w:t>по объединённым позициям из загруженных сводных актов</w:t>
      </w:r>
    </w:p>
    <w:p w14:paraId="2EFA6571" w14:textId="77777777" w:rsidR="0009622B" w:rsidRPr="006E03F9" w:rsidRDefault="0009622B" w:rsidP="0009622B">
      <w:pPr>
        <w:shd w:val="clear" w:color="auto" w:fill="FFFFFF"/>
        <w:spacing w:after="0" w:line="240" w:lineRule="auto"/>
        <w:jc w:val="both"/>
        <w:rPr>
          <w:rFonts w:cs="Times New Roman"/>
          <w:color w:val="0F1115"/>
          <w:szCs w:val="24"/>
          <w:lang w:val="ru-RU" w:eastAsia="ru-RU"/>
        </w:rPr>
      </w:pPr>
      <w:r w:rsidRPr="006E03F9">
        <w:rPr>
          <w:rFonts w:cs="Times New Roman"/>
          <w:b/>
          <w:szCs w:val="24"/>
          <w:lang w:val="ru-RU"/>
        </w:rPr>
        <w:t>Дата: «10» июня 2026 г. Место составления: _ г. Омск, ул. Магистральная, д. 3, пом. 1П.</w:t>
      </w:r>
    </w:p>
    <w:p w14:paraId="571265E2" w14:textId="77777777" w:rsidR="0009622B" w:rsidRPr="006E03F9" w:rsidRDefault="0009622B" w:rsidP="0009622B">
      <w:pPr>
        <w:spacing w:before="120" w:after="80"/>
        <w:rPr>
          <w:szCs w:val="24"/>
          <w:lang w:val="ru-RU"/>
        </w:rPr>
      </w:pPr>
      <w:r>
        <w:t>Основание: на основании документов 1Сводный_Акт.docx, Сводный_Акт_2.docx, Сводный_Акт_3.docx.</w:t>
      </w:r>
      <w:r>
        <w:br/>
        <w:t>Примечание: настоящий акт составлен в обновленной редакции с указанием ориентировочных ликвидационных цен, определенных для целей процедуры реализации имущества должника в деле о банкротстве на основании анализа открытых источников ценовой информации по г. Омску, Омской области и федеральным маркетплейсам с применением понижающего ликвидационного дисконта.</w:t>
      </w:r>
    </w:p>
    <w:tbl>
      <w:tblPr>
        <w:tblStyle w:val="aff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
        <w:gridCol w:w="7371"/>
        <w:gridCol w:w="737"/>
        <w:gridCol w:w="680"/>
        <w:gridCol w:w="1417"/>
        <w:gridCol w:w="1587"/>
      </w:tblGrid>
      <w:tr w:rsidR="0009622B" w14:paraId="6BF9DD60" w14:textId="77777777" w:rsidTr="00DF6623">
        <w:trPr>
          <w:tblHeader/>
          <w:jc w:val="center"/>
        </w:trPr>
        <w:tc>
          <w:tcPr>
            <w:tcW w:w="453" w:type="dxa"/>
            <w:shd w:val="clear" w:color="auto" w:fill="D9EAF7"/>
            <w:tcMar>
              <w:top w:w="40" w:type="dxa"/>
              <w:left w:w="60" w:type="dxa"/>
              <w:bottom w:w="40" w:type="dxa"/>
              <w:right w:w="60" w:type="dxa"/>
            </w:tcMar>
            <w:vAlign w:val="center"/>
          </w:tcPr>
          <w:p w14:paraId="77DB7407" w14:textId="77777777" w:rsidR="0086322D" w:rsidRDefault="00441274">
            <w:pPr>
              <w:spacing w:after="0"/>
              <w:jc w:val="center"/>
            </w:pPr>
            <w:r>
              <w:rPr>
                <w:b/>
              </w:rPr>
              <w:t>№</w:t>
            </w:r>
          </w:p>
        </w:tc>
        <w:tc>
          <w:tcPr>
            <w:tcW w:w="7371" w:type="dxa"/>
            <w:shd w:val="clear" w:color="auto" w:fill="D9EAF7"/>
            <w:tcMar>
              <w:top w:w="40" w:type="dxa"/>
              <w:left w:w="60" w:type="dxa"/>
              <w:bottom w:w="40" w:type="dxa"/>
              <w:right w:w="60" w:type="dxa"/>
            </w:tcMar>
            <w:vAlign w:val="center"/>
          </w:tcPr>
          <w:p w14:paraId="38FF2415" w14:textId="77777777" w:rsidR="0086322D" w:rsidRDefault="00441274">
            <w:pPr>
              <w:spacing w:after="0"/>
              <w:jc w:val="center"/>
            </w:pPr>
            <w:proofErr w:type="spellStart"/>
            <w:r>
              <w:rPr>
                <w:b/>
              </w:rPr>
              <w:t>Наименование</w:t>
            </w:r>
            <w:proofErr w:type="spellEnd"/>
            <w:r>
              <w:rPr>
                <w:b/>
              </w:rPr>
              <w:t xml:space="preserve"> </w:t>
            </w:r>
            <w:proofErr w:type="spellStart"/>
            <w:r>
              <w:rPr>
                <w:b/>
              </w:rPr>
              <w:t>товара</w:t>
            </w:r>
            <w:proofErr w:type="spellEnd"/>
          </w:p>
        </w:tc>
        <w:tc>
          <w:tcPr>
            <w:tcW w:w="737" w:type="dxa"/>
            <w:shd w:val="clear" w:color="auto" w:fill="D9EAF7"/>
            <w:tcMar>
              <w:top w:w="40" w:type="dxa"/>
              <w:left w:w="60" w:type="dxa"/>
              <w:bottom w:w="40" w:type="dxa"/>
              <w:right w:w="60" w:type="dxa"/>
            </w:tcMar>
            <w:vAlign w:val="center"/>
          </w:tcPr>
          <w:p w14:paraId="2F181711" w14:textId="77777777" w:rsidR="0086322D" w:rsidRDefault="00441274">
            <w:pPr>
              <w:spacing w:after="0"/>
              <w:jc w:val="center"/>
            </w:pPr>
            <w:proofErr w:type="spellStart"/>
            <w:r>
              <w:rPr>
                <w:b/>
              </w:rPr>
              <w:t>Кол-во</w:t>
            </w:r>
            <w:proofErr w:type="spellEnd"/>
          </w:p>
        </w:tc>
        <w:tc>
          <w:tcPr>
            <w:tcW w:w="680" w:type="dxa"/>
            <w:shd w:val="clear" w:color="auto" w:fill="D9EAF7"/>
            <w:tcMar>
              <w:top w:w="40" w:type="dxa"/>
              <w:left w:w="60" w:type="dxa"/>
              <w:bottom w:w="40" w:type="dxa"/>
              <w:right w:w="60" w:type="dxa"/>
            </w:tcMar>
            <w:vAlign w:val="center"/>
          </w:tcPr>
          <w:p w14:paraId="4A39AE0F" w14:textId="77777777" w:rsidR="0086322D" w:rsidRDefault="00441274">
            <w:pPr>
              <w:spacing w:after="0"/>
              <w:jc w:val="center"/>
            </w:pPr>
            <w:proofErr w:type="spellStart"/>
            <w:r>
              <w:rPr>
                <w:b/>
              </w:rPr>
              <w:t>Ед</w:t>
            </w:r>
            <w:proofErr w:type="spellEnd"/>
            <w:r>
              <w:rPr>
                <w:b/>
              </w:rPr>
              <w:t xml:space="preserve">. </w:t>
            </w:r>
            <w:proofErr w:type="spellStart"/>
            <w:r>
              <w:rPr>
                <w:b/>
              </w:rPr>
              <w:t>изм</w:t>
            </w:r>
            <w:proofErr w:type="spellEnd"/>
            <w:r>
              <w:rPr>
                <w:b/>
              </w:rPr>
              <w:t>.</w:t>
            </w:r>
          </w:p>
        </w:tc>
        <w:tc>
          <w:tcPr>
            <w:tcW w:w="1417" w:type="dxa"/>
            <w:shd w:val="clear" w:color="auto" w:fill="D9EAF7"/>
            <w:tcMar>
              <w:top w:w="40" w:type="dxa"/>
              <w:left w:w="60" w:type="dxa"/>
              <w:bottom w:w="40" w:type="dxa"/>
              <w:right w:w="60" w:type="dxa"/>
            </w:tcMar>
            <w:vAlign w:val="center"/>
          </w:tcPr>
          <w:p w14:paraId="21D748D9" w14:textId="77777777" w:rsidR="0086322D" w:rsidRDefault="00441274">
            <w:pPr>
              <w:spacing w:after="0"/>
              <w:jc w:val="center"/>
            </w:pPr>
            <w:proofErr w:type="spellStart"/>
            <w:r>
              <w:rPr>
                <w:b/>
              </w:rPr>
              <w:t>Цена</w:t>
            </w:r>
            <w:proofErr w:type="spellEnd"/>
          </w:p>
        </w:tc>
        <w:tc>
          <w:tcPr>
            <w:tcW w:w="1587" w:type="dxa"/>
            <w:shd w:val="clear" w:color="auto" w:fill="D9EAF7"/>
            <w:tcMar>
              <w:top w:w="40" w:type="dxa"/>
              <w:left w:w="60" w:type="dxa"/>
              <w:bottom w:w="40" w:type="dxa"/>
              <w:right w:w="60" w:type="dxa"/>
            </w:tcMar>
            <w:vAlign w:val="center"/>
          </w:tcPr>
          <w:p w14:paraId="5B1266AD" w14:textId="77777777" w:rsidR="0086322D" w:rsidRDefault="00441274">
            <w:pPr>
              <w:spacing w:after="0"/>
              <w:jc w:val="center"/>
            </w:pPr>
            <w:proofErr w:type="spellStart"/>
            <w:r>
              <w:rPr>
                <w:b/>
              </w:rPr>
              <w:t>Сумма</w:t>
            </w:r>
            <w:proofErr w:type="spellEnd"/>
          </w:p>
        </w:tc>
      </w:tr>
      <w:tr w:rsidR="0009622B" w14:paraId="263A7688" w14:textId="77777777" w:rsidTr="00DF6623">
        <w:trPr>
          <w:jc w:val="center"/>
        </w:trPr>
        <w:tc>
          <w:tcPr>
            <w:tcW w:w="1587" w:type="dxa"/>
            <w:gridSpan w:val="6"/>
            <w:shd w:val="clear" w:color="auto" w:fill="EDEDED"/>
            <w:tcMar>
              <w:top w:w="40" w:type="dxa"/>
              <w:left w:w="60" w:type="dxa"/>
              <w:bottom w:w="40" w:type="dxa"/>
              <w:right w:w="60" w:type="dxa"/>
            </w:tcMar>
            <w:vAlign w:val="center"/>
          </w:tcPr>
          <w:p w14:paraId="6BAEA69B" w14:textId="77777777" w:rsidR="0009622B" w:rsidRDefault="0009622B" w:rsidP="00DF6623">
            <w:pPr>
              <w:spacing w:after="0"/>
              <w:jc w:val="center"/>
            </w:pPr>
          </w:p>
        </w:tc>
      </w:tr>
      <w:tr w:rsidR="0009622B" w14:paraId="65C06FE9" w14:textId="77777777" w:rsidTr="00DF6623">
        <w:trPr>
          <w:jc w:val="center"/>
        </w:trPr>
        <w:tc>
          <w:tcPr>
            <w:tcW w:w="453" w:type="dxa"/>
            <w:tcMar>
              <w:top w:w="40" w:type="dxa"/>
              <w:left w:w="60" w:type="dxa"/>
              <w:bottom w:w="40" w:type="dxa"/>
              <w:right w:w="60" w:type="dxa"/>
            </w:tcMar>
            <w:vAlign w:val="center"/>
          </w:tcPr>
          <w:p w14:paraId="2BE1FA60" w14:textId="77777777" w:rsidR="0009622B" w:rsidRDefault="0009622B" w:rsidP="00DF6623">
            <w:pPr>
              <w:spacing w:after="0"/>
              <w:jc w:val="center"/>
            </w:pPr>
            <w:r>
              <w:t>1</w:t>
            </w:r>
          </w:p>
        </w:tc>
        <w:tc>
          <w:tcPr>
            <w:tcW w:w="7371" w:type="dxa"/>
            <w:tcMar>
              <w:top w:w="40" w:type="dxa"/>
              <w:left w:w="60" w:type="dxa"/>
              <w:bottom w:w="40" w:type="dxa"/>
              <w:right w:w="60" w:type="dxa"/>
            </w:tcMar>
            <w:vAlign w:val="center"/>
          </w:tcPr>
          <w:p w14:paraId="174F0CD8" w14:textId="77777777" w:rsidR="0009622B" w:rsidRDefault="0009622B" w:rsidP="00DF6623">
            <w:pPr>
              <w:spacing w:after="0"/>
            </w:pPr>
            <w:r w:rsidRPr="00CA0274">
              <w:rPr>
                <w:rFonts w:cs="Times New Roman"/>
                <w:lang w:val="ru-RU"/>
              </w:rPr>
              <w:t xml:space="preserve">Костюм </w:t>
            </w:r>
            <w:proofErr w:type="spellStart"/>
            <w:r>
              <w:rPr>
                <w:rFonts w:cs="Times New Roman"/>
              </w:rPr>
              <w:t>Contata</w:t>
            </w:r>
            <w:proofErr w:type="spellEnd"/>
            <w:r w:rsidRPr="00CA0274">
              <w:rPr>
                <w:rFonts w:cs="Times New Roman"/>
                <w:lang w:val="ru-RU"/>
              </w:rPr>
              <w:t xml:space="preserve"> (</w:t>
            </w:r>
            <w:proofErr w:type="spellStart"/>
            <w:r w:rsidRPr="00CA0274">
              <w:rPr>
                <w:rFonts w:cs="Times New Roman"/>
                <w:lang w:val="ru-RU"/>
              </w:rPr>
              <w:t>Контата</w:t>
            </w:r>
            <w:proofErr w:type="spellEnd"/>
            <w:r w:rsidRPr="00CA0274">
              <w:rPr>
                <w:rFonts w:cs="Times New Roman"/>
                <w:lang w:val="ru-RU"/>
              </w:rPr>
              <w:t xml:space="preserve">) — мод. 8041,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4EAC776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96CDE4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098A81A" w14:textId="77777777" w:rsidR="009C1061" w:rsidRDefault="00441274">
            <w:pPr>
              <w:jc w:val="right"/>
            </w:pPr>
            <w:r>
              <w:t>1 800 руб.</w:t>
            </w:r>
          </w:p>
        </w:tc>
        <w:tc>
          <w:tcPr>
            <w:tcW w:w="1587" w:type="dxa"/>
            <w:tcMar>
              <w:top w:w="40" w:type="dxa"/>
              <w:left w:w="60" w:type="dxa"/>
              <w:bottom w:w="40" w:type="dxa"/>
              <w:right w:w="60" w:type="dxa"/>
            </w:tcMar>
            <w:vAlign w:val="center"/>
          </w:tcPr>
          <w:p w14:paraId="2B75EAE0" w14:textId="77777777" w:rsidR="009C1061" w:rsidRDefault="00441274">
            <w:pPr>
              <w:jc w:val="right"/>
            </w:pPr>
            <w:r>
              <w:t>1 800 руб.</w:t>
            </w:r>
          </w:p>
        </w:tc>
      </w:tr>
      <w:tr w:rsidR="0009622B" w14:paraId="0D272CE5" w14:textId="77777777" w:rsidTr="00DF6623">
        <w:trPr>
          <w:jc w:val="center"/>
        </w:trPr>
        <w:tc>
          <w:tcPr>
            <w:tcW w:w="453" w:type="dxa"/>
            <w:tcMar>
              <w:top w:w="40" w:type="dxa"/>
              <w:left w:w="60" w:type="dxa"/>
              <w:bottom w:w="40" w:type="dxa"/>
              <w:right w:w="60" w:type="dxa"/>
            </w:tcMar>
            <w:vAlign w:val="center"/>
          </w:tcPr>
          <w:p w14:paraId="22922400" w14:textId="77777777" w:rsidR="0009622B" w:rsidRDefault="0009622B" w:rsidP="00DF6623">
            <w:pPr>
              <w:spacing w:after="0"/>
              <w:jc w:val="center"/>
            </w:pPr>
            <w:r>
              <w:t>2</w:t>
            </w:r>
          </w:p>
        </w:tc>
        <w:tc>
          <w:tcPr>
            <w:tcW w:w="7371" w:type="dxa"/>
            <w:tcMar>
              <w:top w:w="40" w:type="dxa"/>
              <w:left w:w="60" w:type="dxa"/>
              <w:bottom w:w="40" w:type="dxa"/>
              <w:right w:w="60" w:type="dxa"/>
            </w:tcMar>
            <w:vAlign w:val="center"/>
          </w:tcPr>
          <w:p w14:paraId="5B7BCC1F" w14:textId="77777777" w:rsidR="0009622B" w:rsidRDefault="0009622B" w:rsidP="00DF6623">
            <w:pPr>
              <w:spacing w:after="0"/>
            </w:pPr>
            <w:r w:rsidRPr="00CA0274">
              <w:rPr>
                <w:rFonts w:cs="Times New Roman"/>
                <w:lang w:val="ru-RU"/>
              </w:rPr>
              <w:t xml:space="preserve">Костюм </w:t>
            </w:r>
            <w:r>
              <w:rPr>
                <w:rFonts w:cs="Times New Roman"/>
              </w:rPr>
              <w:t>Edison</w:t>
            </w:r>
            <w:r w:rsidRPr="00CA0274">
              <w:rPr>
                <w:rFonts w:cs="Times New Roman"/>
                <w:lang w:val="ru-RU"/>
              </w:rPr>
              <w:t xml:space="preserve"> (Эдисон) — мод. </w:t>
            </w:r>
            <w:proofErr w:type="gramStart"/>
            <w:r w:rsidRPr="00CA0274">
              <w:rPr>
                <w:rFonts w:cs="Times New Roman"/>
                <w:lang w:val="ru-RU"/>
              </w:rPr>
              <w:t>421-262</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37529CF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75CE2E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178DD8E" w14:textId="77777777" w:rsidR="009C1061" w:rsidRDefault="00441274">
            <w:pPr>
              <w:jc w:val="right"/>
            </w:pPr>
            <w:r>
              <w:t>1 800 руб.</w:t>
            </w:r>
          </w:p>
        </w:tc>
        <w:tc>
          <w:tcPr>
            <w:tcW w:w="1587" w:type="dxa"/>
            <w:tcMar>
              <w:top w:w="40" w:type="dxa"/>
              <w:left w:w="60" w:type="dxa"/>
              <w:bottom w:w="40" w:type="dxa"/>
              <w:right w:w="60" w:type="dxa"/>
            </w:tcMar>
            <w:vAlign w:val="center"/>
          </w:tcPr>
          <w:p w14:paraId="54D86853" w14:textId="77777777" w:rsidR="009C1061" w:rsidRDefault="00441274">
            <w:pPr>
              <w:jc w:val="right"/>
            </w:pPr>
            <w:r>
              <w:t>1 800 руб.</w:t>
            </w:r>
          </w:p>
        </w:tc>
      </w:tr>
      <w:tr w:rsidR="0009622B" w14:paraId="493D3C5D" w14:textId="77777777" w:rsidTr="00DF6623">
        <w:trPr>
          <w:jc w:val="center"/>
        </w:trPr>
        <w:tc>
          <w:tcPr>
            <w:tcW w:w="453" w:type="dxa"/>
            <w:tcMar>
              <w:top w:w="40" w:type="dxa"/>
              <w:left w:w="60" w:type="dxa"/>
              <w:bottom w:w="40" w:type="dxa"/>
              <w:right w:w="60" w:type="dxa"/>
            </w:tcMar>
            <w:vAlign w:val="center"/>
          </w:tcPr>
          <w:p w14:paraId="32F20085" w14:textId="77777777" w:rsidR="0009622B" w:rsidRDefault="0009622B" w:rsidP="00DF6623">
            <w:pPr>
              <w:spacing w:after="0"/>
              <w:jc w:val="center"/>
            </w:pPr>
            <w:r>
              <w:t>3</w:t>
            </w:r>
          </w:p>
        </w:tc>
        <w:tc>
          <w:tcPr>
            <w:tcW w:w="7371" w:type="dxa"/>
            <w:tcMar>
              <w:top w:w="40" w:type="dxa"/>
              <w:left w:w="60" w:type="dxa"/>
              <w:bottom w:w="40" w:type="dxa"/>
              <w:right w:w="60" w:type="dxa"/>
            </w:tcMar>
            <w:vAlign w:val="center"/>
          </w:tcPr>
          <w:p w14:paraId="090AB20E" w14:textId="77777777" w:rsidR="0009622B" w:rsidRDefault="0009622B" w:rsidP="00DF6623">
            <w:pPr>
              <w:spacing w:after="0"/>
            </w:pPr>
            <w:r w:rsidRPr="00CA0274">
              <w:rPr>
                <w:rFonts w:cs="Times New Roman"/>
                <w:lang w:val="ru-RU"/>
              </w:rPr>
              <w:t xml:space="preserve">Костюм </w:t>
            </w:r>
            <w:proofErr w:type="spellStart"/>
            <w:r>
              <w:rPr>
                <w:rFonts w:cs="Times New Roman"/>
              </w:rPr>
              <w:t>Vegos</w:t>
            </w:r>
            <w:proofErr w:type="spellEnd"/>
            <w:r w:rsidRPr="00CA0274">
              <w:rPr>
                <w:rFonts w:cs="Times New Roman"/>
                <w:lang w:val="ru-RU"/>
              </w:rPr>
              <w:t xml:space="preserve"> (</w:t>
            </w:r>
            <w:proofErr w:type="spellStart"/>
            <w:r w:rsidRPr="00CA0274">
              <w:rPr>
                <w:rFonts w:cs="Times New Roman"/>
                <w:lang w:val="ru-RU"/>
              </w:rPr>
              <w:t>Вегос</w:t>
            </w:r>
            <w:proofErr w:type="spellEnd"/>
            <w:r w:rsidRPr="00CA0274">
              <w:rPr>
                <w:rFonts w:cs="Times New Roman"/>
                <w:lang w:val="ru-RU"/>
              </w:rPr>
              <w:t xml:space="preserve">) — арт. 69529,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7A5D7E5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FC5368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BC9F8B6" w14:textId="77777777" w:rsidR="009C1061" w:rsidRDefault="00441274">
            <w:pPr>
              <w:jc w:val="right"/>
            </w:pPr>
            <w:r>
              <w:t>1 800 руб.</w:t>
            </w:r>
          </w:p>
        </w:tc>
        <w:tc>
          <w:tcPr>
            <w:tcW w:w="1587" w:type="dxa"/>
            <w:tcMar>
              <w:top w:w="40" w:type="dxa"/>
              <w:left w:w="60" w:type="dxa"/>
              <w:bottom w:w="40" w:type="dxa"/>
              <w:right w:w="60" w:type="dxa"/>
            </w:tcMar>
            <w:vAlign w:val="center"/>
          </w:tcPr>
          <w:p w14:paraId="0E576152" w14:textId="77777777" w:rsidR="009C1061" w:rsidRDefault="00441274">
            <w:pPr>
              <w:jc w:val="right"/>
            </w:pPr>
            <w:r>
              <w:t>1 800 руб.</w:t>
            </w:r>
          </w:p>
        </w:tc>
      </w:tr>
      <w:tr w:rsidR="0009622B" w14:paraId="7CA7DAE7" w14:textId="77777777" w:rsidTr="00DF6623">
        <w:trPr>
          <w:jc w:val="center"/>
        </w:trPr>
        <w:tc>
          <w:tcPr>
            <w:tcW w:w="453" w:type="dxa"/>
            <w:tcMar>
              <w:top w:w="40" w:type="dxa"/>
              <w:left w:w="60" w:type="dxa"/>
              <w:bottom w:w="40" w:type="dxa"/>
              <w:right w:w="60" w:type="dxa"/>
            </w:tcMar>
            <w:vAlign w:val="center"/>
          </w:tcPr>
          <w:p w14:paraId="4D4190C1" w14:textId="77777777" w:rsidR="0009622B" w:rsidRDefault="0009622B" w:rsidP="00DF6623">
            <w:pPr>
              <w:spacing w:after="0"/>
              <w:jc w:val="center"/>
            </w:pPr>
            <w:r>
              <w:t>4</w:t>
            </w:r>
          </w:p>
        </w:tc>
        <w:tc>
          <w:tcPr>
            <w:tcW w:w="7371" w:type="dxa"/>
            <w:tcMar>
              <w:top w:w="40" w:type="dxa"/>
              <w:left w:w="60" w:type="dxa"/>
              <w:bottom w:w="40" w:type="dxa"/>
              <w:right w:w="60" w:type="dxa"/>
            </w:tcMar>
            <w:vAlign w:val="center"/>
          </w:tcPr>
          <w:p w14:paraId="675B1533" w14:textId="77777777" w:rsidR="0009622B" w:rsidRDefault="0009622B" w:rsidP="00DF6623">
            <w:pPr>
              <w:spacing w:after="0"/>
            </w:pPr>
            <w:r w:rsidRPr="00CA0274">
              <w:rPr>
                <w:rFonts w:cs="Times New Roman"/>
                <w:lang w:val="ru-RU"/>
              </w:rPr>
              <w:t xml:space="preserve">Костюм мужской </w:t>
            </w:r>
            <w:r>
              <w:rPr>
                <w:rFonts w:cs="Times New Roman"/>
              </w:rPr>
              <w:t>Frans</w:t>
            </w:r>
            <w:r w:rsidRPr="00CA0274">
              <w:rPr>
                <w:rFonts w:cs="Times New Roman"/>
                <w:lang w:val="ru-RU"/>
              </w:rPr>
              <w:t xml:space="preserve"> (Франс) — серия 311,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60</w:t>
            </w:r>
          </w:p>
        </w:tc>
        <w:tc>
          <w:tcPr>
            <w:tcW w:w="737" w:type="dxa"/>
            <w:tcMar>
              <w:top w:w="40" w:type="dxa"/>
              <w:left w:w="60" w:type="dxa"/>
              <w:bottom w:w="40" w:type="dxa"/>
              <w:right w:w="60" w:type="dxa"/>
            </w:tcMar>
            <w:vAlign w:val="center"/>
          </w:tcPr>
          <w:p w14:paraId="2C49449B"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1D9CA8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B3C2756" w14:textId="77777777" w:rsidR="009C1061" w:rsidRDefault="00441274">
            <w:pPr>
              <w:jc w:val="right"/>
            </w:pPr>
            <w:r>
              <w:t>1 800 руб.</w:t>
            </w:r>
          </w:p>
        </w:tc>
        <w:tc>
          <w:tcPr>
            <w:tcW w:w="1587" w:type="dxa"/>
            <w:tcMar>
              <w:top w:w="40" w:type="dxa"/>
              <w:left w:w="60" w:type="dxa"/>
              <w:bottom w:w="40" w:type="dxa"/>
              <w:right w:w="60" w:type="dxa"/>
            </w:tcMar>
            <w:vAlign w:val="center"/>
          </w:tcPr>
          <w:p w14:paraId="7DBDFD35" w14:textId="77777777" w:rsidR="009C1061" w:rsidRDefault="00441274">
            <w:pPr>
              <w:jc w:val="right"/>
            </w:pPr>
            <w:r>
              <w:t>1 800 руб.</w:t>
            </w:r>
          </w:p>
        </w:tc>
      </w:tr>
      <w:tr w:rsidR="0009622B" w14:paraId="4BBEAEA5" w14:textId="77777777" w:rsidTr="00DF6623">
        <w:trPr>
          <w:jc w:val="center"/>
        </w:trPr>
        <w:tc>
          <w:tcPr>
            <w:tcW w:w="453" w:type="dxa"/>
            <w:tcMar>
              <w:top w:w="40" w:type="dxa"/>
              <w:left w:w="60" w:type="dxa"/>
              <w:bottom w:w="40" w:type="dxa"/>
              <w:right w:w="60" w:type="dxa"/>
            </w:tcMar>
            <w:vAlign w:val="center"/>
          </w:tcPr>
          <w:p w14:paraId="4E85CB79" w14:textId="77777777" w:rsidR="0009622B" w:rsidRDefault="0009622B" w:rsidP="00DF6623">
            <w:pPr>
              <w:spacing w:after="0"/>
              <w:jc w:val="center"/>
            </w:pPr>
            <w:r>
              <w:t>5</w:t>
            </w:r>
          </w:p>
        </w:tc>
        <w:tc>
          <w:tcPr>
            <w:tcW w:w="7371" w:type="dxa"/>
            <w:tcMar>
              <w:top w:w="40" w:type="dxa"/>
              <w:left w:w="60" w:type="dxa"/>
              <w:bottom w:w="40" w:type="dxa"/>
              <w:right w:w="60" w:type="dxa"/>
            </w:tcMar>
            <w:vAlign w:val="center"/>
          </w:tcPr>
          <w:p w14:paraId="7DDBCF06" w14:textId="77777777" w:rsidR="0009622B" w:rsidRDefault="0009622B" w:rsidP="00DF6623">
            <w:pPr>
              <w:spacing w:after="0"/>
            </w:pPr>
            <w:r w:rsidRPr="00CA0274">
              <w:rPr>
                <w:rFonts w:cs="Times New Roman"/>
                <w:lang w:val="ru-RU"/>
              </w:rPr>
              <w:t xml:space="preserve">Костюм </w:t>
            </w:r>
            <w:proofErr w:type="spellStart"/>
            <w:r>
              <w:rPr>
                <w:rFonts w:cs="Times New Roman"/>
              </w:rPr>
              <w:t>Contata</w:t>
            </w:r>
            <w:proofErr w:type="spellEnd"/>
            <w:r w:rsidRPr="00CA0274">
              <w:rPr>
                <w:rFonts w:cs="Times New Roman"/>
                <w:lang w:val="ru-RU"/>
              </w:rPr>
              <w:t xml:space="preserve"> (</w:t>
            </w:r>
            <w:proofErr w:type="spellStart"/>
            <w:r w:rsidRPr="00CA0274">
              <w:rPr>
                <w:rFonts w:cs="Times New Roman"/>
                <w:lang w:val="ru-RU"/>
              </w:rPr>
              <w:t>Контата</w:t>
            </w:r>
            <w:proofErr w:type="spellEnd"/>
            <w:r w:rsidRPr="00CA0274">
              <w:rPr>
                <w:rFonts w:cs="Times New Roman"/>
                <w:lang w:val="ru-RU"/>
              </w:rPr>
              <w:t xml:space="preserve">) — мод. 8041,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60</w:t>
            </w:r>
          </w:p>
        </w:tc>
        <w:tc>
          <w:tcPr>
            <w:tcW w:w="737" w:type="dxa"/>
            <w:tcMar>
              <w:top w:w="40" w:type="dxa"/>
              <w:left w:w="60" w:type="dxa"/>
              <w:bottom w:w="40" w:type="dxa"/>
              <w:right w:w="60" w:type="dxa"/>
            </w:tcMar>
            <w:vAlign w:val="center"/>
          </w:tcPr>
          <w:p w14:paraId="74A212DC"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8BA818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607D867" w14:textId="77777777" w:rsidR="009C1061" w:rsidRDefault="00441274">
            <w:pPr>
              <w:jc w:val="right"/>
            </w:pPr>
            <w:r>
              <w:t>1 800 руб.</w:t>
            </w:r>
          </w:p>
        </w:tc>
        <w:tc>
          <w:tcPr>
            <w:tcW w:w="1587" w:type="dxa"/>
            <w:tcMar>
              <w:top w:w="40" w:type="dxa"/>
              <w:left w:w="60" w:type="dxa"/>
              <w:bottom w:w="40" w:type="dxa"/>
              <w:right w:w="60" w:type="dxa"/>
            </w:tcMar>
            <w:vAlign w:val="center"/>
          </w:tcPr>
          <w:p w14:paraId="2605E8BF" w14:textId="77777777" w:rsidR="009C1061" w:rsidRDefault="00441274">
            <w:pPr>
              <w:jc w:val="right"/>
            </w:pPr>
            <w:r>
              <w:t>1 800 руб.</w:t>
            </w:r>
          </w:p>
        </w:tc>
      </w:tr>
      <w:tr w:rsidR="0009622B" w14:paraId="24AB1F8D" w14:textId="77777777" w:rsidTr="00DF6623">
        <w:trPr>
          <w:jc w:val="center"/>
        </w:trPr>
        <w:tc>
          <w:tcPr>
            <w:tcW w:w="453" w:type="dxa"/>
            <w:tcMar>
              <w:top w:w="40" w:type="dxa"/>
              <w:left w:w="60" w:type="dxa"/>
              <w:bottom w:w="40" w:type="dxa"/>
              <w:right w:w="60" w:type="dxa"/>
            </w:tcMar>
            <w:vAlign w:val="center"/>
          </w:tcPr>
          <w:p w14:paraId="6D3EBFD0" w14:textId="77777777" w:rsidR="0009622B" w:rsidRDefault="0009622B" w:rsidP="00DF6623">
            <w:pPr>
              <w:spacing w:after="0"/>
              <w:jc w:val="center"/>
            </w:pPr>
            <w:r>
              <w:t>6</w:t>
            </w:r>
          </w:p>
        </w:tc>
        <w:tc>
          <w:tcPr>
            <w:tcW w:w="7371" w:type="dxa"/>
            <w:tcMar>
              <w:top w:w="40" w:type="dxa"/>
              <w:left w:w="60" w:type="dxa"/>
              <w:bottom w:w="40" w:type="dxa"/>
              <w:right w:w="60" w:type="dxa"/>
            </w:tcMar>
            <w:vAlign w:val="center"/>
          </w:tcPr>
          <w:p w14:paraId="1B518088" w14:textId="77777777" w:rsidR="0009622B" w:rsidRDefault="0009622B" w:rsidP="00DF6623">
            <w:pPr>
              <w:spacing w:after="0"/>
            </w:pPr>
            <w:r w:rsidRPr="00CA0274">
              <w:rPr>
                <w:rFonts w:cs="Times New Roman"/>
                <w:lang w:val="ru-RU"/>
              </w:rPr>
              <w:t xml:space="preserve">Брюки (Южная Корея) — арт. 87440,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21</w:t>
            </w:r>
          </w:p>
        </w:tc>
        <w:tc>
          <w:tcPr>
            <w:tcW w:w="737" w:type="dxa"/>
            <w:tcMar>
              <w:top w:w="40" w:type="dxa"/>
              <w:left w:w="60" w:type="dxa"/>
              <w:bottom w:w="40" w:type="dxa"/>
              <w:right w:w="60" w:type="dxa"/>
            </w:tcMar>
            <w:vAlign w:val="center"/>
          </w:tcPr>
          <w:p w14:paraId="20BC9F86"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7F40A16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D7D08CA" w14:textId="77777777" w:rsidR="009C1061" w:rsidRDefault="00441274">
            <w:pPr>
              <w:jc w:val="right"/>
            </w:pPr>
            <w:r>
              <w:t>550 руб.</w:t>
            </w:r>
          </w:p>
        </w:tc>
        <w:tc>
          <w:tcPr>
            <w:tcW w:w="1587" w:type="dxa"/>
            <w:tcMar>
              <w:top w:w="40" w:type="dxa"/>
              <w:left w:w="60" w:type="dxa"/>
              <w:bottom w:w="40" w:type="dxa"/>
              <w:right w:w="60" w:type="dxa"/>
            </w:tcMar>
            <w:vAlign w:val="center"/>
          </w:tcPr>
          <w:p w14:paraId="70C730E1" w14:textId="77777777" w:rsidR="009C1061" w:rsidRDefault="00441274">
            <w:pPr>
              <w:jc w:val="right"/>
            </w:pPr>
            <w:r>
              <w:t>2 750 руб.</w:t>
            </w:r>
          </w:p>
        </w:tc>
      </w:tr>
      <w:tr w:rsidR="0009622B" w14:paraId="6306EBF1" w14:textId="77777777" w:rsidTr="00DF6623">
        <w:trPr>
          <w:jc w:val="center"/>
        </w:trPr>
        <w:tc>
          <w:tcPr>
            <w:tcW w:w="453" w:type="dxa"/>
            <w:tcMar>
              <w:top w:w="40" w:type="dxa"/>
              <w:left w:w="60" w:type="dxa"/>
              <w:bottom w:w="40" w:type="dxa"/>
              <w:right w:w="60" w:type="dxa"/>
            </w:tcMar>
            <w:vAlign w:val="center"/>
          </w:tcPr>
          <w:p w14:paraId="53E628C8" w14:textId="77777777" w:rsidR="0009622B" w:rsidRDefault="0009622B" w:rsidP="00DF6623">
            <w:pPr>
              <w:spacing w:after="0"/>
              <w:jc w:val="center"/>
            </w:pPr>
            <w:r>
              <w:t>7</w:t>
            </w:r>
          </w:p>
        </w:tc>
        <w:tc>
          <w:tcPr>
            <w:tcW w:w="7371" w:type="dxa"/>
            <w:tcMar>
              <w:top w:w="40" w:type="dxa"/>
              <w:left w:w="60" w:type="dxa"/>
              <w:bottom w:w="40" w:type="dxa"/>
              <w:right w:w="60" w:type="dxa"/>
            </w:tcMar>
            <w:vAlign w:val="center"/>
          </w:tcPr>
          <w:p w14:paraId="3FB76237"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793F9E7C"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18AFF85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1D67CF7" w14:textId="77777777" w:rsidR="009C1061" w:rsidRDefault="00441274">
            <w:pPr>
              <w:jc w:val="right"/>
            </w:pPr>
            <w:r>
              <w:t>550 руб.</w:t>
            </w:r>
          </w:p>
        </w:tc>
        <w:tc>
          <w:tcPr>
            <w:tcW w:w="1587" w:type="dxa"/>
            <w:tcMar>
              <w:top w:w="40" w:type="dxa"/>
              <w:left w:w="60" w:type="dxa"/>
              <w:bottom w:w="40" w:type="dxa"/>
              <w:right w:w="60" w:type="dxa"/>
            </w:tcMar>
            <w:vAlign w:val="center"/>
          </w:tcPr>
          <w:p w14:paraId="0C84F064" w14:textId="77777777" w:rsidR="009C1061" w:rsidRDefault="00441274">
            <w:pPr>
              <w:jc w:val="right"/>
            </w:pPr>
            <w:r>
              <w:t>4 950 руб.</w:t>
            </w:r>
          </w:p>
        </w:tc>
      </w:tr>
      <w:tr w:rsidR="0009622B" w14:paraId="04152942" w14:textId="77777777" w:rsidTr="00DF6623">
        <w:trPr>
          <w:jc w:val="center"/>
        </w:trPr>
        <w:tc>
          <w:tcPr>
            <w:tcW w:w="453" w:type="dxa"/>
            <w:tcMar>
              <w:top w:w="40" w:type="dxa"/>
              <w:left w:w="60" w:type="dxa"/>
              <w:bottom w:w="40" w:type="dxa"/>
              <w:right w:w="60" w:type="dxa"/>
            </w:tcMar>
            <w:vAlign w:val="center"/>
          </w:tcPr>
          <w:p w14:paraId="1B965E8F" w14:textId="77777777" w:rsidR="0009622B" w:rsidRDefault="0009622B" w:rsidP="00DF6623">
            <w:pPr>
              <w:spacing w:after="0"/>
              <w:jc w:val="center"/>
            </w:pPr>
            <w:r>
              <w:t>8</w:t>
            </w:r>
          </w:p>
        </w:tc>
        <w:tc>
          <w:tcPr>
            <w:tcW w:w="7371" w:type="dxa"/>
            <w:tcMar>
              <w:top w:w="40" w:type="dxa"/>
              <w:left w:w="60" w:type="dxa"/>
              <w:bottom w:w="40" w:type="dxa"/>
              <w:right w:w="60" w:type="dxa"/>
            </w:tcMar>
            <w:vAlign w:val="center"/>
          </w:tcPr>
          <w:p w14:paraId="72B65DE7"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арт</w:t>
            </w:r>
            <w:proofErr w:type="spellEnd"/>
            <w:r>
              <w:rPr>
                <w:rFonts w:cs="Times New Roman"/>
              </w:rPr>
              <w:t xml:space="preserve">. 11367, </w:t>
            </w:r>
            <w:proofErr w:type="spellStart"/>
            <w:r>
              <w:rPr>
                <w:rFonts w:cs="Times New Roman"/>
              </w:rPr>
              <w:t>разм</w:t>
            </w:r>
            <w:proofErr w:type="spellEnd"/>
            <w:r>
              <w:rPr>
                <w:rFonts w:cs="Times New Roman"/>
              </w:rPr>
              <w:t>. 56</w:t>
            </w:r>
          </w:p>
        </w:tc>
        <w:tc>
          <w:tcPr>
            <w:tcW w:w="737" w:type="dxa"/>
            <w:tcMar>
              <w:top w:w="40" w:type="dxa"/>
              <w:left w:w="60" w:type="dxa"/>
              <w:bottom w:w="40" w:type="dxa"/>
              <w:right w:w="60" w:type="dxa"/>
            </w:tcMar>
            <w:vAlign w:val="center"/>
          </w:tcPr>
          <w:p w14:paraId="593D4B78"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1F8531C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3D4854D" w14:textId="77777777" w:rsidR="009C1061" w:rsidRDefault="00441274">
            <w:pPr>
              <w:jc w:val="right"/>
            </w:pPr>
            <w:r>
              <w:t>550 руб.</w:t>
            </w:r>
          </w:p>
        </w:tc>
        <w:tc>
          <w:tcPr>
            <w:tcW w:w="1587" w:type="dxa"/>
            <w:tcMar>
              <w:top w:w="40" w:type="dxa"/>
              <w:left w:w="60" w:type="dxa"/>
              <w:bottom w:w="40" w:type="dxa"/>
              <w:right w:w="60" w:type="dxa"/>
            </w:tcMar>
            <w:vAlign w:val="center"/>
          </w:tcPr>
          <w:p w14:paraId="1B0AB02B" w14:textId="77777777" w:rsidR="009C1061" w:rsidRDefault="00441274">
            <w:pPr>
              <w:jc w:val="right"/>
            </w:pPr>
            <w:r>
              <w:t>2 200 руб.</w:t>
            </w:r>
          </w:p>
        </w:tc>
      </w:tr>
      <w:tr w:rsidR="0009622B" w14:paraId="1E2933A5" w14:textId="77777777" w:rsidTr="00DF6623">
        <w:trPr>
          <w:jc w:val="center"/>
        </w:trPr>
        <w:tc>
          <w:tcPr>
            <w:tcW w:w="453" w:type="dxa"/>
            <w:tcMar>
              <w:top w:w="40" w:type="dxa"/>
              <w:left w:w="60" w:type="dxa"/>
              <w:bottom w:w="40" w:type="dxa"/>
              <w:right w:w="60" w:type="dxa"/>
            </w:tcMar>
            <w:vAlign w:val="center"/>
          </w:tcPr>
          <w:p w14:paraId="3ADC6EF7" w14:textId="77777777" w:rsidR="0009622B" w:rsidRDefault="0009622B" w:rsidP="00DF6623">
            <w:pPr>
              <w:spacing w:after="0"/>
              <w:jc w:val="center"/>
            </w:pPr>
            <w:r>
              <w:t>9</w:t>
            </w:r>
          </w:p>
        </w:tc>
        <w:tc>
          <w:tcPr>
            <w:tcW w:w="7371" w:type="dxa"/>
            <w:tcMar>
              <w:top w:w="40" w:type="dxa"/>
              <w:left w:w="60" w:type="dxa"/>
              <w:bottom w:w="40" w:type="dxa"/>
              <w:right w:w="60" w:type="dxa"/>
            </w:tcMar>
            <w:vAlign w:val="center"/>
          </w:tcPr>
          <w:p w14:paraId="3599D718"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xml:space="preserve">. 9120,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69DD73A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FA9E55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3D126FB" w14:textId="77777777" w:rsidR="009C1061" w:rsidRDefault="00441274">
            <w:pPr>
              <w:jc w:val="right"/>
            </w:pPr>
            <w:r>
              <w:t>550 руб.</w:t>
            </w:r>
          </w:p>
        </w:tc>
        <w:tc>
          <w:tcPr>
            <w:tcW w:w="1587" w:type="dxa"/>
            <w:tcMar>
              <w:top w:w="40" w:type="dxa"/>
              <w:left w:w="60" w:type="dxa"/>
              <w:bottom w:w="40" w:type="dxa"/>
              <w:right w:w="60" w:type="dxa"/>
            </w:tcMar>
            <w:vAlign w:val="center"/>
          </w:tcPr>
          <w:p w14:paraId="69D1514F" w14:textId="77777777" w:rsidR="009C1061" w:rsidRDefault="00441274">
            <w:pPr>
              <w:jc w:val="right"/>
            </w:pPr>
            <w:r>
              <w:t>550 руб.</w:t>
            </w:r>
          </w:p>
        </w:tc>
      </w:tr>
      <w:tr w:rsidR="0009622B" w14:paraId="617D740A" w14:textId="77777777" w:rsidTr="00DF6623">
        <w:trPr>
          <w:jc w:val="center"/>
        </w:trPr>
        <w:tc>
          <w:tcPr>
            <w:tcW w:w="453" w:type="dxa"/>
            <w:tcMar>
              <w:top w:w="40" w:type="dxa"/>
              <w:left w:w="60" w:type="dxa"/>
              <w:bottom w:w="40" w:type="dxa"/>
              <w:right w:w="60" w:type="dxa"/>
            </w:tcMar>
            <w:vAlign w:val="center"/>
          </w:tcPr>
          <w:p w14:paraId="2DAF02A8" w14:textId="77777777" w:rsidR="0009622B" w:rsidRDefault="0009622B" w:rsidP="00DF6623">
            <w:pPr>
              <w:spacing w:after="0"/>
              <w:jc w:val="center"/>
            </w:pPr>
            <w:r>
              <w:lastRenderedPageBreak/>
              <w:t>10</w:t>
            </w:r>
          </w:p>
        </w:tc>
        <w:tc>
          <w:tcPr>
            <w:tcW w:w="7371" w:type="dxa"/>
            <w:tcMar>
              <w:top w:w="40" w:type="dxa"/>
              <w:left w:w="60" w:type="dxa"/>
              <w:bottom w:w="40" w:type="dxa"/>
              <w:right w:w="60" w:type="dxa"/>
            </w:tcMar>
            <w:vAlign w:val="center"/>
          </w:tcPr>
          <w:p w14:paraId="2E05A5F9"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29BD0B1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460203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6C0BF2B" w14:textId="77777777" w:rsidR="009C1061" w:rsidRDefault="00441274">
            <w:pPr>
              <w:jc w:val="right"/>
            </w:pPr>
            <w:r>
              <w:t>550 руб.</w:t>
            </w:r>
          </w:p>
        </w:tc>
        <w:tc>
          <w:tcPr>
            <w:tcW w:w="1587" w:type="dxa"/>
            <w:tcMar>
              <w:top w:w="40" w:type="dxa"/>
              <w:left w:w="60" w:type="dxa"/>
              <w:bottom w:w="40" w:type="dxa"/>
              <w:right w:w="60" w:type="dxa"/>
            </w:tcMar>
            <w:vAlign w:val="center"/>
          </w:tcPr>
          <w:p w14:paraId="2B72784A" w14:textId="77777777" w:rsidR="009C1061" w:rsidRDefault="00441274">
            <w:pPr>
              <w:jc w:val="right"/>
            </w:pPr>
            <w:r>
              <w:t>550 руб.</w:t>
            </w:r>
          </w:p>
        </w:tc>
      </w:tr>
      <w:tr w:rsidR="0009622B" w14:paraId="27070CCF" w14:textId="77777777" w:rsidTr="00DF6623">
        <w:trPr>
          <w:jc w:val="center"/>
        </w:trPr>
        <w:tc>
          <w:tcPr>
            <w:tcW w:w="453" w:type="dxa"/>
            <w:tcMar>
              <w:top w:w="40" w:type="dxa"/>
              <w:left w:w="60" w:type="dxa"/>
              <w:bottom w:w="40" w:type="dxa"/>
              <w:right w:w="60" w:type="dxa"/>
            </w:tcMar>
            <w:vAlign w:val="center"/>
          </w:tcPr>
          <w:p w14:paraId="24D99693" w14:textId="77777777" w:rsidR="0009622B" w:rsidRDefault="0009622B" w:rsidP="00DF6623">
            <w:pPr>
              <w:spacing w:after="0"/>
              <w:jc w:val="center"/>
            </w:pPr>
            <w:r>
              <w:t>11</w:t>
            </w:r>
          </w:p>
        </w:tc>
        <w:tc>
          <w:tcPr>
            <w:tcW w:w="7371" w:type="dxa"/>
            <w:tcMar>
              <w:top w:w="40" w:type="dxa"/>
              <w:left w:w="60" w:type="dxa"/>
              <w:bottom w:w="40" w:type="dxa"/>
              <w:right w:w="60" w:type="dxa"/>
            </w:tcMar>
            <w:vAlign w:val="center"/>
          </w:tcPr>
          <w:p w14:paraId="4A72514E" w14:textId="77777777" w:rsidR="0009622B" w:rsidRDefault="0009622B" w:rsidP="00DF6623">
            <w:pPr>
              <w:spacing w:after="0"/>
            </w:pPr>
            <w:r w:rsidRPr="00CA0274">
              <w:rPr>
                <w:rFonts w:cs="Times New Roman"/>
                <w:lang w:val="ru-RU"/>
              </w:rPr>
              <w:t xml:space="preserve">Костюм </w:t>
            </w:r>
            <w:r>
              <w:rPr>
                <w:rFonts w:cs="Times New Roman"/>
              </w:rPr>
              <w:t>Cardiff</w:t>
            </w:r>
            <w:r w:rsidRPr="00CA0274">
              <w:rPr>
                <w:rFonts w:cs="Times New Roman"/>
                <w:lang w:val="ru-RU"/>
              </w:rPr>
              <w:t xml:space="preserve"> (Кардифф) — мод. </w:t>
            </w:r>
            <w:proofErr w:type="gramStart"/>
            <w:r w:rsidRPr="00CA0274">
              <w:rPr>
                <w:rFonts w:cs="Times New Roman"/>
                <w:lang w:val="ru-RU"/>
              </w:rPr>
              <w:t>411-240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64</w:t>
            </w:r>
          </w:p>
        </w:tc>
        <w:tc>
          <w:tcPr>
            <w:tcW w:w="737" w:type="dxa"/>
            <w:tcMar>
              <w:top w:w="40" w:type="dxa"/>
              <w:left w:w="60" w:type="dxa"/>
              <w:bottom w:w="40" w:type="dxa"/>
              <w:right w:w="60" w:type="dxa"/>
            </w:tcMar>
            <w:vAlign w:val="center"/>
          </w:tcPr>
          <w:p w14:paraId="1EA5F74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00B2AE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7794219" w14:textId="77777777" w:rsidR="009C1061" w:rsidRDefault="00441274">
            <w:pPr>
              <w:jc w:val="right"/>
            </w:pPr>
            <w:r>
              <w:t>1 800 руб.</w:t>
            </w:r>
          </w:p>
        </w:tc>
        <w:tc>
          <w:tcPr>
            <w:tcW w:w="1587" w:type="dxa"/>
            <w:tcMar>
              <w:top w:w="40" w:type="dxa"/>
              <w:left w:w="60" w:type="dxa"/>
              <w:bottom w:w="40" w:type="dxa"/>
              <w:right w:w="60" w:type="dxa"/>
            </w:tcMar>
            <w:vAlign w:val="center"/>
          </w:tcPr>
          <w:p w14:paraId="71E987AE" w14:textId="77777777" w:rsidR="009C1061" w:rsidRDefault="00441274">
            <w:pPr>
              <w:jc w:val="right"/>
            </w:pPr>
            <w:r>
              <w:t>1 800 руб.</w:t>
            </w:r>
          </w:p>
        </w:tc>
      </w:tr>
      <w:tr w:rsidR="0009622B" w14:paraId="0784A52D" w14:textId="77777777" w:rsidTr="00DF6623">
        <w:trPr>
          <w:jc w:val="center"/>
        </w:trPr>
        <w:tc>
          <w:tcPr>
            <w:tcW w:w="453" w:type="dxa"/>
            <w:tcMar>
              <w:top w:w="40" w:type="dxa"/>
              <w:left w:w="60" w:type="dxa"/>
              <w:bottom w:w="40" w:type="dxa"/>
              <w:right w:w="60" w:type="dxa"/>
            </w:tcMar>
            <w:vAlign w:val="center"/>
          </w:tcPr>
          <w:p w14:paraId="54831892" w14:textId="77777777" w:rsidR="0009622B" w:rsidRDefault="0009622B" w:rsidP="00DF6623">
            <w:pPr>
              <w:spacing w:after="0"/>
              <w:jc w:val="center"/>
            </w:pPr>
            <w:r>
              <w:t>12</w:t>
            </w:r>
          </w:p>
        </w:tc>
        <w:tc>
          <w:tcPr>
            <w:tcW w:w="7371" w:type="dxa"/>
            <w:tcMar>
              <w:top w:w="40" w:type="dxa"/>
              <w:left w:w="60" w:type="dxa"/>
              <w:bottom w:w="40" w:type="dxa"/>
              <w:right w:w="60" w:type="dxa"/>
            </w:tcMar>
            <w:vAlign w:val="center"/>
          </w:tcPr>
          <w:p w14:paraId="44527BCB" w14:textId="77777777" w:rsidR="0009622B" w:rsidRDefault="0009622B" w:rsidP="00DF6623">
            <w:pPr>
              <w:spacing w:after="0"/>
            </w:pPr>
            <w:r w:rsidRPr="00CA0274">
              <w:rPr>
                <w:rFonts w:cs="Times New Roman"/>
                <w:lang w:val="ru-RU"/>
              </w:rPr>
              <w:t xml:space="preserve">Костюм </w:t>
            </w:r>
            <w:r>
              <w:rPr>
                <w:rFonts w:cs="Times New Roman"/>
              </w:rPr>
              <w:t>Domani</w:t>
            </w:r>
            <w:r w:rsidRPr="00CA0274">
              <w:rPr>
                <w:rFonts w:cs="Times New Roman"/>
                <w:lang w:val="ru-RU"/>
              </w:rPr>
              <w:t xml:space="preserve"> (Домани) — мод. </w:t>
            </w:r>
            <w:proofErr w:type="gramStart"/>
            <w:r w:rsidRPr="00CA0274">
              <w:rPr>
                <w:rFonts w:cs="Times New Roman"/>
                <w:lang w:val="ru-RU"/>
              </w:rPr>
              <w:t>411-240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2B640406"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6FB158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9758A1F" w14:textId="77777777" w:rsidR="009C1061" w:rsidRDefault="00441274">
            <w:pPr>
              <w:jc w:val="right"/>
            </w:pPr>
            <w:r>
              <w:t>1 800 руб.</w:t>
            </w:r>
          </w:p>
        </w:tc>
        <w:tc>
          <w:tcPr>
            <w:tcW w:w="1587" w:type="dxa"/>
            <w:tcMar>
              <w:top w:w="40" w:type="dxa"/>
              <w:left w:w="60" w:type="dxa"/>
              <w:bottom w:w="40" w:type="dxa"/>
              <w:right w:w="60" w:type="dxa"/>
            </w:tcMar>
            <w:vAlign w:val="center"/>
          </w:tcPr>
          <w:p w14:paraId="0D40BC4E" w14:textId="77777777" w:rsidR="009C1061" w:rsidRDefault="00441274">
            <w:pPr>
              <w:jc w:val="right"/>
            </w:pPr>
            <w:r>
              <w:t>1 800 руб.</w:t>
            </w:r>
          </w:p>
        </w:tc>
      </w:tr>
      <w:tr w:rsidR="0009622B" w14:paraId="6DA84847" w14:textId="77777777" w:rsidTr="00DF6623">
        <w:trPr>
          <w:jc w:val="center"/>
        </w:trPr>
        <w:tc>
          <w:tcPr>
            <w:tcW w:w="453" w:type="dxa"/>
            <w:tcMar>
              <w:top w:w="40" w:type="dxa"/>
              <w:left w:w="60" w:type="dxa"/>
              <w:bottom w:w="40" w:type="dxa"/>
              <w:right w:w="60" w:type="dxa"/>
            </w:tcMar>
            <w:vAlign w:val="center"/>
          </w:tcPr>
          <w:p w14:paraId="06C1629A" w14:textId="77777777" w:rsidR="0009622B" w:rsidRDefault="0009622B" w:rsidP="00DF6623">
            <w:pPr>
              <w:spacing w:after="0"/>
              <w:jc w:val="center"/>
            </w:pPr>
            <w:r>
              <w:t>13</w:t>
            </w:r>
          </w:p>
        </w:tc>
        <w:tc>
          <w:tcPr>
            <w:tcW w:w="7371" w:type="dxa"/>
            <w:tcMar>
              <w:top w:w="40" w:type="dxa"/>
              <w:left w:w="60" w:type="dxa"/>
              <w:bottom w:w="40" w:type="dxa"/>
              <w:right w:w="60" w:type="dxa"/>
            </w:tcMar>
            <w:vAlign w:val="center"/>
          </w:tcPr>
          <w:p w14:paraId="43F06AB6" w14:textId="77777777" w:rsidR="0009622B" w:rsidRDefault="0009622B" w:rsidP="00DF6623">
            <w:pPr>
              <w:spacing w:after="0"/>
            </w:pPr>
            <w:r w:rsidRPr="00CA0274">
              <w:rPr>
                <w:rFonts w:cs="Times New Roman"/>
                <w:lang w:val="ru-RU"/>
              </w:rPr>
              <w:t xml:space="preserve">Костюм </w:t>
            </w:r>
            <w:r>
              <w:rPr>
                <w:rFonts w:cs="Times New Roman"/>
              </w:rPr>
              <w:t>Burke</w:t>
            </w:r>
            <w:r w:rsidRPr="00CA0274">
              <w:rPr>
                <w:rFonts w:cs="Times New Roman"/>
                <w:lang w:val="ru-RU"/>
              </w:rPr>
              <w:t xml:space="preserve"> (</w:t>
            </w:r>
            <w:proofErr w:type="spellStart"/>
            <w:r w:rsidRPr="00CA0274">
              <w:rPr>
                <w:rFonts w:cs="Times New Roman"/>
                <w:lang w:val="ru-RU"/>
              </w:rPr>
              <w:t>Бурк</w:t>
            </w:r>
            <w:proofErr w:type="spellEnd"/>
            <w:r w:rsidRPr="00CA0274">
              <w:rPr>
                <w:rFonts w:cs="Times New Roman"/>
                <w:lang w:val="ru-RU"/>
              </w:rPr>
              <w:t xml:space="preserve">) — мод. </w:t>
            </w:r>
            <w:proofErr w:type="gramStart"/>
            <w:r w:rsidRPr="00CA0274">
              <w:rPr>
                <w:rFonts w:cs="Times New Roman"/>
                <w:lang w:val="ru-RU"/>
              </w:rPr>
              <w:t>411-240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793AADD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B2D111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AF65BED" w14:textId="77777777" w:rsidR="009C1061" w:rsidRDefault="00441274">
            <w:pPr>
              <w:jc w:val="right"/>
            </w:pPr>
            <w:r>
              <w:t>1 800 руб.</w:t>
            </w:r>
          </w:p>
        </w:tc>
        <w:tc>
          <w:tcPr>
            <w:tcW w:w="1587" w:type="dxa"/>
            <w:tcMar>
              <w:top w:w="40" w:type="dxa"/>
              <w:left w:w="60" w:type="dxa"/>
              <w:bottom w:w="40" w:type="dxa"/>
              <w:right w:w="60" w:type="dxa"/>
            </w:tcMar>
            <w:vAlign w:val="center"/>
          </w:tcPr>
          <w:p w14:paraId="08317D80" w14:textId="77777777" w:rsidR="009C1061" w:rsidRDefault="00441274">
            <w:pPr>
              <w:jc w:val="right"/>
            </w:pPr>
            <w:r>
              <w:t>1 800 руб.</w:t>
            </w:r>
          </w:p>
        </w:tc>
      </w:tr>
      <w:tr w:rsidR="0009622B" w14:paraId="5ED94E5D" w14:textId="77777777" w:rsidTr="00DF6623">
        <w:trPr>
          <w:jc w:val="center"/>
        </w:trPr>
        <w:tc>
          <w:tcPr>
            <w:tcW w:w="453" w:type="dxa"/>
            <w:tcMar>
              <w:top w:w="40" w:type="dxa"/>
              <w:left w:w="60" w:type="dxa"/>
              <w:bottom w:w="40" w:type="dxa"/>
              <w:right w:w="60" w:type="dxa"/>
            </w:tcMar>
            <w:vAlign w:val="center"/>
          </w:tcPr>
          <w:p w14:paraId="6BE9AF25" w14:textId="77777777" w:rsidR="0009622B" w:rsidRDefault="0009622B" w:rsidP="00DF6623">
            <w:pPr>
              <w:spacing w:after="0"/>
              <w:jc w:val="center"/>
            </w:pPr>
            <w:r>
              <w:t>14</w:t>
            </w:r>
          </w:p>
        </w:tc>
        <w:tc>
          <w:tcPr>
            <w:tcW w:w="7371" w:type="dxa"/>
            <w:tcMar>
              <w:top w:w="40" w:type="dxa"/>
              <w:left w:w="60" w:type="dxa"/>
              <w:bottom w:w="40" w:type="dxa"/>
              <w:right w:w="60" w:type="dxa"/>
            </w:tcMar>
            <w:vAlign w:val="center"/>
          </w:tcPr>
          <w:p w14:paraId="7EF1193F" w14:textId="77777777" w:rsidR="0009622B" w:rsidRDefault="0009622B" w:rsidP="00DF6623">
            <w:pPr>
              <w:spacing w:after="0"/>
            </w:pPr>
            <w:r w:rsidRPr="00CA0274">
              <w:rPr>
                <w:rFonts w:cs="Times New Roman"/>
                <w:lang w:val="ru-RU"/>
              </w:rPr>
              <w:t xml:space="preserve">Костюм </w:t>
            </w:r>
            <w:r>
              <w:rPr>
                <w:rFonts w:cs="Times New Roman"/>
              </w:rPr>
              <w:t>Armand</w:t>
            </w:r>
            <w:r w:rsidRPr="00CA0274">
              <w:rPr>
                <w:rFonts w:cs="Times New Roman"/>
                <w:lang w:val="ru-RU"/>
              </w:rPr>
              <w:t xml:space="preserve"> (Арман) — мод. </w:t>
            </w:r>
            <w:proofErr w:type="gramStart"/>
            <w:r w:rsidRPr="00CA0274">
              <w:rPr>
                <w:rFonts w:cs="Times New Roman"/>
                <w:lang w:val="ru-RU"/>
              </w:rPr>
              <w:t>415-240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56</w:t>
            </w:r>
          </w:p>
        </w:tc>
        <w:tc>
          <w:tcPr>
            <w:tcW w:w="737" w:type="dxa"/>
            <w:tcMar>
              <w:top w:w="40" w:type="dxa"/>
              <w:left w:w="60" w:type="dxa"/>
              <w:bottom w:w="40" w:type="dxa"/>
              <w:right w:w="60" w:type="dxa"/>
            </w:tcMar>
            <w:vAlign w:val="center"/>
          </w:tcPr>
          <w:p w14:paraId="02627B0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715853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FA577FD" w14:textId="77777777" w:rsidR="009C1061" w:rsidRDefault="00441274">
            <w:pPr>
              <w:jc w:val="right"/>
            </w:pPr>
            <w:r>
              <w:t>1 800 руб.</w:t>
            </w:r>
          </w:p>
        </w:tc>
        <w:tc>
          <w:tcPr>
            <w:tcW w:w="1587" w:type="dxa"/>
            <w:tcMar>
              <w:top w:w="40" w:type="dxa"/>
              <w:left w:w="60" w:type="dxa"/>
              <w:bottom w:w="40" w:type="dxa"/>
              <w:right w:w="60" w:type="dxa"/>
            </w:tcMar>
            <w:vAlign w:val="center"/>
          </w:tcPr>
          <w:p w14:paraId="79F8F4EE" w14:textId="77777777" w:rsidR="009C1061" w:rsidRDefault="00441274">
            <w:pPr>
              <w:jc w:val="right"/>
            </w:pPr>
            <w:r>
              <w:t>1 800 руб.</w:t>
            </w:r>
          </w:p>
        </w:tc>
      </w:tr>
      <w:tr w:rsidR="0009622B" w14:paraId="0EE02F48" w14:textId="77777777" w:rsidTr="00DF6623">
        <w:trPr>
          <w:jc w:val="center"/>
        </w:trPr>
        <w:tc>
          <w:tcPr>
            <w:tcW w:w="453" w:type="dxa"/>
            <w:tcMar>
              <w:top w:w="40" w:type="dxa"/>
              <w:left w:w="60" w:type="dxa"/>
              <w:bottom w:w="40" w:type="dxa"/>
              <w:right w:w="60" w:type="dxa"/>
            </w:tcMar>
            <w:vAlign w:val="center"/>
          </w:tcPr>
          <w:p w14:paraId="51A02205" w14:textId="77777777" w:rsidR="0009622B" w:rsidRDefault="0009622B" w:rsidP="00DF6623">
            <w:pPr>
              <w:spacing w:after="0"/>
              <w:jc w:val="center"/>
            </w:pPr>
            <w:r>
              <w:t>15</w:t>
            </w:r>
          </w:p>
        </w:tc>
        <w:tc>
          <w:tcPr>
            <w:tcW w:w="7371" w:type="dxa"/>
            <w:tcMar>
              <w:top w:w="40" w:type="dxa"/>
              <w:left w:w="60" w:type="dxa"/>
              <w:bottom w:w="40" w:type="dxa"/>
              <w:right w:w="60" w:type="dxa"/>
            </w:tcMar>
            <w:vAlign w:val="center"/>
          </w:tcPr>
          <w:p w14:paraId="07460AAA" w14:textId="77777777" w:rsidR="0009622B" w:rsidRDefault="0009622B" w:rsidP="00DF6623">
            <w:pPr>
              <w:spacing w:after="0"/>
            </w:pPr>
            <w:r w:rsidRPr="00CA0274">
              <w:rPr>
                <w:rFonts w:cs="Times New Roman"/>
                <w:lang w:val="ru-RU"/>
              </w:rPr>
              <w:t xml:space="preserve">Брюки (Южная Корея) — арт. 87440,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21</w:t>
            </w:r>
          </w:p>
        </w:tc>
        <w:tc>
          <w:tcPr>
            <w:tcW w:w="737" w:type="dxa"/>
            <w:tcMar>
              <w:top w:w="40" w:type="dxa"/>
              <w:left w:w="60" w:type="dxa"/>
              <w:bottom w:w="40" w:type="dxa"/>
              <w:right w:w="60" w:type="dxa"/>
            </w:tcMar>
            <w:vAlign w:val="center"/>
          </w:tcPr>
          <w:p w14:paraId="2513BE01"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016CE03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8E26C21" w14:textId="77777777" w:rsidR="009C1061" w:rsidRDefault="00441274">
            <w:pPr>
              <w:jc w:val="right"/>
            </w:pPr>
            <w:r>
              <w:t>550 руб.</w:t>
            </w:r>
          </w:p>
        </w:tc>
        <w:tc>
          <w:tcPr>
            <w:tcW w:w="1587" w:type="dxa"/>
            <w:tcMar>
              <w:top w:w="40" w:type="dxa"/>
              <w:left w:w="60" w:type="dxa"/>
              <w:bottom w:w="40" w:type="dxa"/>
              <w:right w:w="60" w:type="dxa"/>
            </w:tcMar>
            <w:vAlign w:val="center"/>
          </w:tcPr>
          <w:p w14:paraId="315B1923" w14:textId="77777777" w:rsidR="009C1061" w:rsidRDefault="00441274">
            <w:pPr>
              <w:jc w:val="right"/>
            </w:pPr>
            <w:r>
              <w:t>2 750 руб.</w:t>
            </w:r>
          </w:p>
        </w:tc>
      </w:tr>
      <w:tr w:rsidR="0009622B" w14:paraId="03CB454A" w14:textId="77777777" w:rsidTr="00DF6623">
        <w:trPr>
          <w:jc w:val="center"/>
        </w:trPr>
        <w:tc>
          <w:tcPr>
            <w:tcW w:w="453" w:type="dxa"/>
            <w:tcMar>
              <w:top w:w="40" w:type="dxa"/>
              <w:left w:w="60" w:type="dxa"/>
              <w:bottom w:w="40" w:type="dxa"/>
              <w:right w:w="60" w:type="dxa"/>
            </w:tcMar>
            <w:vAlign w:val="center"/>
          </w:tcPr>
          <w:p w14:paraId="49828F48" w14:textId="77777777" w:rsidR="0009622B" w:rsidRDefault="0009622B" w:rsidP="00DF6623">
            <w:pPr>
              <w:spacing w:after="0"/>
              <w:jc w:val="center"/>
            </w:pPr>
            <w:r>
              <w:t>16</w:t>
            </w:r>
          </w:p>
        </w:tc>
        <w:tc>
          <w:tcPr>
            <w:tcW w:w="7371" w:type="dxa"/>
            <w:tcMar>
              <w:top w:w="40" w:type="dxa"/>
              <w:left w:w="60" w:type="dxa"/>
              <w:bottom w:w="40" w:type="dxa"/>
              <w:right w:w="60" w:type="dxa"/>
            </w:tcMar>
            <w:vAlign w:val="center"/>
          </w:tcPr>
          <w:p w14:paraId="30BFAADA"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440A440A"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58E0FB1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A0E6C50" w14:textId="77777777" w:rsidR="009C1061" w:rsidRDefault="00441274">
            <w:pPr>
              <w:jc w:val="right"/>
            </w:pPr>
            <w:r>
              <w:t>550 руб.</w:t>
            </w:r>
          </w:p>
        </w:tc>
        <w:tc>
          <w:tcPr>
            <w:tcW w:w="1587" w:type="dxa"/>
            <w:tcMar>
              <w:top w:w="40" w:type="dxa"/>
              <w:left w:w="60" w:type="dxa"/>
              <w:bottom w:w="40" w:type="dxa"/>
              <w:right w:w="60" w:type="dxa"/>
            </w:tcMar>
            <w:vAlign w:val="center"/>
          </w:tcPr>
          <w:p w14:paraId="265E1EAB" w14:textId="77777777" w:rsidR="009C1061" w:rsidRDefault="00441274">
            <w:pPr>
              <w:jc w:val="right"/>
            </w:pPr>
            <w:r>
              <w:t>4 950 руб.</w:t>
            </w:r>
          </w:p>
        </w:tc>
      </w:tr>
      <w:tr w:rsidR="0009622B" w14:paraId="29E07A65" w14:textId="77777777" w:rsidTr="00DF6623">
        <w:trPr>
          <w:jc w:val="center"/>
        </w:trPr>
        <w:tc>
          <w:tcPr>
            <w:tcW w:w="453" w:type="dxa"/>
            <w:tcMar>
              <w:top w:w="40" w:type="dxa"/>
              <w:left w:w="60" w:type="dxa"/>
              <w:bottom w:w="40" w:type="dxa"/>
              <w:right w:w="60" w:type="dxa"/>
            </w:tcMar>
            <w:vAlign w:val="center"/>
          </w:tcPr>
          <w:p w14:paraId="282DE015" w14:textId="77777777" w:rsidR="0009622B" w:rsidRDefault="0009622B" w:rsidP="00DF6623">
            <w:pPr>
              <w:spacing w:after="0"/>
              <w:jc w:val="center"/>
            </w:pPr>
            <w:r>
              <w:t>17</w:t>
            </w:r>
          </w:p>
        </w:tc>
        <w:tc>
          <w:tcPr>
            <w:tcW w:w="7371" w:type="dxa"/>
            <w:tcMar>
              <w:top w:w="40" w:type="dxa"/>
              <w:left w:w="60" w:type="dxa"/>
              <w:bottom w:w="40" w:type="dxa"/>
              <w:right w:w="60" w:type="dxa"/>
            </w:tcMar>
            <w:vAlign w:val="center"/>
          </w:tcPr>
          <w:p w14:paraId="02FA41F3"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арт</w:t>
            </w:r>
            <w:proofErr w:type="spellEnd"/>
            <w:r>
              <w:rPr>
                <w:rFonts w:cs="Times New Roman"/>
              </w:rPr>
              <w:t xml:space="preserve">. 11367, </w:t>
            </w:r>
            <w:proofErr w:type="spellStart"/>
            <w:r>
              <w:rPr>
                <w:rFonts w:cs="Times New Roman"/>
              </w:rPr>
              <w:t>разм</w:t>
            </w:r>
            <w:proofErr w:type="spellEnd"/>
            <w:r>
              <w:rPr>
                <w:rFonts w:cs="Times New Roman"/>
              </w:rPr>
              <w:t>. 56</w:t>
            </w:r>
          </w:p>
        </w:tc>
        <w:tc>
          <w:tcPr>
            <w:tcW w:w="737" w:type="dxa"/>
            <w:tcMar>
              <w:top w:w="40" w:type="dxa"/>
              <w:left w:w="60" w:type="dxa"/>
              <w:bottom w:w="40" w:type="dxa"/>
              <w:right w:w="60" w:type="dxa"/>
            </w:tcMar>
            <w:vAlign w:val="center"/>
          </w:tcPr>
          <w:p w14:paraId="55C0C338"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5F0E212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C1B800F" w14:textId="77777777" w:rsidR="009C1061" w:rsidRDefault="00441274">
            <w:pPr>
              <w:jc w:val="right"/>
            </w:pPr>
            <w:r>
              <w:t>550 руб.</w:t>
            </w:r>
          </w:p>
        </w:tc>
        <w:tc>
          <w:tcPr>
            <w:tcW w:w="1587" w:type="dxa"/>
            <w:tcMar>
              <w:top w:w="40" w:type="dxa"/>
              <w:left w:w="60" w:type="dxa"/>
              <w:bottom w:w="40" w:type="dxa"/>
              <w:right w:w="60" w:type="dxa"/>
            </w:tcMar>
            <w:vAlign w:val="center"/>
          </w:tcPr>
          <w:p w14:paraId="060C8895" w14:textId="77777777" w:rsidR="009C1061" w:rsidRDefault="00441274">
            <w:pPr>
              <w:jc w:val="right"/>
            </w:pPr>
            <w:r>
              <w:t>2 200 руб.</w:t>
            </w:r>
          </w:p>
        </w:tc>
      </w:tr>
      <w:tr w:rsidR="0009622B" w14:paraId="651B6F0C" w14:textId="77777777" w:rsidTr="00DF6623">
        <w:trPr>
          <w:jc w:val="center"/>
        </w:trPr>
        <w:tc>
          <w:tcPr>
            <w:tcW w:w="453" w:type="dxa"/>
            <w:tcMar>
              <w:top w:w="40" w:type="dxa"/>
              <w:left w:w="60" w:type="dxa"/>
              <w:bottom w:w="40" w:type="dxa"/>
              <w:right w:w="60" w:type="dxa"/>
            </w:tcMar>
            <w:vAlign w:val="center"/>
          </w:tcPr>
          <w:p w14:paraId="23C44C5C" w14:textId="77777777" w:rsidR="0009622B" w:rsidRPr="00CD2C3A" w:rsidRDefault="0009622B" w:rsidP="00DF6623">
            <w:pPr>
              <w:spacing w:after="0"/>
              <w:jc w:val="center"/>
              <w:rPr>
                <w:lang w:val="ru-RU"/>
              </w:rPr>
            </w:pPr>
            <w:r>
              <w:t>18</w:t>
            </w:r>
          </w:p>
        </w:tc>
        <w:tc>
          <w:tcPr>
            <w:tcW w:w="7371" w:type="dxa"/>
            <w:tcMar>
              <w:top w:w="40" w:type="dxa"/>
              <w:left w:w="60" w:type="dxa"/>
              <w:bottom w:w="40" w:type="dxa"/>
              <w:right w:w="60" w:type="dxa"/>
            </w:tcMar>
            <w:vAlign w:val="center"/>
          </w:tcPr>
          <w:p w14:paraId="3CB22CD4" w14:textId="77777777" w:rsidR="0009622B" w:rsidRPr="0070744C" w:rsidRDefault="0009622B" w:rsidP="00DF6623">
            <w:pPr>
              <w:spacing w:after="0"/>
              <w:rPr>
                <w:lang w:val="ru-RU"/>
              </w:rPr>
            </w:pPr>
            <w:r>
              <w:rPr>
                <w:lang w:val="ru-RU"/>
              </w:rPr>
              <w:t xml:space="preserve">Батники, </w:t>
            </w:r>
            <w:proofErr w:type="spellStart"/>
            <w:r>
              <w:rPr>
                <w:lang w:val="ru-RU"/>
              </w:rPr>
              <w:t>футвболки</w:t>
            </w:r>
            <w:proofErr w:type="spellEnd"/>
          </w:p>
        </w:tc>
        <w:tc>
          <w:tcPr>
            <w:tcW w:w="737" w:type="dxa"/>
            <w:tcMar>
              <w:top w:w="40" w:type="dxa"/>
              <w:left w:w="60" w:type="dxa"/>
              <w:bottom w:w="40" w:type="dxa"/>
              <w:right w:w="60" w:type="dxa"/>
            </w:tcMar>
            <w:vAlign w:val="center"/>
          </w:tcPr>
          <w:p w14:paraId="1A6E9ED4" w14:textId="77777777" w:rsidR="0009622B" w:rsidRPr="0070744C" w:rsidRDefault="0009622B" w:rsidP="00DF6623">
            <w:pPr>
              <w:spacing w:after="0"/>
              <w:jc w:val="center"/>
              <w:rPr>
                <w:lang w:val="ru-RU"/>
              </w:rPr>
            </w:pPr>
            <w:r>
              <w:rPr>
                <w:lang w:val="ru-RU"/>
              </w:rPr>
              <w:t>36</w:t>
            </w:r>
          </w:p>
        </w:tc>
        <w:tc>
          <w:tcPr>
            <w:tcW w:w="680" w:type="dxa"/>
            <w:tcMar>
              <w:top w:w="40" w:type="dxa"/>
              <w:left w:w="60" w:type="dxa"/>
              <w:bottom w:w="40" w:type="dxa"/>
              <w:right w:w="60" w:type="dxa"/>
            </w:tcMar>
            <w:vAlign w:val="center"/>
          </w:tcPr>
          <w:p w14:paraId="20CFEE61" w14:textId="77777777" w:rsidR="0009622B" w:rsidRDefault="0009622B" w:rsidP="00DF6623">
            <w:pPr>
              <w:spacing w:after="0"/>
              <w:jc w:val="center"/>
            </w:pPr>
          </w:p>
        </w:tc>
        <w:tc>
          <w:tcPr>
            <w:tcW w:w="1417" w:type="dxa"/>
            <w:tcMar>
              <w:top w:w="40" w:type="dxa"/>
              <w:left w:w="60" w:type="dxa"/>
              <w:bottom w:w="40" w:type="dxa"/>
              <w:right w:w="60" w:type="dxa"/>
            </w:tcMar>
            <w:vAlign w:val="center"/>
          </w:tcPr>
          <w:p w14:paraId="63F8BE07" w14:textId="77777777" w:rsidR="009C1061" w:rsidRDefault="00441274">
            <w:pPr>
              <w:jc w:val="right"/>
            </w:pPr>
            <w:r>
              <w:t>180 руб.</w:t>
            </w:r>
          </w:p>
        </w:tc>
        <w:tc>
          <w:tcPr>
            <w:tcW w:w="1587" w:type="dxa"/>
            <w:tcMar>
              <w:top w:w="40" w:type="dxa"/>
              <w:left w:w="60" w:type="dxa"/>
              <w:bottom w:w="40" w:type="dxa"/>
              <w:right w:w="60" w:type="dxa"/>
            </w:tcMar>
            <w:vAlign w:val="center"/>
          </w:tcPr>
          <w:p w14:paraId="589EF49F" w14:textId="77777777" w:rsidR="009C1061" w:rsidRDefault="00441274">
            <w:pPr>
              <w:jc w:val="right"/>
            </w:pPr>
            <w:r>
              <w:t>6 480 руб.</w:t>
            </w:r>
          </w:p>
        </w:tc>
      </w:tr>
      <w:tr w:rsidR="0009622B" w:rsidRPr="0070744C" w14:paraId="456CDBD1" w14:textId="77777777" w:rsidTr="00DF6623">
        <w:trPr>
          <w:jc w:val="center"/>
        </w:trPr>
        <w:tc>
          <w:tcPr>
            <w:tcW w:w="453" w:type="dxa"/>
            <w:tcMar>
              <w:top w:w="40" w:type="dxa"/>
              <w:left w:w="60" w:type="dxa"/>
              <w:bottom w:w="40" w:type="dxa"/>
              <w:right w:w="60" w:type="dxa"/>
            </w:tcMar>
            <w:vAlign w:val="center"/>
          </w:tcPr>
          <w:p w14:paraId="687FFFCA" w14:textId="77777777" w:rsidR="0009622B" w:rsidRPr="00CD2C3A" w:rsidRDefault="0009622B" w:rsidP="00DF6623">
            <w:pPr>
              <w:spacing w:after="0"/>
              <w:jc w:val="center"/>
              <w:rPr>
                <w:lang w:val="ru-RU"/>
              </w:rPr>
            </w:pPr>
            <w:r>
              <w:t>19</w:t>
            </w:r>
          </w:p>
        </w:tc>
        <w:tc>
          <w:tcPr>
            <w:tcW w:w="7371" w:type="dxa"/>
            <w:tcMar>
              <w:top w:w="40" w:type="dxa"/>
              <w:left w:w="60" w:type="dxa"/>
              <w:bottom w:w="40" w:type="dxa"/>
              <w:right w:w="60" w:type="dxa"/>
            </w:tcMar>
            <w:vAlign w:val="center"/>
          </w:tcPr>
          <w:p w14:paraId="1184DFD2" w14:textId="77777777" w:rsidR="0009622B" w:rsidRPr="00CA0274" w:rsidRDefault="0009622B" w:rsidP="00DF6623">
            <w:pPr>
              <w:spacing w:after="0"/>
              <w:rPr>
                <w:lang w:val="ru-RU"/>
              </w:rPr>
            </w:pPr>
            <w:r>
              <w:rPr>
                <w:lang w:val="ru-RU"/>
              </w:rPr>
              <w:t>Брюки женские, мужские, в ассортименте, разных размеров и фасонов</w:t>
            </w:r>
          </w:p>
        </w:tc>
        <w:tc>
          <w:tcPr>
            <w:tcW w:w="737" w:type="dxa"/>
            <w:tcMar>
              <w:top w:w="40" w:type="dxa"/>
              <w:left w:w="60" w:type="dxa"/>
              <w:bottom w:w="40" w:type="dxa"/>
              <w:right w:w="60" w:type="dxa"/>
            </w:tcMar>
            <w:vAlign w:val="center"/>
          </w:tcPr>
          <w:p w14:paraId="318B434C" w14:textId="77777777" w:rsidR="0009622B" w:rsidRPr="0070744C" w:rsidRDefault="0009622B" w:rsidP="00DF6623">
            <w:pPr>
              <w:spacing w:after="0"/>
              <w:jc w:val="center"/>
              <w:rPr>
                <w:lang w:val="ru-RU"/>
              </w:rPr>
            </w:pPr>
            <w:r>
              <w:rPr>
                <w:lang w:val="ru-RU"/>
              </w:rPr>
              <w:t>124</w:t>
            </w:r>
          </w:p>
        </w:tc>
        <w:tc>
          <w:tcPr>
            <w:tcW w:w="680" w:type="dxa"/>
            <w:tcMar>
              <w:top w:w="40" w:type="dxa"/>
              <w:left w:w="60" w:type="dxa"/>
              <w:bottom w:w="40" w:type="dxa"/>
              <w:right w:w="60" w:type="dxa"/>
            </w:tcMar>
            <w:vAlign w:val="center"/>
          </w:tcPr>
          <w:p w14:paraId="46A18371"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3D3C4ECF" w14:textId="77777777" w:rsidR="009C1061" w:rsidRDefault="00441274">
            <w:pPr>
              <w:jc w:val="right"/>
            </w:pPr>
            <w:r>
              <w:t>500 руб.</w:t>
            </w:r>
          </w:p>
        </w:tc>
        <w:tc>
          <w:tcPr>
            <w:tcW w:w="1587" w:type="dxa"/>
            <w:tcMar>
              <w:top w:w="40" w:type="dxa"/>
              <w:left w:w="60" w:type="dxa"/>
              <w:bottom w:w="40" w:type="dxa"/>
              <w:right w:w="60" w:type="dxa"/>
            </w:tcMar>
            <w:vAlign w:val="center"/>
          </w:tcPr>
          <w:p w14:paraId="4DA81CFC" w14:textId="77777777" w:rsidR="009C1061" w:rsidRDefault="00441274">
            <w:pPr>
              <w:jc w:val="right"/>
            </w:pPr>
            <w:r>
              <w:t>62 000 руб.</w:t>
            </w:r>
          </w:p>
        </w:tc>
      </w:tr>
      <w:tr w:rsidR="0009622B" w:rsidRPr="0070744C" w14:paraId="2EC015C3" w14:textId="77777777" w:rsidTr="00DF6623">
        <w:trPr>
          <w:jc w:val="center"/>
        </w:trPr>
        <w:tc>
          <w:tcPr>
            <w:tcW w:w="453" w:type="dxa"/>
            <w:tcMar>
              <w:top w:w="40" w:type="dxa"/>
              <w:left w:w="60" w:type="dxa"/>
              <w:bottom w:w="40" w:type="dxa"/>
              <w:right w:w="60" w:type="dxa"/>
            </w:tcMar>
            <w:vAlign w:val="center"/>
          </w:tcPr>
          <w:p w14:paraId="7C39CCD2" w14:textId="77777777" w:rsidR="0009622B" w:rsidRPr="00CD2C3A" w:rsidRDefault="0009622B" w:rsidP="00DF6623">
            <w:pPr>
              <w:spacing w:after="0"/>
              <w:jc w:val="center"/>
              <w:rPr>
                <w:lang w:val="ru-RU"/>
              </w:rPr>
            </w:pPr>
            <w:r>
              <w:t>20</w:t>
            </w:r>
          </w:p>
        </w:tc>
        <w:tc>
          <w:tcPr>
            <w:tcW w:w="7371" w:type="dxa"/>
            <w:tcMar>
              <w:top w:w="40" w:type="dxa"/>
              <w:left w:w="60" w:type="dxa"/>
              <w:bottom w:w="40" w:type="dxa"/>
              <w:right w:w="60" w:type="dxa"/>
            </w:tcMar>
            <w:vAlign w:val="center"/>
          </w:tcPr>
          <w:p w14:paraId="507383B5" w14:textId="77777777" w:rsidR="0009622B" w:rsidRPr="0070744C" w:rsidRDefault="0009622B" w:rsidP="00DF6623">
            <w:pPr>
              <w:spacing w:after="0"/>
              <w:rPr>
                <w:lang w:val="ru-RU"/>
              </w:rPr>
            </w:pPr>
            <w:r>
              <w:rPr>
                <w:lang w:val="ru-RU"/>
              </w:rPr>
              <w:t>Джемпера мужские в ассортименте разных размеров и фасонов</w:t>
            </w:r>
          </w:p>
        </w:tc>
        <w:tc>
          <w:tcPr>
            <w:tcW w:w="737" w:type="dxa"/>
            <w:tcMar>
              <w:top w:w="40" w:type="dxa"/>
              <w:left w:w="60" w:type="dxa"/>
              <w:bottom w:w="40" w:type="dxa"/>
              <w:right w:w="60" w:type="dxa"/>
            </w:tcMar>
            <w:vAlign w:val="center"/>
          </w:tcPr>
          <w:p w14:paraId="7A90947C" w14:textId="77777777" w:rsidR="0009622B" w:rsidRPr="0070744C" w:rsidRDefault="0009622B" w:rsidP="00DF6623">
            <w:pPr>
              <w:spacing w:after="0"/>
              <w:jc w:val="center"/>
              <w:rPr>
                <w:lang w:val="ru-RU"/>
              </w:rPr>
            </w:pPr>
            <w:r>
              <w:rPr>
                <w:lang w:val="ru-RU"/>
              </w:rPr>
              <w:t>74</w:t>
            </w:r>
          </w:p>
        </w:tc>
        <w:tc>
          <w:tcPr>
            <w:tcW w:w="680" w:type="dxa"/>
            <w:tcMar>
              <w:top w:w="40" w:type="dxa"/>
              <w:left w:w="60" w:type="dxa"/>
              <w:bottom w:w="40" w:type="dxa"/>
              <w:right w:w="60" w:type="dxa"/>
            </w:tcMar>
            <w:vAlign w:val="center"/>
          </w:tcPr>
          <w:p w14:paraId="179D622B"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0BCBCEAF" w14:textId="77777777" w:rsidR="009C1061" w:rsidRDefault="00441274">
            <w:pPr>
              <w:jc w:val="right"/>
            </w:pPr>
            <w:r>
              <w:t>450 руб.</w:t>
            </w:r>
          </w:p>
        </w:tc>
        <w:tc>
          <w:tcPr>
            <w:tcW w:w="1587" w:type="dxa"/>
            <w:tcMar>
              <w:top w:w="40" w:type="dxa"/>
              <w:left w:w="60" w:type="dxa"/>
              <w:bottom w:w="40" w:type="dxa"/>
              <w:right w:w="60" w:type="dxa"/>
            </w:tcMar>
            <w:vAlign w:val="center"/>
          </w:tcPr>
          <w:p w14:paraId="24C4D8DB" w14:textId="77777777" w:rsidR="009C1061" w:rsidRDefault="00441274">
            <w:pPr>
              <w:jc w:val="right"/>
            </w:pPr>
            <w:r>
              <w:t>33 300 руб.</w:t>
            </w:r>
          </w:p>
        </w:tc>
      </w:tr>
      <w:tr w:rsidR="0009622B" w:rsidRPr="0070744C" w14:paraId="14C108A9" w14:textId="77777777" w:rsidTr="00DF6623">
        <w:trPr>
          <w:jc w:val="center"/>
        </w:trPr>
        <w:tc>
          <w:tcPr>
            <w:tcW w:w="453" w:type="dxa"/>
            <w:tcMar>
              <w:top w:w="40" w:type="dxa"/>
              <w:left w:w="60" w:type="dxa"/>
              <w:bottom w:w="40" w:type="dxa"/>
              <w:right w:w="60" w:type="dxa"/>
            </w:tcMar>
            <w:vAlign w:val="center"/>
          </w:tcPr>
          <w:p w14:paraId="1A0FA944" w14:textId="77777777" w:rsidR="0009622B" w:rsidRPr="00CD2C3A" w:rsidRDefault="0009622B" w:rsidP="00DF6623">
            <w:pPr>
              <w:spacing w:after="0"/>
              <w:jc w:val="center"/>
              <w:rPr>
                <w:lang w:val="ru-RU"/>
              </w:rPr>
            </w:pPr>
            <w:r>
              <w:t>21</w:t>
            </w:r>
          </w:p>
        </w:tc>
        <w:tc>
          <w:tcPr>
            <w:tcW w:w="7371" w:type="dxa"/>
            <w:tcMar>
              <w:top w:w="40" w:type="dxa"/>
              <w:left w:w="60" w:type="dxa"/>
              <w:bottom w:w="40" w:type="dxa"/>
              <w:right w:w="60" w:type="dxa"/>
            </w:tcMar>
            <w:vAlign w:val="center"/>
          </w:tcPr>
          <w:p w14:paraId="65DD5DDB" w14:textId="77777777" w:rsidR="0009622B" w:rsidRPr="0070744C" w:rsidRDefault="0009622B" w:rsidP="00DF6623">
            <w:pPr>
              <w:spacing w:after="0"/>
              <w:rPr>
                <w:lang w:val="ru-RU"/>
              </w:rPr>
            </w:pPr>
            <w:r>
              <w:rPr>
                <w:lang w:val="ru-RU"/>
              </w:rPr>
              <w:t>Костюм двойка мужской</w:t>
            </w:r>
          </w:p>
        </w:tc>
        <w:tc>
          <w:tcPr>
            <w:tcW w:w="737" w:type="dxa"/>
            <w:tcMar>
              <w:top w:w="40" w:type="dxa"/>
              <w:left w:w="60" w:type="dxa"/>
              <w:bottom w:w="40" w:type="dxa"/>
              <w:right w:w="60" w:type="dxa"/>
            </w:tcMar>
            <w:vAlign w:val="center"/>
          </w:tcPr>
          <w:p w14:paraId="786697B0" w14:textId="77777777" w:rsidR="0009622B" w:rsidRPr="0070744C" w:rsidRDefault="0009622B" w:rsidP="00DF6623">
            <w:pPr>
              <w:spacing w:after="0"/>
              <w:jc w:val="center"/>
              <w:rPr>
                <w:lang w:val="ru-RU"/>
              </w:rPr>
            </w:pPr>
            <w:r>
              <w:rPr>
                <w:lang w:val="ru-RU"/>
              </w:rPr>
              <w:t>93</w:t>
            </w:r>
          </w:p>
        </w:tc>
        <w:tc>
          <w:tcPr>
            <w:tcW w:w="680" w:type="dxa"/>
            <w:tcMar>
              <w:top w:w="40" w:type="dxa"/>
              <w:left w:w="60" w:type="dxa"/>
              <w:bottom w:w="40" w:type="dxa"/>
              <w:right w:w="60" w:type="dxa"/>
            </w:tcMar>
            <w:vAlign w:val="center"/>
          </w:tcPr>
          <w:p w14:paraId="12D621D1"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3BDC118A" w14:textId="77777777" w:rsidR="009C1061" w:rsidRDefault="00441274">
            <w:pPr>
              <w:jc w:val="right"/>
            </w:pPr>
            <w:r>
              <w:t>1 700 руб.</w:t>
            </w:r>
          </w:p>
        </w:tc>
        <w:tc>
          <w:tcPr>
            <w:tcW w:w="1587" w:type="dxa"/>
            <w:tcMar>
              <w:top w:w="40" w:type="dxa"/>
              <w:left w:w="60" w:type="dxa"/>
              <w:bottom w:w="40" w:type="dxa"/>
              <w:right w:w="60" w:type="dxa"/>
            </w:tcMar>
            <w:vAlign w:val="center"/>
          </w:tcPr>
          <w:p w14:paraId="0499A0F8" w14:textId="77777777" w:rsidR="009C1061" w:rsidRDefault="00441274">
            <w:pPr>
              <w:jc w:val="right"/>
            </w:pPr>
            <w:r>
              <w:t>158 100 руб.</w:t>
            </w:r>
          </w:p>
        </w:tc>
      </w:tr>
      <w:tr w:rsidR="0009622B" w:rsidRPr="0070744C" w14:paraId="2C150101" w14:textId="77777777" w:rsidTr="00DF6623">
        <w:trPr>
          <w:jc w:val="center"/>
        </w:trPr>
        <w:tc>
          <w:tcPr>
            <w:tcW w:w="453" w:type="dxa"/>
            <w:tcMar>
              <w:top w:w="40" w:type="dxa"/>
              <w:left w:w="60" w:type="dxa"/>
              <w:bottom w:w="40" w:type="dxa"/>
              <w:right w:w="60" w:type="dxa"/>
            </w:tcMar>
            <w:vAlign w:val="center"/>
          </w:tcPr>
          <w:p w14:paraId="4C760892" w14:textId="77777777" w:rsidR="0009622B" w:rsidRPr="00CD2C3A" w:rsidRDefault="0009622B" w:rsidP="00DF6623">
            <w:pPr>
              <w:spacing w:after="0"/>
              <w:jc w:val="center"/>
              <w:rPr>
                <w:lang w:val="ru-RU"/>
              </w:rPr>
            </w:pPr>
            <w:r>
              <w:t>22</w:t>
            </w:r>
          </w:p>
        </w:tc>
        <w:tc>
          <w:tcPr>
            <w:tcW w:w="7371" w:type="dxa"/>
            <w:tcMar>
              <w:top w:w="40" w:type="dxa"/>
              <w:left w:w="60" w:type="dxa"/>
              <w:bottom w:w="40" w:type="dxa"/>
              <w:right w:w="60" w:type="dxa"/>
            </w:tcMar>
            <w:vAlign w:val="center"/>
          </w:tcPr>
          <w:p w14:paraId="6733A653" w14:textId="77777777" w:rsidR="0009622B" w:rsidRPr="0070744C" w:rsidRDefault="0009622B" w:rsidP="00DF6623">
            <w:pPr>
              <w:spacing w:after="0"/>
              <w:rPr>
                <w:lang w:val="ru-RU"/>
              </w:rPr>
            </w:pPr>
            <w:r>
              <w:rPr>
                <w:lang w:val="ru-RU"/>
              </w:rPr>
              <w:t>Костюмы разные Бишкек, Москва</w:t>
            </w:r>
          </w:p>
        </w:tc>
        <w:tc>
          <w:tcPr>
            <w:tcW w:w="737" w:type="dxa"/>
            <w:tcMar>
              <w:top w:w="40" w:type="dxa"/>
              <w:left w:w="60" w:type="dxa"/>
              <w:bottom w:w="40" w:type="dxa"/>
              <w:right w:w="60" w:type="dxa"/>
            </w:tcMar>
            <w:vAlign w:val="center"/>
          </w:tcPr>
          <w:p w14:paraId="43809D76" w14:textId="77777777" w:rsidR="0009622B" w:rsidRPr="0070744C" w:rsidRDefault="0009622B" w:rsidP="00DF6623">
            <w:pPr>
              <w:spacing w:after="0"/>
              <w:jc w:val="center"/>
              <w:rPr>
                <w:lang w:val="ru-RU"/>
              </w:rPr>
            </w:pPr>
            <w:r>
              <w:rPr>
                <w:lang w:val="ru-RU"/>
              </w:rPr>
              <w:t>109</w:t>
            </w:r>
          </w:p>
        </w:tc>
        <w:tc>
          <w:tcPr>
            <w:tcW w:w="680" w:type="dxa"/>
            <w:tcMar>
              <w:top w:w="40" w:type="dxa"/>
              <w:left w:w="60" w:type="dxa"/>
              <w:bottom w:w="40" w:type="dxa"/>
              <w:right w:w="60" w:type="dxa"/>
            </w:tcMar>
            <w:vAlign w:val="center"/>
          </w:tcPr>
          <w:p w14:paraId="38259381"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14989B53" w14:textId="77777777" w:rsidR="009C1061" w:rsidRDefault="00441274">
            <w:pPr>
              <w:jc w:val="right"/>
            </w:pPr>
            <w:r>
              <w:t>1 500 руб.</w:t>
            </w:r>
          </w:p>
        </w:tc>
        <w:tc>
          <w:tcPr>
            <w:tcW w:w="1587" w:type="dxa"/>
            <w:tcMar>
              <w:top w:w="40" w:type="dxa"/>
              <w:left w:w="60" w:type="dxa"/>
              <w:bottom w:w="40" w:type="dxa"/>
              <w:right w:w="60" w:type="dxa"/>
            </w:tcMar>
            <w:vAlign w:val="center"/>
          </w:tcPr>
          <w:p w14:paraId="3D8B825D" w14:textId="77777777" w:rsidR="009C1061" w:rsidRDefault="00441274">
            <w:pPr>
              <w:jc w:val="right"/>
            </w:pPr>
            <w:r>
              <w:t>163 500 руб.</w:t>
            </w:r>
          </w:p>
        </w:tc>
      </w:tr>
      <w:tr w:rsidR="0009622B" w:rsidRPr="0070744C" w14:paraId="20A61518" w14:textId="77777777" w:rsidTr="00DF6623">
        <w:trPr>
          <w:jc w:val="center"/>
        </w:trPr>
        <w:tc>
          <w:tcPr>
            <w:tcW w:w="453" w:type="dxa"/>
            <w:tcMar>
              <w:top w:w="40" w:type="dxa"/>
              <w:left w:w="60" w:type="dxa"/>
              <w:bottom w:w="40" w:type="dxa"/>
              <w:right w:w="60" w:type="dxa"/>
            </w:tcMar>
            <w:vAlign w:val="center"/>
          </w:tcPr>
          <w:p w14:paraId="3CD44753" w14:textId="77777777" w:rsidR="0009622B" w:rsidRPr="00CD2C3A" w:rsidRDefault="0009622B" w:rsidP="00DF6623">
            <w:pPr>
              <w:spacing w:after="0"/>
              <w:jc w:val="center"/>
              <w:rPr>
                <w:lang w:val="ru-RU"/>
              </w:rPr>
            </w:pPr>
            <w:r>
              <w:t>23</w:t>
            </w:r>
          </w:p>
        </w:tc>
        <w:tc>
          <w:tcPr>
            <w:tcW w:w="7371" w:type="dxa"/>
            <w:tcMar>
              <w:top w:w="40" w:type="dxa"/>
              <w:left w:w="60" w:type="dxa"/>
              <w:bottom w:w="40" w:type="dxa"/>
              <w:right w:w="60" w:type="dxa"/>
            </w:tcMar>
            <w:vAlign w:val="center"/>
          </w:tcPr>
          <w:p w14:paraId="36C10B54" w14:textId="77777777" w:rsidR="0009622B" w:rsidRPr="0070744C" w:rsidRDefault="0009622B" w:rsidP="00DF6623">
            <w:pPr>
              <w:spacing w:after="0"/>
              <w:rPr>
                <w:lang w:val="ru-RU"/>
              </w:rPr>
            </w:pPr>
            <w:proofErr w:type="gramStart"/>
            <w:r>
              <w:rPr>
                <w:lang w:val="ru-RU"/>
              </w:rPr>
              <w:t>Пиджаки  разных</w:t>
            </w:r>
            <w:proofErr w:type="gramEnd"/>
            <w:r>
              <w:rPr>
                <w:lang w:val="ru-RU"/>
              </w:rPr>
              <w:t xml:space="preserve"> размеров, Москва</w:t>
            </w:r>
          </w:p>
        </w:tc>
        <w:tc>
          <w:tcPr>
            <w:tcW w:w="737" w:type="dxa"/>
            <w:tcMar>
              <w:top w:w="40" w:type="dxa"/>
              <w:left w:w="60" w:type="dxa"/>
              <w:bottom w:w="40" w:type="dxa"/>
              <w:right w:w="60" w:type="dxa"/>
            </w:tcMar>
            <w:vAlign w:val="center"/>
          </w:tcPr>
          <w:p w14:paraId="26DC56A1" w14:textId="77777777" w:rsidR="0009622B" w:rsidRPr="0070744C" w:rsidRDefault="0009622B" w:rsidP="00DF6623">
            <w:pPr>
              <w:spacing w:after="0"/>
              <w:jc w:val="center"/>
              <w:rPr>
                <w:lang w:val="ru-RU"/>
              </w:rPr>
            </w:pPr>
            <w:r>
              <w:rPr>
                <w:lang w:val="ru-RU"/>
              </w:rPr>
              <w:t>41</w:t>
            </w:r>
          </w:p>
        </w:tc>
        <w:tc>
          <w:tcPr>
            <w:tcW w:w="680" w:type="dxa"/>
            <w:tcMar>
              <w:top w:w="40" w:type="dxa"/>
              <w:left w:w="60" w:type="dxa"/>
              <w:bottom w:w="40" w:type="dxa"/>
              <w:right w:w="60" w:type="dxa"/>
            </w:tcMar>
            <w:vAlign w:val="center"/>
          </w:tcPr>
          <w:p w14:paraId="6DF43268"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4C3EAA67" w14:textId="77777777" w:rsidR="009C1061" w:rsidRDefault="00441274">
            <w:pPr>
              <w:jc w:val="right"/>
            </w:pPr>
            <w:r>
              <w:t>700 руб.</w:t>
            </w:r>
          </w:p>
        </w:tc>
        <w:tc>
          <w:tcPr>
            <w:tcW w:w="1587" w:type="dxa"/>
            <w:tcMar>
              <w:top w:w="40" w:type="dxa"/>
              <w:left w:w="60" w:type="dxa"/>
              <w:bottom w:w="40" w:type="dxa"/>
              <w:right w:w="60" w:type="dxa"/>
            </w:tcMar>
            <w:vAlign w:val="center"/>
          </w:tcPr>
          <w:p w14:paraId="1B1C1D8B" w14:textId="77777777" w:rsidR="009C1061" w:rsidRDefault="00441274">
            <w:pPr>
              <w:jc w:val="right"/>
            </w:pPr>
            <w:r>
              <w:t>28 700 руб.</w:t>
            </w:r>
          </w:p>
        </w:tc>
      </w:tr>
      <w:tr w:rsidR="0009622B" w:rsidRPr="0070744C" w14:paraId="44AD6F79" w14:textId="77777777" w:rsidTr="00DF6623">
        <w:trPr>
          <w:jc w:val="center"/>
        </w:trPr>
        <w:tc>
          <w:tcPr>
            <w:tcW w:w="453" w:type="dxa"/>
            <w:tcMar>
              <w:top w:w="40" w:type="dxa"/>
              <w:left w:w="60" w:type="dxa"/>
              <w:bottom w:w="40" w:type="dxa"/>
              <w:right w:w="60" w:type="dxa"/>
            </w:tcMar>
            <w:vAlign w:val="center"/>
          </w:tcPr>
          <w:p w14:paraId="1E840B05" w14:textId="77777777" w:rsidR="0009622B" w:rsidRPr="00CD2C3A" w:rsidRDefault="0009622B" w:rsidP="00DF6623">
            <w:pPr>
              <w:spacing w:after="0"/>
              <w:jc w:val="center"/>
              <w:rPr>
                <w:lang w:val="ru-RU"/>
              </w:rPr>
            </w:pPr>
            <w:r>
              <w:lastRenderedPageBreak/>
              <w:t>24</w:t>
            </w:r>
          </w:p>
        </w:tc>
        <w:tc>
          <w:tcPr>
            <w:tcW w:w="7371" w:type="dxa"/>
            <w:tcMar>
              <w:top w:w="40" w:type="dxa"/>
              <w:left w:w="60" w:type="dxa"/>
              <w:bottom w:w="40" w:type="dxa"/>
              <w:right w:w="60" w:type="dxa"/>
            </w:tcMar>
            <w:vAlign w:val="center"/>
          </w:tcPr>
          <w:p w14:paraId="4AA7755D" w14:textId="77777777" w:rsidR="0009622B" w:rsidRPr="0070744C" w:rsidRDefault="0009622B" w:rsidP="00DF6623">
            <w:pPr>
              <w:spacing w:after="0"/>
              <w:rPr>
                <w:lang w:val="ru-RU"/>
              </w:rPr>
            </w:pPr>
            <w:r>
              <w:rPr>
                <w:lang w:val="ru-RU"/>
              </w:rPr>
              <w:t>Пальто мужское 60 размер</w:t>
            </w:r>
          </w:p>
        </w:tc>
        <w:tc>
          <w:tcPr>
            <w:tcW w:w="737" w:type="dxa"/>
            <w:tcMar>
              <w:top w:w="40" w:type="dxa"/>
              <w:left w:w="60" w:type="dxa"/>
              <w:bottom w:w="40" w:type="dxa"/>
              <w:right w:w="60" w:type="dxa"/>
            </w:tcMar>
            <w:vAlign w:val="center"/>
          </w:tcPr>
          <w:p w14:paraId="154E539E" w14:textId="77777777" w:rsidR="0009622B" w:rsidRPr="0070744C" w:rsidRDefault="0009622B" w:rsidP="00DF6623">
            <w:pPr>
              <w:spacing w:after="0"/>
              <w:jc w:val="center"/>
              <w:rPr>
                <w:lang w:val="ru-RU"/>
              </w:rPr>
            </w:pPr>
            <w:r>
              <w:rPr>
                <w:lang w:val="ru-RU"/>
              </w:rPr>
              <w:t>1</w:t>
            </w:r>
          </w:p>
        </w:tc>
        <w:tc>
          <w:tcPr>
            <w:tcW w:w="680" w:type="dxa"/>
            <w:tcMar>
              <w:top w:w="40" w:type="dxa"/>
              <w:left w:w="60" w:type="dxa"/>
              <w:bottom w:w="40" w:type="dxa"/>
              <w:right w:w="60" w:type="dxa"/>
            </w:tcMar>
            <w:vAlign w:val="center"/>
          </w:tcPr>
          <w:p w14:paraId="78EA9E46"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5BC6E761" w14:textId="77777777" w:rsidR="009C1061" w:rsidRDefault="00441274">
            <w:pPr>
              <w:jc w:val="right"/>
            </w:pPr>
            <w:r>
              <w:t>1 200 руб.</w:t>
            </w:r>
          </w:p>
        </w:tc>
        <w:tc>
          <w:tcPr>
            <w:tcW w:w="1587" w:type="dxa"/>
            <w:tcMar>
              <w:top w:w="40" w:type="dxa"/>
              <w:left w:w="60" w:type="dxa"/>
              <w:bottom w:w="40" w:type="dxa"/>
              <w:right w:w="60" w:type="dxa"/>
            </w:tcMar>
            <w:vAlign w:val="center"/>
          </w:tcPr>
          <w:p w14:paraId="78A74921" w14:textId="77777777" w:rsidR="009C1061" w:rsidRDefault="00441274">
            <w:pPr>
              <w:jc w:val="right"/>
            </w:pPr>
            <w:r>
              <w:t>1 200 руб.</w:t>
            </w:r>
          </w:p>
        </w:tc>
      </w:tr>
      <w:tr w:rsidR="0009622B" w:rsidRPr="0070744C" w14:paraId="42248059" w14:textId="77777777" w:rsidTr="00DF6623">
        <w:trPr>
          <w:jc w:val="center"/>
        </w:trPr>
        <w:tc>
          <w:tcPr>
            <w:tcW w:w="453" w:type="dxa"/>
            <w:tcMar>
              <w:top w:w="40" w:type="dxa"/>
              <w:left w:w="60" w:type="dxa"/>
              <w:bottom w:w="40" w:type="dxa"/>
              <w:right w:w="60" w:type="dxa"/>
            </w:tcMar>
            <w:vAlign w:val="center"/>
          </w:tcPr>
          <w:p w14:paraId="4C9A51CB" w14:textId="77777777" w:rsidR="0009622B" w:rsidRPr="00CD2C3A" w:rsidRDefault="0009622B" w:rsidP="00DF6623">
            <w:pPr>
              <w:spacing w:after="0"/>
              <w:jc w:val="center"/>
              <w:rPr>
                <w:lang w:val="ru-RU"/>
              </w:rPr>
            </w:pPr>
            <w:r>
              <w:t>25</w:t>
            </w:r>
          </w:p>
        </w:tc>
        <w:tc>
          <w:tcPr>
            <w:tcW w:w="7371" w:type="dxa"/>
            <w:tcMar>
              <w:top w:w="40" w:type="dxa"/>
              <w:left w:w="60" w:type="dxa"/>
              <w:bottom w:w="40" w:type="dxa"/>
              <w:right w:w="60" w:type="dxa"/>
            </w:tcMar>
            <w:vAlign w:val="center"/>
          </w:tcPr>
          <w:p w14:paraId="5740B49B" w14:textId="77777777" w:rsidR="0009622B" w:rsidRPr="00CA0274" w:rsidRDefault="0009622B" w:rsidP="00DF6623">
            <w:pPr>
              <w:spacing w:after="0"/>
              <w:rPr>
                <w:lang w:val="ru-RU"/>
              </w:rPr>
            </w:pPr>
            <w:r>
              <w:rPr>
                <w:lang w:val="ru-RU"/>
              </w:rPr>
              <w:t>Пальто мужское 56 размер</w:t>
            </w:r>
          </w:p>
        </w:tc>
        <w:tc>
          <w:tcPr>
            <w:tcW w:w="737" w:type="dxa"/>
            <w:tcMar>
              <w:top w:w="40" w:type="dxa"/>
              <w:left w:w="60" w:type="dxa"/>
              <w:bottom w:w="40" w:type="dxa"/>
              <w:right w:w="60" w:type="dxa"/>
            </w:tcMar>
            <w:vAlign w:val="center"/>
          </w:tcPr>
          <w:p w14:paraId="685D92AC" w14:textId="77777777" w:rsidR="0009622B" w:rsidRPr="0070744C" w:rsidRDefault="0009622B" w:rsidP="00DF6623">
            <w:pPr>
              <w:spacing w:after="0"/>
              <w:jc w:val="center"/>
              <w:rPr>
                <w:lang w:val="ru-RU"/>
              </w:rPr>
            </w:pPr>
            <w:r>
              <w:rPr>
                <w:lang w:val="ru-RU"/>
              </w:rPr>
              <w:t>1</w:t>
            </w:r>
          </w:p>
        </w:tc>
        <w:tc>
          <w:tcPr>
            <w:tcW w:w="680" w:type="dxa"/>
            <w:tcMar>
              <w:top w:w="40" w:type="dxa"/>
              <w:left w:w="60" w:type="dxa"/>
              <w:bottom w:w="40" w:type="dxa"/>
              <w:right w:w="60" w:type="dxa"/>
            </w:tcMar>
            <w:vAlign w:val="center"/>
          </w:tcPr>
          <w:p w14:paraId="68D0ADB1"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28A45E02" w14:textId="77777777" w:rsidR="009C1061" w:rsidRDefault="00441274">
            <w:pPr>
              <w:jc w:val="right"/>
            </w:pPr>
            <w:r>
              <w:t>1 200 руб.</w:t>
            </w:r>
          </w:p>
        </w:tc>
        <w:tc>
          <w:tcPr>
            <w:tcW w:w="1587" w:type="dxa"/>
            <w:tcMar>
              <w:top w:w="40" w:type="dxa"/>
              <w:left w:w="60" w:type="dxa"/>
              <w:bottom w:w="40" w:type="dxa"/>
              <w:right w:w="60" w:type="dxa"/>
            </w:tcMar>
            <w:vAlign w:val="center"/>
          </w:tcPr>
          <w:p w14:paraId="44B72C1F" w14:textId="77777777" w:rsidR="009C1061" w:rsidRDefault="00441274">
            <w:pPr>
              <w:jc w:val="right"/>
            </w:pPr>
            <w:r>
              <w:t>1 200 руб.</w:t>
            </w:r>
          </w:p>
        </w:tc>
      </w:tr>
      <w:tr w:rsidR="0009622B" w:rsidRPr="0070744C" w14:paraId="4634953B" w14:textId="77777777" w:rsidTr="00DF6623">
        <w:trPr>
          <w:jc w:val="center"/>
        </w:trPr>
        <w:tc>
          <w:tcPr>
            <w:tcW w:w="453" w:type="dxa"/>
            <w:tcMar>
              <w:top w:w="40" w:type="dxa"/>
              <w:left w:w="60" w:type="dxa"/>
              <w:bottom w:w="40" w:type="dxa"/>
              <w:right w:w="60" w:type="dxa"/>
            </w:tcMar>
            <w:vAlign w:val="center"/>
          </w:tcPr>
          <w:p w14:paraId="0D5C9D11" w14:textId="77777777" w:rsidR="0009622B" w:rsidRPr="00CD2C3A" w:rsidRDefault="0009622B" w:rsidP="00DF6623">
            <w:pPr>
              <w:spacing w:after="0"/>
              <w:jc w:val="center"/>
              <w:rPr>
                <w:lang w:val="ru-RU"/>
              </w:rPr>
            </w:pPr>
            <w:r>
              <w:t>26</w:t>
            </w:r>
          </w:p>
        </w:tc>
        <w:tc>
          <w:tcPr>
            <w:tcW w:w="7371" w:type="dxa"/>
            <w:tcMar>
              <w:top w:w="40" w:type="dxa"/>
              <w:left w:w="60" w:type="dxa"/>
              <w:bottom w:w="40" w:type="dxa"/>
              <w:right w:w="60" w:type="dxa"/>
            </w:tcMar>
            <w:vAlign w:val="center"/>
          </w:tcPr>
          <w:p w14:paraId="35025AA3" w14:textId="77777777" w:rsidR="0009622B" w:rsidRPr="0070744C" w:rsidRDefault="0009622B" w:rsidP="00DF6623">
            <w:pPr>
              <w:spacing w:after="0"/>
              <w:rPr>
                <w:lang w:val="ru-RU"/>
              </w:rPr>
            </w:pPr>
            <w:r>
              <w:rPr>
                <w:lang w:val="ru-RU"/>
              </w:rPr>
              <w:t>Сорочка мужская с галстуком</w:t>
            </w:r>
          </w:p>
        </w:tc>
        <w:tc>
          <w:tcPr>
            <w:tcW w:w="737" w:type="dxa"/>
            <w:tcMar>
              <w:top w:w="40" w:type="dxa"/>
              <w:left w:w="60" w:type="dxa"/>
              <w:bottom w:w="40" w:type="dxa"/>
              <w:right w:w="60" w:type="dxa"/>
            </w:tcMar>
            <w:vAlign w:val="center"/>
          </w:tcPr>
          <w:p w14:paraId="365BE14D" w14:textId="77777777" w:rsidR="0009622B" w:rsidRPr="0070744C" w:rsidRDefault="0009622B" w:rsidP="00DF6623">
            <w:pPr>
              <w:spacing w:after="0"/>
              <w:jc w:val="center"/>
              <w:rPr>
                <w:lang w:val="ru-RU"/>
              </w:rPr>
            </w:pPr>
            <w:r>
              <w:rPr>
                <w:lang w:val="ru-RU"/>
              </w:rPr>
              <w:t>32</w:t>
            </w:r>
          </w:p>
        </w:tc>
        <w:tc>
          <w:tcPr>
            <w:tcW w:w="680" w:type="dxa"/>
            <w:tcMar>
              <w:top w:w="40" w:type="dxa"/>
              <w:left w:w="60" w:type="dxa"/>
              <w:bottom w:w="40" w:type="dxa"/>
              <w:right w:w="60" w:type="dxa"/>
            </w:tcMar>
            <w:vAlign w:val="center"/>
          </w:tcPr>
          <w:p w14:paraId="7DDF28C0"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752B4F86" w14:textId="77777777" w:rsidR="009C1061" w:rsidRDefault="00441274">
            <w:pPr>
              <w:jc w:val="right"/>
            </w:pPr>
            <w:r>
              <w:t>300 руб.</w:t>
            </w:r>
          </w:p>
        </w:tc>
        <w:tc>
          <w:tcPr>
            <w:tcW w:w="1587" w:type="dxa"/>
            <w:tcMar>
              <w:top w:w="40" w:type="dxa"/>
              <w:left w:w="60" w:type="dxa"/>
              <w:bottom w:w="40" w:type="dxa"/>
              <w:right w:w="60" w:type="dxa"/>
            </w:tcMar>
            <w:vAlign w:val="center"/>
          </w:tcPr>
          <w:p w14:paraId="1996B899" w14:textId="77777777" w:rsidR="009C1061" w:rsidRDefault="00441274">
            <w:pPr>
              <w:jc w:val="right"/>
            </w:pPr>
            <w:r>
              <w:t>9 600 руб.</w:t>
            </w:r>
          </w:p>
        </w:tc>
      </w:tr>
      <w:tr w:rsidR="0009622B" w:rsidRPr="0070744C" w14:paraId="7B1FB7B8" w14:textId="77777777" w:rsidTr="00DF6623">
        <w:trPr>
          <w:jc w:val="center"/>
        </w:trPr>
        <w:tc>
          <w:tcPr>
            <w:tcW w:w="453" w:type="dxa"/>
            <w:tcMar>
              <w:top w:w="40" w:type="dxa"/>
              <w:left w:w="60" w:type="dxa"/>
              <w:bottom w:w="40" w:type="dxa"/>
              <w:right w:w="60" w:type="dxa"/>
            </w:tcMar>
            <w:vAlign w:val="center"/>
          </w:tcPr>
          <w:p w14:paraId="6A4DD57E" w14:textId="77777777" w:rsidR="0009622B" w:rsidRPr="00CD2C3A" w:rsidRDefault="0009622B" w:rsidP="00DF6623">
            <w:pPr>
              <w:spacing w:after="0"/>
              <w:jc w:val="center"/>
              <w:rPr>
                <w:lang w:val="ru-RU"/>
              </w:rPr>
            </w:pPr>
            <w:r>
              <w:t>27</w:t>
            </w:r>
          </w:p>
        </w:tc>
        <w:tc>
          <w:tcPr>
            <w:tcW w:w="7371" w:type="dxa"/>
            <w:tcMar>
              <w:top w:w="40" w:type="dxa"/>
              <w:left w:w="60" w:type="dxa"/>
              <w:bottom w:w="40" w:type="dxa"/>
              <w:right w:w="60" w:type="dxa"/>
            </w:tcMar>
            <w:vAlign w:val="center"/>
          </w:tcPr>
          <w:p w14:paraId="4704338A" w14:textId="77777777" w:rsidR="0009622B" w:rsidRPr="0070744C" w:rsidRDefault="0009622B" w:rsidP="00DF6623">
            <w:pPr>
              <w:spacing w:after="0"/>
              <w:rPr>
                <w:lang w:val="ru-RU"/>
              </w:rPr>
            </w:pPr>
            <w:r>
              <w:rPr>
                <w:lang w:val="ru-RU"/>
              </w:rPr>
              <w:t>Сорочки мужские разных фасонов и размеров</w:t>
            </w:r>
          </w:p>
        </w:tc>
        <w:tc>
          <w:tcPr>
            <w:tcW w:w="737" w:type="dxa"/>
            <w:tcMar>
              <w:top w:w="40" w:type="dxa"/>
              <w:left w:w="60" w:type="dxa"/>
              <w:bottom w:w="40" w:type="dxa"/>
              <w:right w:w="60" w:type="dxa"/>
            </w:tcMar>
            <w:vAlign w:val="center"/>
          </w:tcPr>
          <w:p w14:paraId="073A1D23" w14:textId="77777777" w:rsidR="0009622B" w:rsidRPr="0070744C" w:rsidRDefault="0009622B" w:rsidP="00DF6623">
            <w:pPr>
              <w:spacing w:after="0"/>
              <w:jc w:val="center"/>
              <w:rPr>
                <w:lang w:val="ru-RU"/>
              </w:rPr>
            </w:pPr>
            <w:r>
              <w:rPr>
                <w:lang w:val="ru-RU"/>
              </w:rPr>
              <w:t>159</w:t>
            </w:r>
          </w:p>
        </w:tc>
        <w:tc>
          <w:tcPr>
            <w:tcW w:w="680" w:type="dxa"/>
            <w:tcMar>
              <w:top w:w="40" w:type="dxa"/>
              <w:left w:w="60" w:type="dxa"/>
              <w:bottom w:w="40" w:type="dxa"/>
              <w:right w:w="60" w:type="dxa"/>
            </w:tcMar>
            <w:vAlign w:val="center"/>
          </w:tcPr>
          <w:p w14:paraId="5B7C7FAF" w14:textId="77777777" w:rsidR="0009622B" w:rsidRPr="0070744C" w:rsidRDefault="0009622B" w:rsidP="00DF6623">
            <w:pPr>
              <w:spacing w:after="0"/>
              <w:jc w:val="center"/>
              <w:rPr>
                <w:lang w:val="ru-RU"/>
              </w:rPr>
            </w:pPr>
          </w:p>
        </w:tc>
        <w:tc>
          <w:tcPr>
            <w:tcW w:w="1417" w:type="dxa"/>
            <w:tcMar>
              <w:top w:w="40" w:type="dxa"/>
              <w:left w:w="60" w:type="dxa"/>
              <w:bottom w:w="40" w:type="dxa"/>
              <w:right w:w="60" w:type="dxa"/>
            </w:tcMar>
            <w:vAlign w:val="center"/>
          </w:tcPr>
          <w:p w14:paraId="523B50B6" w14:textId="77777777" w:rsidR="009C1061" w:rsidRDefault="00441274">
            <w:pPr>
              <w:jc w:val="right"/>
            </w:pPr>
            <w:r>
              <w:t>250 руб.</w:t>
            </w:r>
          </w:p>
        </w:tc>
        <w:tc>
          <w:tcPr>
            <w:tcW w:w="1587" w:type="dxa"/>
            <w:tcMar>
              <w:top w:w="40" w:type="dxa"/>
              <w:left w:w="60" w:type="dxa"/>
              <w:bottom w:w="40" w:type="dxa"/>
              <w:right w:w="60" w:type="dxa"/>
            </w:tcMar>
            <w:vAlign w:val="center"/>
          </w:tcPr>
          <w:p w14:paraId="489444C9" w14:textId="77777777" w:rsidR="009C1061" w:rsidRDefault="00441274">
            <w:pPr>
              <w:jc w:val="right"/>
            </w:pPr>
            <w:r>
              <w:t>39 750 руб.</w:t>
            </w:r>
          </w:p>
        </w:tc>
      </w:tr>
      <w:tr w:rsidR="0009622B" w14:paraId="30287449" w14:textId="77777777" w:rsidTr="00DF6623">
        <w:trPr>
          <w:jc w:val="center"/>
        </w:trPr>
        <w:tc>
          <w:tcPr>
            <w:tcW w:w="453" w:type="dxa"/>
            <w:tcMar>
              <w:top w:w="40" w:type="dxa"/>
              <w:left w:w="60" w:type="dxa"/>
              <w:bottom w:w="40" w:type="dxa"/>
              <w:right w:w="60" w:type="dxa"/>
            </w:tcMar>
            <w:vAlign w:val="center"/>
          </w:tcPr>
          <w:p w14:paraId="0AD812D8" w14:textId="77777777" w:rsidR="0009622B" w:rsidRDefault="0009622B" w:rsidP="00DF6623">
            <w:pPr>
              <w:spacing w:after="0"/>
              <w:jc w:val="center"/>
            </w:pPr>
            <w:r>
              <w:t>28</w:t>
            </w:r>
          </w:p>
        </w:tc>
        <w:tc>
          <w:tcPr>
            <w:tcW w:w="7371" w:type="dxa"/>
            <w:tcMar>
              <w:top w:w="40" w:type="dxa"/>
              <w:left w:w="60" w:type="dxa"/>
              <w:bottom w:w="40" w:type="dxa"/>
              <w:right w:w="60" w:type="dxa"/>
            </w:tcMar>
            <w:vAlign w:val="center"/>
          </w:tcPr>
          <w:p w14:paraId="1E57ABD5" w14:textId="77777777" w:rsidR="0009622B" w:rsidRPr="00CA0274" w:rsidRDefault="0009622B" w:rsidP="00DF6623">
            <w:pPr>
              <w:spacing w:after="0"/>
              <w:rPr>
                <w:lang w:val="ru-RU"/>
              </w:rPr>
            </w:pPr>
            <w:r w:rsidRPr="00CA0274">
              <w:rPr>
                <w:rFonts w:cs="Times New Roman"/>
                <w:lang w:val="ru-RU"/>
              </w:rPr>
              <w:t xml:space="preserve">Трусы-боксеры мужские —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XL</w:t>
            </w:r>
          </w:p>
        </w:tc>
        <w:tc>
          <w:tcPr>
            <w:tcW w:w="737" w:type="dxa"/>
            <w:tcMar>
              <w:top w:w="40" w:type="dxa"/>
              <w:left w:w="60" w:type="dxa"/>
              <w:bottom w:w="40" w:type="dxa"/>
              <w:right w:w="60" w:type="dxa"/>
            </w:tcMar>
            <w:vAlign w:val="center"/>
          </w:tcPr>
          <w:p w14:paraId="2467C92C" w14:textId="77777777" w:rsidR="0009622B" w:rsidRDefault="0009622B" w:rsidP="00DF6623">
            <w:pPr>
              <w:spacing w:after="0"/>
              <w:jc w:val="center"/>
            </w:pPr>
            <w:r>
              <w:rPr>
                <w:rFonts w:cs="Times New Roman"/>
              </w:rPr>
              <w:t>10</w:t>
            </w:r>
          </w:p>
        </w:tc>
        <w:tc>
          <w:tcPr>
            <w:tcW w:w="680" w:type="dxa"/>
            <w:tcMar>
              <w:top w:w="40" w:type="dxa"/>
              <w:left w:w="60" w:type="dxa"/>
              <w:bottom w:w="40" w:type="dxa"/>
              <w:right w:w="60" w:type="dxa"/>
            </w:tcMar>
            <w:vAlign w:val="center"/>
          </w:tcPr>
          <w:p w14:paraId="3C9D58B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B60C24F" w14:textId="77777777" w:rsidR="009C1061" w:rsidRDefault="00441274">
            <w:pPr>
              <w:jc w:val="right"/>
            </w:pPr>
            <w:r>
              <w:t>70 руб.</w:t>
            </w:r>
          </w:p>
        </w:tc>
        <w:tc>
          <w:tcPr>
            <w:tcW w:w="1587" w:type="dxa"/>
            <w:tcMar>
              <w:top w:w="40" w:type="dxa"/>
              <w:left w:w="60" w:type="dxa"/>
              <w:bottom w:w="40" w:type="dxa"/>
              <w:right w:w="60" w:type="dxa"/>
            </w:tcMar>
            <w:vAlign w:val="center"/>
          </w:tcPr>
          <w:p w14:paraId="4A0B577F" w14:textId="77777777" w:rsidR="009C1061" w:rsidRDefault="00441274">
            <w:pPr>
              <w:jc w:val="right"/>
            </w:pPr>
            <w:r>
              <w:t>700 руб.</w:t>
            </w:r>
          </w:p>
        </w:tc>
      </w:tr>
      <w:tr w:rsidR="0009622B" w14:paraId="4FB938D5" w14:textId="77777777" w:rsidTr="00DF6623">
        <w:trPr>
          <w:jc w:val="center"/>
        </w:trPr>
        <w:tc>
          <w:tcPr>
            <w:tcW w:w="453" w:type="dxa"/>
            <w:tcMar>
              <w:top w:w="40" w:type="dxa"/>
              <w:left w:w="60" w:type="dxa"/>
              <w:bottom w:w="40" w:type="dxa"/>
              <w:right w:w="60" w:type="dxa"/>
            </w:tcMar>
            <w:vAlign w:val="center"/>
          </w:tcPr>
          <w:p w14:paraId="1B01E37F" w14:textId="77777777" w:rsidR="0009622B" w:rsidRDefault="0009622B" w:rsidP="00DF6623">
            <w:pPr>
              <w:spacing w:after="0"/>
              <w:jc w:val="center"/>
            </w:pPr>
            <w:r>
              <w:t>29</w:t>
            </w:r>
          </w:p>
        </w:tc>
        <w:tc>
          <w:tcPr>
            <w:tcW w:w="7371" w:type="dxa"/>
            <w:tcMar>
              <w:top w:w="40" w:type="dxa"/>
              <w:left w:w="60" w:type="dxa"/>
              <w:bottom w:w="40" w:type="dxa"/>
              <w:right w:w="60" w:type="dxa"/>
            </w:tcMar>
            <w:vAlign w:val="center"/>
          </w:tcPr>
          <w:p w14:paraId="328143D9" w14:textId="77777777" w:rsidR="0009622B" w:rsidRPr="00CA0274" w:rsidRDefault="0009622B" w:rsidP="00DF6623">
            <w:pPr>
              <w:spacing w:after="0"/>
              <w:rPr>
                <w:lang w:val="ru-RU"/>
              </w:rPr>
            </w:pPr>
            <w:r w:rsidRPr="00CA0274">
              <w:rPr>
                <w:rFonts w:cs="Times New Roman"/>
                <w:lang w:val="ru-RU"/>
              </w:rPr>
              <w:t xml:space="preserve">Джемпер </w:t>
            </w:r>
            <w:r>
              <w:rPr>
                <w:rFonts w:cs="Times New Roman"/>
              </w:rPr>
              <w:t>Kalino</w:t>
            </w:r>
            <w:r w:rsidRPr="00CA0274">
              <w:rPr>
                <w:rFonts w:cs="Times New Roman"/>
                <w:lang w:val="ru-RU"/>
              </w:rPr>
              <w:t xml:space="preserve"> — арт. 9509,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XL</w:t>
            </w:r>
          </w:p>
        </w:tc>
        <w:tc>
          <w:tcPr>
            <w:tcW w:w="737" w:type="dxa"/>
            <w:tcMar>
              <w:top w:w="40" w:type="dxa"/>
              <w:left w:w="60" w:type="dxa"/>
              <w:bottom w:w="40" w:type="dxa"/>
              <w:right w:w="60" w:type="dxa"/>
            </w:tcMar>
            <w:vAlign w:val="center"/>
          </w:tcPr>
          <w:p w14:paraId="2414A4F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70955F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C34EF4D" w14:textId="77777777" w:rsidR="009C1061" w:rsidRDefault="00441274">
            <w:pPr>
              <w:jc w:val="right"/>
            </w:pPr>
            <w:r>
              <w:t>450 руб.</w:t>
            </w:r>
          </w:p>
        </w:tc>
        <w:tc>
          <w:tcPr>
            <w:tcW w:w="1587" w:type="dxa"/>
            <w:tcMar>
              <w:top w:w="40" w:type="dxa"/>
              <w:left w:w="60" w:type="dxa"/>
              <w:bottom w:w="40" w:type="dxa"/>
              <w:right w:w="60" w:type="dxa"/>
            </w:tcMar>
            <w:vAlign w:val="center"/>
          </w:tcPr>
          <w:p w14:paraId="25CD4ABF" w14:textId="77777777" w:rsidR="009C1061" w:rsidRDefault="00441274">
            <w:pPr>
              <w:jc w:val="right"/>
            </w:pPr>
            <w:r>
              <w:t>450 руб.</w:t>
            </w:r>
          </w:p>
        </w:tc>
      </w:tr>
      <w:tr w:rsidR="0009622B" w14:paraId="69308375" w14:textId="77777777" w:rsidTr="00DF6623">
        <w:trPr>
          <w:jc w:val="center"/>
        </w:trPr>
        <w:tc>
          <w:tcPr>
            <w:tcW w:w="453" w:type="dxa"/>
            <w:tcMar>
              <w:top w:w="40" w:type="dxa"/>
              <w:left w:w="60" w:type="dxa"/>
              <w:bottom w:w="40" w:type="dxa"/>
              <w:right w:w="60" w:type="dxa"/>
            </w:tcMar>
            <w:vAlign w:val="center"/>
          </w:tcPr>
          <w:p w14:paraId="0FC62D1B" w14:textId="77777777" w:rsidR="0009622B" w:rsidRDefault="0009622B" w:rsidP="00DF6623">
            <w:pPr>
              <w:spacing w:after="0"/>
              <w:jc w:val="center"/>
            </w:pPr>
            <w:r>
              <w:t>30</w:t>
            </w:r>
          </w:p>
        </w:tc>
        <w:tc>
          <w:tcPr>
            <w:tcW w:w="7371" w:type="dxa"/>
            <w:tcMar>
              <w:top w:w="40" w:type="dxa"/>
              <w:left w:w="60" w:type="dxa"/>
              <w:bottom w:w="40" w:type="dxa"/>
              <w:right w:w="60" w:type="dxa"/>
            </w:tcMar>
            <w:vAlign w:val="center"/>
          </w:tcPr>
          <w:p w14:paraId="40BD2399" w14:textId="77777777" w:rsidR="0009622B" w:rsidRPr="00CA0274" w:rsidRDefault="0009622B" w:rsidP="00DF6623">
            <w:pPr>
              <w:spacing w:after="0"/>
              <w:rPr>
                <w:lang w:val="ru-RU"/>
              </w:rPr>
            </w:pPr>
            <w:r w:rsidRPr="00CA0274">
              <w:rPr>
                <w:rFonts w:cs="Times New Roman"/>
                <w:lang w:val="ru-RU"/>
              </w:rPr>
              <w:t xml:space="preserve">Джемпер </w:t>
            </w:r>
            <w:proofErr w:type="spellStart"/>
            <w:r>
              <w:rPr>
                <w:rFonts w:cs="Times New Roman"/>
              </w:rPr>
              <w:t>Sanfa</w:t>
            </w:r>
            <w:proofErr w:type="spellEnd"/>
            <w:r w:rsidRPr="00CA0274">
              <w:rPr>
                <w:rFonts w:cs="Times New Roman"/>
                <w:lang w:val="ru-RU"/>
              </w:rPr>
              <w:t xml:space="preserve"> — арт. 62626,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M</w:t>
            </w:r>
          </w:p>
        </w:tc>
        <w:tc>
          <w:tcPr>
            <w:tcW w:w="737" w:type="dxa"/>
            <w:tcMar>
              <w:top w:w="40" w:type="dxa"/>
              <w:left w:w="60" w:type="dxa"/>
              <w:bottom w:w="40" w:type="dxa"/>
              <w:right w:w="60" w:type="dxa"/>
            </w:tcMar>
            <w:vAlign w:val="center"/>
          </w:tcPr>
          <w:p w14:paraId="330B86A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C39F8A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7060BA5" w14:textId="77777777" w:rsidR="009C1061" w:rsidRDefault="00441274">
            <w:pPr>
              <w:jc w:val="right"/>
            </w:pPr>
            <w:r>
              <w:t>450 руб.</w:t>
            </w:r>
          </w:p>
        </w:tc>
        <w:tc>
          <w:tcPr>
            <w:tcW w:w="1587" w:type="dxa"/>
            <w:tcMar>
              <w:top w:w="40" w:type="dxa"/>
              <w:left w:w="60" w:type="dxa"/>
              <w:bottom w:w="40" w:type="dxa"/>
              <w:right w:w="60" w:type="dxa"/>
            </w:tcMar>
            <w:vAlign w:val="center"/>
          </w:tcPr>
          <w:p w14:paraId="7DF98A03" w14:textId="77777777" w:rsidR="009C1061" w:rsidRDefault="00441274">
            <w:pPr>
              <w:jc w:val="right"/>
            </w:pPr>
            <w:r>
              <w:t>450 руб.</w:t>
            </w:r>
          </w:p>
        </w:tc>
      </w:tr>
      <w:tr w:rsidR="0009622B" w14:paraId="54008E03" w14:textId="77777777" w:rsidTr="00DF6623">
        <w:trPr>
          <w:jc w:val="center"/>
        </w:trPr>
        <w:tc>
          <w:tcPr>
            <w:tcW w:w="453" w:type="dxa"/>
            <w:tcMar>
              <w:top w:w="40" w:type="dxa"/>
              <w:left w:w="60" w:type="dxa"/>
              <w:bottom w:w="40" w:type="dxa"/>
              <w:right w:w="60" w:type="dxa"/>
            </w:tcMar>
            <w:vAlign w:val="center"/>
          </w:tcPr>
          <w:p w14:paraId="05300EC7" w14:textId="77777777" w:rsidR="0009622B" w:rsidRDefault="0009622B" w:rsidP="00DF6623">
            <w:pPr>
              <w:spacing w:after="0"/>
              <w:jc w:val="center"/>
            </w:pPr>
            <w:r>
              <w:t>31</w:t>
            </w:r>
          </w:p>
        </w:tc>
        <w:tc>
          <w:tcPr>
            <w:tcW w:w="7371" w:type="dxa"/>
            <w:tcMar>
              <w:top w:w="40" w:type="dxa"/>
              <w:left w:w="60" w:type="dxa"/>
              <w:bottom w:w="40" w:type="dxa"/>
              <w:right w:w="60" w:type="dxa"/>
            </w:tcMar>
            <w:vAlign w:val="center"/>
          </w:tcPr>
          <w:p w14:paraId="1FB391A8" w14:textId="77777777" w:rsidR="0009622B" w:rsidRPr="00CA0274" w:rsidRDefault="0009622B" w:rsidP="00DF6623">
            <w:pPr>
              <w:spacing w:after="0"/>
              <w:rPr>
                <w:lang w:val="ru-RU"/>
              </w:rPr>
            </w:pPr>
            <w:r w:rsidRPr="00CA0274">
              <w:rPr>
                <w:rFonts w:cs="Times New Roman"/>
                <w:lang w:val="ru-RU"/>
              </w:rPr>
              <w:t xml:space="preserve">Джемпер </w:t>
            </w:r>
            <w:proofErr w:type="spellStart"/>
            <w:r>
              <w:rPr>
                <w:rFonts w:cs="Times New Roman"/>
              </w:rPr>
              <w:t>Sanfa</w:t>
            </w:r>
            <w:proofErr w:type="spellEnd"/>
            <w:r w:rsidRPr="00CA0274">
              <w:rPr>
                <w:rFonts w:cs="Times New Roman"/>
                <w:lang w:val="ru-RU"/>
              </w:rPr>
              <w:t xml:space="preserve"> — арт. 62625,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M</w:t>
            </w:r>
          </w:p>
        </w:tc>
        <w:tc>
          <w:tcPr>
            <w:tcW w:w="737" w:type="dxa"/>
            <w:tcMar>
              <w:top w:w="40" w:type="dxa"/>
              <w:left w:w="60" w:type="dxa"/>
              <w:bottom w:w="40" w:type="dxa"/>
              <w:right w:w="60" w:type="dxa"/>
            </w:tcMar>
            <w:vAlign w:val="center"/>
          </w:tcPr>
          <w:p w14:paraId="46E797B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DB3745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881E313" w14:textId="77777777" w:rsidR="009C1061" w:rsidRDefault="00441274">
            <w:pPr>
              <w:jc w:val="right"/>
            </w:pPr>
            <w:r>
              <w:t>450 руб.</w:t>
            </w:r>
          </w:p>
        </w:tc>
        <w:tc>
          <w:tcPr>
            <w:tcW w:w="1587" w:type="dxa"/>
            <w:tcMar>
              <w:top w:w="40" w:type="dxa"/>
              <w:left w:w="60" w:type="dxa"/>
              <w:bottom w:w="40" w:type="dxa"/>
              <w:right w:w="60" w:type="dxa"/>
            </w:tcMar>
            <w:vAlign w:val="center"/>
          </w:tcPr>
          <w:p w14:paraId="19F12AB8" w14:textId="77777777" w:rsidR="009C1061" w:rsidRDefault="00441274">
            <w:pPr>
              <w:jc w:val="right"/>
            </w:pPr>
            <w:r>
              <w:t>450 руб.</w:t>
            </w:r>
          </w:p>
        </w:tc>
      </w:tr>
      <w:tr w:rsidR="0009622B" w14:paraId="7BB4005C" w14:textId="77777777" w:rsidTr="00DF6623">
        <w:trPr>
          <w:jc w:val="center"/>
        </w:trPr>
        <w:tc>
          <w:tcPr>
            <w:tcW w:w="453" w:type="dxa"/>
            <w:tcMar>
              <w:top w:w="40" w:type="dxa"/>
              <w:left w:w="60" w:type="dxa"/>
              <w:bottom w:w="40" w:type="dxa"/>
              <w:right w:w="60" w:type="dxa"/>
            </w:tcMar>
            <w:vAlign w:val="center"/>
          </w:tcPr>
          <w:p w14:paraId="3454F9A2" w14:textId="77777777" w:rsidR="0009622B" w:rsidRDefault="0009622B" w:rsidP="00DF6623">
            <w:pPr>
              <w:spacing w:after="0"/>
              <w:jc w:val="center"/>
            </w:pPr>
            <w:r>
              <w:t>32</w:t>
            </w:r>
          </w:p>
        </w:tc>
        <w:tc>
          <w:tcPr>
            <w:tcW w:w="7371" w:type="dxa"/>
            <w:tcMar>
              <w:top w:w="40" w:type="dxa"/>
              <w:left w:w="60" w:type="dxa"/>
              <w:bottom w:w="40" w:type="dxa"/>
              <w:right w:w="60" w:type="dxa"/>
            </w:tcMar>
            <w:vAlign w:val="center"/>
          </w:tcPr>
          <w:p w14:paraId="3AF98EF3" w14:textId="77777777" w:rsidR="0009622B" w:rsidRDefault="0009622B" w:rsidP="00DF6623">
            <w:pPr>
              <w:spacing w:after="0"/>
            </w:pPr>
            <w:proofErr w:type="spellStart"/>
            <w:r>
              <w:rPr>
                <w:rFonts w:cs="Times New Roman"/>
              </w:rPr>
              <w:t>Джемпер</w:t>
            </w:r>
            <w:proofErr w:type="spellEnd"/>
            <w:r>
              <w:rPr>
                <w:rFonts w:cs="Times New Roman"/>
              </w:rPr>
              <w:t xml:space="preserve"> </w:t>
            </w:r>
            <w:proofErr w:type="spellStart"/>
            <w:r>
              <w:rPr>
                <w:rFonts w:cs="Times New Roman"/>
              </w:rPr>
              <w:t>Sanfa</w:t>
            </w:r>
            <w:proofErr w:type="spellEnd"/>
            <w:r>
              <w:rPr>
                <w:rFonts w:cs="Times New Roman"/>
              </w:rPr>
              <w:t xml:space="preserve"> (</w:t>
            </w:r>
            <w:proofErr w:type="spellStart"/>
            <w:r>
              <w:rPr>
                <w:rFonts w:cs="Times New Roman"/>
              </w:rPr>
              <w:t>Турция</w:t>
            </w:r>
            <w:proofErr w:type="spellEnd"/>
            <w:r>
              <w:rPr>
                <w:rFonts w:cs="Times New Roman"/>
              </w:rPr>
              <w:t xml:space="preserve">) — </w:t>
            </w:r>
            <w:proofErr w:type="spellStart"/>
            <w:r>
              <w:rPr>
                <w:rFonts w:cs="Times New Roman"/>
              </w:rPr>
              <w:t>арт</w:t>
            </w:r>
            <w:proofErr w:type="spellEnd"/>
            <w:r>
              <w:rPr>
                <w:rFonts w:cs="Times New Roman"/>
              </w:rPr>
              <w:t>. 72302</w:t>
            </w:r>
          </w:p>
        </w:tc>
        <w:tc>
          <w:tcPr>
            <w:tcW w:w="737" w:type="dxa"/>
            <w:tcMar>
              <w:top w:w="40" w:type="dxa"/>
              <w:left w:w="60" w:type="dxa"/>
              <w:bottom w:w="40" w:type="dxa"/>
              <w:right w:w="60" w:type="dxa"/>
            </w:tcMar>
            <w:vAlign w:val="center"/>
          </w:tcPr>
          <w:p w14:paraId="12EDC49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69C87B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E0E3DCE" w14:textId="77777777" w:rsidR="009C1061" w:rsidRDefault="00441274">
            <w:pPr>
              <w:jc w:val="right"/>
            </w:pPr>
            <w:r>
              <w:t>450 руб.</w:t>
            </w:r>
          </w:p>
        </w:tc>
        <w:tc>
          <w:tcPr>
            <w:tcW w:w="1587" w:type="dxa"/>
            <w:tcMar>
              <w:top w:w="40" w:type="dxa"/>
              <w:left w:w="60" w:type="dxa"/>
              <w:bottom w:w="40" w:type="dxa"/>
              <w:right w:w="60" w:type="dxa"/>
            </w:tcMar>
            <w:vAlign w:val="center"/>
          </w:tcPr>
          <w:p w14:paraId="036603FF" w14:textId="77777777" w:rsidR="009C1061" w:rsidRDefault="00441274">
            <w:pPr>
              <w:jc w:val="right"/>
            </w:pPr>
            <w:r>
              <w:t>450 руб.</w:t>
            </w:r>
          </w:p>
        </w:tc>
      </w:tr>
      <w:tr w:rsidR="0009622B" w14:paraId="578816F5" w14:textId="77777777" w:rsidTr="00DF6623">
        <w:trPr>
          <w:jc w:val="center"/>
        </w:trPr>
        <w:tc>
          <w:tcPr>
            <w:tcW w:w="453" w:type="dxa"/>
            <w:tcMar>
              <w:top w:w="40" w:type="dxa"/>
              <w:left w:w="60" w:type="dxa"/>
              <w:bottom w:w="40" w:type="dxa"/>
              <w:right w:w="60" w:type="dxa"/>
            </w:tcMar>
            <w:vAlign w:val="center"/>
          </w:tcPr>
          <w:p w14:paraId="437EC880" w14:textId="77777777" w:rsidR="0009622B" w:rsidRDefault="0009622B" w:rsidP="00DF6623">
            <w:pPr>
              <w:spacing w:after="0"/>
              <w:jc w:val="center"/>
            </w:pPr>
            <w:r>
              <w:t>33</w:t>
            </w:r>
          </w:p>
        </w:tc>
        <w:tc>
          <w:tcPr>
            <w:tcW w:w="7371" w:type="dxa"/>
            <w:tcMar>
              <w:top w:w="40" w:type="dxa"/>
              <w:left w:w="60" w:type="dxa"/>
              <w:bottom w:w="40" w:type="dxa"/>
              <w:right w:w="60" w:type="dxa"/>
            </w:tcMar>
            <w:vAlign w:val="center"/>
          </w:tcPr>
          <w:p w14:paraId="71DEB2BC" w14:textId="77777777" w:rsidR="0009622B" w:rsidRDefault="0009622B" w:rsidP="00DF6623">
            <w:pPr>
              <w:spacing w:after="0"/>
            </w:pPr>
            <w:proofErr w:type="spellStart"/>
            <w:r>
              <w:rPr>
                <w:rFonts w:cs="Times New Roman"/>
              </w:rPr>
              <w:t>Джемпер</w:t>
            </w:r>
            <w:proofErr w:type="spellEnd"/>
            <w:r>
              <w:rPr>
                <w:rFonts w:cs="Times New Roman"/>
              </w:rPr>
              <w:t xml:space="preserve"> — </w:t>
            </w:r>
            <w:proofErr w:type="spellStart"/>
            <w:r>
              <w:rPr>
                <w:rFonts w:cs="Times New Roman"/>
              </w:rPr>
              <w:t>арт</w:t>
            </w:r>
            <w:proofErr w:type="spellEnd"/>
            <w:r>
              <w:rPr>
                <w:rFonts w:cs="Times New Roman"/>
              </w:rPr>
              <w:t xml:space="preserve">. 8450, </w:t>
            </w:r>
            <w:proofErr w:type="spellStart"/>
            <w:r>
              <w:rPr>
                <w:rFonts w:cs="Times New Roman"/>
              </w:rPr>
              <w:t>разм</w:t>
            </w:r>
            <w:proofErr w:type="spellEnd"/>
            <w:r>
              <w:rPr>
                <w:rFonts w:cs="Times New Roman"/>
              </w:rPr>
              <w:t>. XL</w:t>
            </w:r>
          </w:p>
        </w:tc>
        <w:tc>
          <w:tcPr>
            <w:tcW w:w="737" w:type="dxa"/>
            <w:tcMar>
              <w:top w:w="40" w:type="dxa"/>
              <w:left w:w="60" w:type="dxa"/>
              <w:bottom w:w="40" w:type="dxa"/>
              <w:right w:w="60" w:type="dxa"/>
            </w:tcMar>
            <w:vAlign w:val="center"/>
          </w:tcPr>
          <w:p w14:paraId="077BC725"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29378D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E8F6B87" w14:textId="77777777" w:rsidR="009C1061" w:rsidRDefault="00441274">
            <w:pPr>
              <w:jc w:val="right"/>
            </w:pPr>
            <w:r>
              <w:t>450 руб.</w:t>
            </w:r>
          </w:p>
        </w:tc>
        <w:tc>
          <w:tcPr>
            <w:tcW w:w="1587" w:type="dxa"/>
            <w:tcMar>
              <w:top w:w="40" w:type="dxa"/>
              <w:left w:w="60" w:type="dxa"/>
              <w:bottom w:w="40" w:type="dxa"/>
              <w:right w:w="60" w:type="dxa"/>
            </w:tcMar>
            <w:vAlign w:val="center"/>
          </w:tcPr>
          <w:p w14:paraId="3F1D0651" w14:textId="77777777" w:rsidR="009C1061" w:rsidRDefault="00441274">
            <w:pPr>
              <w:jc w:val="right"/>
            </w:pPr>
            <w:r>
              <w:t>450 руб.</w:t>
            </w:r>
          </w:p>
        </w:tc>
      </w:tr>
      <w:tr w:rsidR="0009622B" w14:paraId="2129F81A" w14:textId="77777777" w:rsidTr="00DF6623">
        <w:trPr>
          <w:jc w:val="center"/>
        </w:trPr>
        <w:tc>
          <w:tcPr>
            <w:tcW w:w="453" w:type="dxa"/>
            <w:tcMar>
              <w:top w:w="40" w:type="dxa"/>
              <w:left w:w="60" w:type="dxa"/>
              <w:bottom w:w="40" w:type="dxa"/>
              <w:right w:w="60" w:type="dxa"/>
            </w:tcMar>
            <w:vAlign w:val="center"/>
          </w:tcPr>
          <w:p w14:paraId="1AE5A46D" w14:textId="77777777" w:rsidR="0009622B" w:rsidRDefault="0009622B" w:rsidP="00DF6623">
            <w:pPr>
              <w:spacing w:after="0"/>
              <w:jc w:val="center"/>
            </w:pPr>
            <w:r>
              <w:t>34</w:t>
            </w:r>
          </w:p>
        </w:tc>
        <w:tc>
          <w:tcPr>
            <w:tcW w:w="7371" w:type="dxa"/>
            <w:tcMar>
              <w:top w:w="40" w:type="dxa"/>
              <w:left w:w="60" w:type="dxa"/>
              <w:bottom w:w="40" w:type="dxa"/>
              <w:right w:w="60" w:type="dxa"/>
            </w:tcMar>
            <w:vAlign w:val="center"/>
          </w:tcPr>
          <w:p w14:paraId="76E1A0E4" w14:textId="77777777" w:rsidR="0009622B" w:rsidRPr="00CA0274" w:rsidRDefault="0009622B" w:rsidP="00DF6623">
            <w:pPr>
              <w:spacing w:after="0"/>
              <w:rPr>
                <w:lang w:val="ru-RU"/>
              </w:rPr>
            </w:pPr>
            <w:r w:rsidRPr="00CA0274">
              <w:rPr>
                <w:rFonts w:cs="Times New Roman"/>
                <w:lang w:val="ru-RU"/>
              </w:rPr>
              <w:t xml:space="preserve">Джемпер </w:t>
            </w:r>
            <w:proofErr w:type="spellStart"/>
            <w:r>
              <w:rPr>
                <w:rFonts w:cs="Times New Roman"/>
              </w:rPr>
              <w:t>Sanfa</w:t>
            </w:r>
            <w:proofErr w:type="spellEnd"/>
            <w:r w:rsidRPr="00CA0274">
              <w:rPr>
                <w:rFonts w:cs="Times New Roman"/>
                <w:lang w:val="ru-RU"/>
              </w:rPr>
              <w:t xml:space="preserve"> — арт. 91474,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L</w:t>
            </w:r>
          </w:p>
        </w:tc>
        <w:tc>
          <w:tcPr>
            <w:tcW w:w="737" w:type="dxa"/>
            <w:tcMar>
              <w:top w:w="40" w:type="dxa"/>
              <w:left w:w="60" w:type="dxa"/>
              <w:bottom w:w="40" w:type="dxa"/>
              <w:right w:w="60" w:type="dxa"/>
            </w:tcMar>
            <w:vAlign w:val="center"/>
          </w:tcPr>
          <w:p w14:paraId="48E64CF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624004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E2BFF2E" w14:textId="77777777" w:rsidR="009C1061" w:rsidRDefault="00441274">
            <w:pPr>
              <w:jc w:val="right"/>
            </w:pPr>
            <w:r>
              <w:t>450 руб.</w:t>
            </w:r>
          </w:p>
        </w:tc>
        <w:tc>
          <w:tcPr>
            <w:tcW w:w="1587" w:type="dxa"/>
            <w:tcMar>
              <w:top w:w="40" w:type="dxa"/>
              <w:left w:w="60" w:type="dxa"/>
              <w:bottom w:w="40" w:type="dxa"/>
              <w:right w:w="60" w:type="dxa"/>
            </w:tcMar>
            <w:vAlign w:val="center"/>
          </w:tcPr>
          <w:p w14:paraId="28E981EC" w14:textId="77777777" w:rsidR="009C1061" w:rsidRDefault="00441274">
            <w:pPr>
              <w:jc w:val="right"/>
            </w:pPr>
            <w:r>
              <w:t>450 руб.</w:t>
            </w:r>
          </w:p>
        </w:tc>
      </w:tr>
      <w:tr w:rsidR="0009622B" w14:paraId="77FE4B6C" w14:textId="77777777" w:rsidTr="00DF6623">
        <w:trPr>
          <w:jc w:val="center"/>
        </w:trPr>
        <w:tc>
          <w:tcPr>
            <w:tcW w:w="453" w:type="dxa"/>
            <w:tcMar>
              <w:top w:w="40" w:type="dxa"/>
              <w:left w:w="60" w:type="dxa"/>
              <w:bottom w:w="40" w:type="dxa"/>
              <w:right w:w="60" w:type="dxa"/>
            </w:tcMar>
            <w:vAlign w:val="center"/>
          </w:tcPr>
          <w:p w14:paraId="621FCE37" w14:textId="77777777" w:rsidR="0009622B" w:rsidRDefault="0009622B" w:rsidP="00DF6623">
            <w:pPr>
              <w:spacing w:after="0"/>
              <w:jc w:val="center"/>
            </w:pPr>
            <w:r>
              <w:t>35</w:t>
            </w:r>
          </w:p>
        </w:tc>
        <w:tc>
          <w:tcPr>
            <w:tcW w:w="7371" w:type="dxa"/>
            <w:tcMar>
              <w:top w:w="40" w:type="dxa"/>
              <w:left w:w="60" w:type="dxa"/>
              <w:bottom w:w="40" w:type="dxa"/>
              <w:right w:w="60" w:type="dxa"/>
            </w:tcMar>
            <w:vAlign w:val="center"/>
          </w:tcPr>
          <w:p w14:paraId="79370CD6" w14:textId="77777777" w:rsidR="0009622B" w:rsidRDefault="0009622B" w:rsidP="00DF6623">
            <w:pPr>
              <w:spacing w:after="0"/>
            </w:pPr>
            <w:proofErr w:type="spellStart"/>
            <w:r>
              <w:rPr>
                <w:rFonts w:cs="Times New Roman"/>
              </w:rPr>
              <w:t>Джемпер</w:t>
            </w:r>
            <w:proofErr w:type="spellEnd"/>
            <w:r>
              <w:rPr>
                <w:rFonts w:cs="Times New Roman"/>
              </w:rPr>
              <w:t xml:space="preserve"> — </w:t>
            </w:r>
            <w:proofErr w:type="spellStart"/>
            <w:r>
              <w:rPr>
                <w:rFonts w:cs="Times New Roman"/>
              </w:rPr>
              <w:t>арт</w:t>
            </w:r>
            <w:proofErr w:type="spellEnd"/>
            <w:r>
              <w:rPr>
                <w:rFonts w:cs="Times New Roman"/>
              </w:rPr>
              <w:t xml:space="preserve">. 10348, </w:t>
            </w:r>
            <w:proofErr w:type="spellStart"/>
            <w:r>
              <w:rPr>
                <w:rFonts w:cs="Times New Roman"/>
              </w:rPr>
              <w:t>разм</w:t>
            </w:r>
            <w:proofErr w:type="spellEnd"/>
            <w:r>
              <w:rPr>
                <w:rFonts w:cs="Times New Roman"/>
              </w:rPr>
              <w:t>. 2XL</w:t>
            </w:r>
          </w:p>
        </w:tc>
        <w:tc>
          <w:tcPr>
            <w:tcW w:w="737" w:type="dxa"/>
            <w:tcMar>
              <w:top w:w="40" w:type="dxa"/>
              <w:left w:w="60" w:type="dxa"/>
              <w:bottom w:w="40" w:type="dxa"/>
              <w:right w:w="60" w:type="dxa"/>
            </w:tcMar>
            <w:vAlign w:val="center"/>
          </w:tcPr>
          <w:p w14:paraId="4FF46D6B"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F168F7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F8BA4A5" w14:textId="77777777" w:rsidR="009C1061" w:rsidRDefault="00441274">
            <w:pPr>
              <w:jc w:val="right"/>
            </w:pPr>
            <w:r>
              <w:t>450 руб.</w:t>
            </w:r>
          </w:p>
        </w:tc>
        <w:tc>
          <w:tcPr>
            <w:tcW w:w="1587" w:type="dxa"/>
            <w:tcMar>
              <w:top w:w="40" w:type="dxa"/>
              <w:left w:w="60" w:type="dxa"/>
              <w:bottom w:w="40" w:type="dxa"/>
              <w:right w:w="60" w:type="dxa"/>
            </w:tcMar>
            <w:vAlign w:val="center"/>
          </w:tcPr>
          <w:p w14:paraId="3B38400F" w14:textId="77777777" w:rsidR="009C1061" w:rsidRDefault="00441274">
            <w:pPr>
              <w:jc w:val="right"/>
            </w:pPr>
            <w:r>
              <w:t>450 руб.</w:t>
            </w:r>
          </w:p>
        </w:tc>
      </w:tr>
      <w:tr w:rsidR="0009622B" w14:paraId="3F0E79FA" w14:textId="77777777" w:rsidTr="00DF6623">
        <w:trPr>
          <w:jc w:val="center"/>
        </w:trPr>
        <w:tc>
          <w:tcPr>
            <w:tcW w:w="453" w:type="dxa"/>
            <w:tcMar>
              <w:top w:w="40" w:type="dxa"/>
              <w:left w:w="60" w:type="dxa"/>
              <w:bottom w:w="40" w:type="dxa"/>
              <w:right w:w="60" w:type="dxa"/>
            </w:tcMar>
            <w:vAlign w:val="center"/>
          </w:tcPr>
          <w:p w14:paraId="71A0757A" w14:textId="77777777" w:rsidR="0009622B" w:rsidRDefault="0009622B" w:rsidP="00DF6623">
            <w:pPr>
              <w:spacing w:after="0"/>
              <w:jc w:val="center"/>
            </w:pPr>
            <w:r>
              <w:t>36</w:t>
            </w:r>
          </w:p>
        </w:tc>
        <w:tc>
          <w:tcPr>
            <w:tcW w:w="7371" w:type="dxa"/>
            <w:tcMar>
              <w:top w:w="40" w:type="dxa"/>
              <w:left w:w="60" w:type="dxa"/>
              <w:bottom w:w="40" w:type="dxa"/>
              <w:right w:w="60" w:type="dxa"/>
            </w:tcMar>
            <w:vAlign w:val="center"/>
          </w:tcPr>
          <w:p w14:paraId="33C7C447" w14:textId="77777777" w:rsidR="0009622B" w:rsidRDefault="0009622B" w:rsidP="00DF6623">
            <w:pPr>
              <w:spacing w:after="0"/>
            </w:pPr>
            <w:r w:rsidRPr="00CA0274">
              <w:rPr>
                <w:rFonts w:cs="Times New Roman"/>
                <w:lang w:val="ru-RU"/>
              </w:rPr>
              <w:t xml:space="preserve">Джемпер мужской (Турция) — мод. 560948,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46, 52, 54</w:t>
            </w:r>
          </w:p>
        </w:tc>
        <w:tc>
          <w:tcPr>
            <w:tcW w:w="737" w:type="dxa"/>
            <w:tcMar>
              <w:top w:w="40" w:type="dxa"/>
              <w:left w:w="60" w:type="dxa"/>
              <w:bottom w:w="40" w:type="dxa"/>
              <w:right w:w="60" w:type="dxa"/>
            </w:tcMar>
            <w:vAlign w:val="center"/>
          </w:tcPr>
          <w:p w14:paraId="11C1B47B"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F35A09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75F56EA" w14:textId="77777777" w:rsidR="009C1061" w:rsidRDefault="00441274">
            <w:pPr>
              <w:jc w:val="right"/>
            </w:pPr>
            <w:r>
              <w:t>450 руб.</w:t>
            </w:r>
          </w:p>
        </w:tc>
        <w:tc>
          <w:tcPr>
            <w:tcW w:w="1587" w:type="dxa"/>
            <w:tcMar>
              <w:top w:w="40" w:type="dxa"/>
              <w:left w:w="60" w:type="dxa"/>
              <w:bottom w:w="40" w:type="dxa"/>
              <w:right w:w="60" w:type="dxa"/>
            </w:tcMar>
            <w:vAlign w:val="center"/>
          </w:tcPr>
          <w:p w14:paraId="7F962B77" w14:textId="77777777" w:rsidR="009C1061" w:rsidRDefault="00441274">
            <w:pPr>
              <w:jc w:val="right"/>
            </w:pPr>
            <w:r>
              <w:t>450 руб.</w:t>
            </w:r>
          </w:p>
        </w:tc>
      </w:tr>
      <w:tr w:rsidR="0009622B" w14:paraId="2B77082E" w14:textId="77777777" w:rsidTr="00DF6623">
        <w:trPr>
          <w:jc w:val="center"/>
        </w:trPr>
        <w:tc>
          <w:tcPr>
            <w:tcW w:w="453" w:type="dxa"/>
            <w:tcMar>
              <w:top w:w="40" w:type="dxa"/>
              <w:left w:w="60" w:type="dxa"/>
              <w:bottom w:w="40" w:type="dxa"/>
              <w:right w:w="60" w:type="dxa"/>
            </w:tcMar>
            <w:vAlign w:val="center"/>
          </w:tcPr>
          <w:p w14:paraId="296A4E81" w14:textId="77777777" w:rsidR="0009622B" w:rsidRDefault="0009622B" w:rsidP="00DF6623">
            <w:pPr>
              <w:spacing w:after="0"/>
              <w:jc w:val="center"/>
            </w:pPr>
            <w:r>
              <w:t>37</w:t>
            </w:r>
          </w:p>
        </w:tc>
        <w:tc>
          <w:tcPr>
            <w:tcW w:w="7371" w:type="dxa"/>
            <w:tcMar>
              <w:top w:w="40" w:type="dxa"/>
              <w:left w:w="60" w:type="dxa"/>
              <w:bottom w:w="40" w:type="dxa"/>
              <w:right w:w="60" w:type="dxa"/>
            </w:tcMar>
            <w:vAlign w:val="center"/>
          </w:tcPr>
          <w:p w14:paraId="6E5266CE" w14:textId="77777777" w:rsidR="0009622B" w:rsidRPr="00CA0274" w:rsidRDefault="0009622B" w:rsidP="00DF6623">
            <w:pPr>
              <w:spacing w:after="0"/>
              <w:rPr>
                <w:lang w:val="ru-RU"/>
              </w:rPr>
            </w:pPr>
            <w:r w:rsidRPr="00CA0274">
              <w:rPr>
                <w:rFonts w:cs="Times New Roman"/>
                <w:lang w:val="ru-RU"/>
              </w:rPr>
              <w:t xml:space="preserve">Джемпер </w:t>
            </w:r>
            <w:proofErr w:type="spellStart"/>
            <w:r>
              <w:rPr>
                <w:rFonts w:cs="Times New Roman"/>
              </w:rPr>
              <w:t>Poultonic</w:t>
            </w:r>
            <w:proofErr w:type="spellEnd"/>
            <w:r w:rsidRPr="00CA0274">
              <w:rPr>
                <w:rFonts w:cs="Times New Roman"/>
                <w:lang w:val="ru-RU"/>
              </w:rPr>
              <w:t xml:space="preserve"> — арт. 206120,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M</w:t>
            </w:r>
          </w:p>
        </w:tc>
        <w:tc>
          <w:tcPr>
            <w:tcW w:w="737" w:type="dxa"/>
            <w:tcMar>
              <w:top w:w="40" w:type="dxa"/>
              <w:left w:w="60" w:type="dxa"/>
              <w:bottom w:w="40" w:type="dxa"/>
              <w:right w:w="60" w:type="dxa"/>
            </w:tcMar>
            <w:vAlign w:val="center"/>
          </w:tcPr>
          <w:p w14:paraId="6A3ED2A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72497E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1E45216" w14:textId="77777777" w:rsidR="009C1061" w:rsidRDefault="00441274">
            <w:pPr>
              <w:jc w:val="right"/>
            </w:pPr>
            <w:r>
              <w:t>450 руб.</w:t>
            </w:r>
          </w:p>
        </w:tc>
        <w:tc>
          <w:tcPr>
            <w:tcW w:w="1587" w:type="dxa"/>
            <w:tcMar>
              <w:top w:w="40" w:type="dxa"/>
              <w:left w:w="60" w:type="dxa"/>
              <w:bottom w:w="40" w:type="dxa"/>
              <w:right w:w="60" w:type="dxa"/>
            </w:tcMar>
            <w:vAlign w:val="center"/>
          </w:tcPr>
          <w:p w14:paraId="4F2DCF50" w14:textId="77777777" w:rsidR="009C1061" w:rsidRDefault="00441274">
            <w:pPr>
              <w:jc w:val="right"/>
            </w:pPr>
            <w:r>
              <w:t>450 руб.</w:t>
            </w:r>
          </w:p>
        </w:tc>
      </w:tr>
      <w:tr w:rsidR="0009622B" w14:paraId="5AD9BD1F" w14:textId="77777777" w:rsidTr="00DF6623">
        <w:trPr>
          <w:jc w:val="center"/>
        </w:trPr>
        <w:tc>
          <w:tcPr>
            <w:tcW w:w="453" w:type="dxa"/>
            <w:tcMar>
              <w:top w:w="40" w:type="dxa"/>
              <w:left w:w="60" w:type="dxa"/>
              <w:bottom w:w="40" w:type="dxa"/>
              <w:right w:w="60" w:type="dxa"/>
            </w:tcMar>
            <w:vAlign w:val="center"/>
          </w:tcPr>
          <w:p w14:paraId="10819791" w14:textId="77777777" w:rsidR="0009622B" w:rsidRDefault="0009622B" w:rsidP="00DF6623">
            <w:pPr>
              <w:spacing w:after="0"/>
              <w:jc w:val="center"/>
            </w:pPr>
            <w:r>
              <w:lastRenderedPageBreak/>
              <w:t>38</w:t>
            </w:r>
          </w:p>
        </w:tc>
        <w:tc>
          <w:tcPr>
            <w:tcW w:w="7371" w:type="dxa"/>
            <w:tcMar>
              <w:top w:w="40" w:type="dxa"/>
              <w:left w:w="60" w:type="dxa"/>
              <w:bottom w:w="40" w:type="dxa"/>
              <w:right w:w="60" w:type="dxa"/>
            </w:tcMar>
            <w:vAlign w:val="center"/>
          </w:tcPr>
          <w:p w14:paraId="56A05AC2" w14:textId="77777777" w:rsidR="0009622B" w:rsidRDefault="0009622B" w:rsidP="00DF6623">
            <w:pPr>
              <w:spacing w:after="0"/>
            </w:pPr>
            <w:proofErr w:type="spellStart"/>
            <w:r>
              <w:rPr>
                <w:rFonts w:cs="Times New Roman"/>
              </w:rPr>
              <w:t>Джемпер</w:t>
            </w:r>
            <w:proofErr w:type="spellEnd"/>
            <w:r>
              <w:rPr>
                <w:rFonts w:cs="Times New Roman"/>
              </w:rPr>
              <w:t xml:space="preserve"> — </w:t>
            </w:r>
            <w:proofErr w:type="spellStart"/>
            <w:r>
              <w:rPr>
                <w:rFonts w:cs="Times New Roman"/>
              </w:rPr>
              <w:t>арт</w:t>
            </w:r>
            <w:proofErr w:type="spellEnd"/>
            <w:r>
              <w:rPr>
                <w:rFonts w:cs="Times New Roman"/>
              </w:rPr>
              <w:t xml:space="preserve">. 20083, </w:t>
            </w:r>
            <w:proofErr w:type="spellStart"/>
            <w:r>
              <w:rPr>
                <w:rFonts w:cs="Times New Roman"/>
              </w:rPr>
              <w:t>разм</w:t>
            </w:r>
            <w:proofErr w:type="spellEnd"/>
            <w:r>
              <w:rPr>
                <w:rFonts w:cs="Times New Roman"/>
              </w:rPr>
              <w:t>. XL</w:t>
            </w:r>
          </w:p>
        </w:tc>
        <w:tc>
          <w:tcPr>
            <w:tcW w:w="737" w:type="dxa"/>
            <w:tcMar>
              <w:top w:w="40" w:type="dxa"/>
              <w:left w:w="60" w:type="dxa"/>
              <w:bottom w:w="40" w:type="dxa"/>
              <w:right w:w="60" w:type="dxa"/>
            </w:tcMar>
            <w:vAlign w:val="center"/>
          </w:tcPr>
          <w:p w14:paraId="60C6B07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16BFBC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6A7C103" w14:textId="77777777" w:rsidR="009C1061" w:rsidRDefault="00441274">
            <w:pPr>
              <w:jc w:val="right"/>
            </w:pPr>
            <w:r>
              <w:t>450 руб.</w:t>
            </w:r>
          </w:p>
        </w:tc>
        <w:tc>
          <w:tcPr>
            <w:tcW w:w="1587" w:type="dxa"/>
            <w:tcMar>
              <w:top w:w="40" w:type="dxa"/>
              <w:left w:w="60" w:type="dxa"/>
              <w:bottom w:w="40" w:type="dxa"/>
              <w:right w:w="60" w:type="dxa"/>
            </w:tcMar>
            <w:vAlign w:val="center"/>
          </w:tcPr>
          <w:p w14:paraId="4CA46C40" w14:textId="77777777" w:rsidR="009C1061" w:rsidRDefault="00441274">
            <w:pPr>
              <w:jc w:val="right"/>
            </w:pPr>
            <w:r>
              <w:t>450 руб.</w:t>
            </w:r>
          </w:p>
        </w:tc>
      </w:tr>
      <w:tr w:rsidR="0009622B" w14:paraId="7A70DE34" w14:textId="77777777" w:rsidTr="00DF6623">
        <w:trPr>
          <w:jc w:val="center"/>
        </w:trPr>
        <w:tc>
          <w:tcPr>
            <w:tcW w:w="453" w:type="dxa"/>
            <w:tcMar>
              <w:top w:w="40" w:type="dxa"/>
              <w:left w:w="60" w:type="dxa"/>
              <w:bottom w:w="40" w:type="dxa"/>
              <w:right w:w="60" w:type="dxa"/>
            </w:tcMar>
            <w:vAlign w:val="center"/>
          </w:tcPr>
          <w:p w14:paraId="6E394159" w14:textId="77777777" w:rsidR="0009622B" w:rsidRDefault="0009622B" w:rsidP="00DF6623">
            <w:pPr>
              <w:spacing w:after="0"/>
              <w:jc w:val="center"/>
            </w:pPr>
            <w:r>
              <w:t>39</w:t>
            </w:r>
          </w:p>
        </w:tc>
        <w:tc>
          <w:tcPr>
            <w:tcW w:w="7371" w:type="dxa"/>
            <w:tcMar>
              <w:top w:w="40" w:type="dxa"/>
              <w:left w:w="60" w:type="dxa"/>
              <w:bottom w:w="40" w:type="dxa"/>
              <w:right w:w="60" w:type="dxa"/>
            </w:tcMar>
            <w:vAlign w:val="center"/>
          </w:tcPr>
          <w:p w14:paraId="258CF389" w14:textId="77777777" w:rsidR="0009622B" w:rsidRDefault="0009622B" w:rsidP="00DF6623">
            <w:pPr>
              <w:spacing w:after="0"/>
            </w:pPr>
            <w:proofErr w:type="spellStart"/>
            <w:r>
              <w:rPr>
                <w:rFonts w:cs="Times New Roman"/>
              </w:rPr>
              <w:t>Джемпер</w:t>
            </w:r>
            <w:proofErr w:type="spellEnd"/>
            <w:r>
              <w:rPr>
                <w:rFonts w:cs="Times New Roman"/>
              </w:rPr>
              <w:t xml:space="preserve"> — </w:t>
            </w:r>
            <w:proofErr w:type="spellStart"/>
            <w:r>
              <w:rPr>
                <w:rFonts w:cs="Times New Roman"/>
              </w:rPr>
              <w:t>арт</w:t>
            </w:r>
            <w:proofErr w:type="spellEnd"/>
            <w:r>
              <w:rPr>
                <w:rFonts w:cs="Times New Roman"/>
              </w:rPr>
              <w:t xml:space="preserve">. 6262, </w:t>
            </w:r>
            <w:proofErr w:type="spellStart"/>
            <w:r>
              <w:rPr>
                <w:rFonts w:cs="Times New Roman"/>
              </w:rPr>
              <w:t>разм</w:t>
            </w:r>
            <w:proofErr w:type="spellEnd"/>
            <w:r>
              <w:rPr>
                <w:rFonts w:cs="Times New Roman"/>
              </w:rPr>
              <w:t>. 2XL</w:t>
            </w:r>
          </w:p>
        </w:tc>
        <w:tc>
          <w:tcPr>
            <w:tcW w:w="737" w:type="dxa"/>
            <w:tcMar>
              <w:top w:w="40" w:type="dxa"/>
              <w:left w:w="60" w:type="dxa"/>
              <w:bottom w:w="40" w:type="dxa"/>
              <w:right w:w="60" w:type="dxa"/>
            </w:tcMar>
            <w:vAlign w:val="center"/>
          </w:tcPr>
          <w:p w14:paraId="2B67A085"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185C85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4626F2B" w14:textId="77777777" w:rsidR="009C1061" w:rsidRDefault="00441274">
            <w:pPr>
              <w:jc w:val="right"/>
            </w:pPr>
            <w:r>
              <w:t>450 руб.</w:t>
            </w:r>
          </w:p>
        </w:tc>
        <w:tc>
          <w:tcPr>
            <w:tcW w:w="1587" w:type="dxa"/>
            <w:tcMar>
              <w:top w:w="40" w:type="dxa"/>
              <w:left w:w="60" w:type="dxa"/>
              <w:bottom w:w="40" w:type="dxa"/>
              <w:right w:w="60" w:type="dxa"/>
            </w:tcMar>
            <w:vAlign w:val="center"/>
          </w:tcPr>
          <w:p w14:paraId="0F4F90C0" w14:textId="77777777" w:rsidR="009C1061" w:rsidRDefault="00441274">
            <w:pPr>
              <w:jc w:val="right"/>
            </w:pPr>
            <w:r>
              <w:t>450 руб.</w:t>
            </w:r>
          </w:p>
        </w:tc>
      </w:tr>
      <w:tr w:rsidR="0009622B" w14:paraId="443B3D72" w14:textId="77777777" w:rsidTr="00DF6623">
        <w:trPr>
          <w:jc w:val="center"/>
        </w:trPr>
        <w:tc>
          <w:tcPr>
            <w:tcW w:w="453" w:type="dxa"/>
            <w:tcMar>
              <w:top w:w="40" w:type="dxa"/>
              <w:left w:w="60" w:type="dxa"/>
              <w:bottom w:w="40" w:type="dxa"/>
              <w:right w:w="60" w:type="dxa"/>
            </w:tcMar>
            <w:vAlign w:val="center"/>
          </w:tcPr>
          <w:p w14:paraId="57096388" w14:textId="77777777" w:rsidR="0009622B" w:rsidRDefault="0009622B" w:rsidP="00DF6623">
            <w:pPr>
              <w:spacing w:after="0"/>
              <w:jc w:val="center"/>
            </w:pPr>
            <w:r>
              <w:t>40</w:t>
            </w:r>
          </w:p>
        </w:tc>
        <w:tc>
          <w:tcPr>
            <w:tcW w:w="7371" w:type="dxa"/>
            <w:tcMar>
              <w:top w:w="40" w:type="dxa"/>
              <w:left w:w="60" w:type="dxa"/>
              <w:bottom w:w="40" w:type="dxa"/>
              <w:right w:w="60" w:type="dxa"/>
            </w:tcMar>
            <w:vAlign w:val="center"/>
          </w:tcPr>
          <w:p w14:paraId="1E3C2EF3" w14:textId="77777777" w:rsidR="0009622B" w:rsidRDefault="0009622B" w:rsidP="00DF6623">
            <w:pPr>
              <w:spacing w:after="0"/>
            </w:pPr>
            <w:proofErr w:type="spellStart"/>
            <w:r>
              <w:rPr>
                <w:rFonts w:cs="Times New Roman"/>
              </w:rPr>
              <w:t>Джемпер</w:t>
            </w:r>
            <w:proofErr w:type="spellEnd"/>
            <w:r>
              <w:rPr>
                <w:rFonts w:cs="Times New Roman"/>
              </w:rPr>
              <w:t xml:space="preserve"> Klever — </w:t>
            </w:r>
            <w:proofErr w:type="spellStart"/>
            <w:r>
              <w:rPr>
                <w:rFonts w:cs="Times New Roman"/>
              </w:rPr>
              <w:t>разм</w:t>
            </w:r>
            <w:proofErr w:type="spellEnd"/>
            <w:r>
              <w:rPr>
                <w:rFonts w:cs="Times New Roman"/>
              </w:rPr>
              <w:t>. 2XL</w:t>
            </w:r>
          </w:p>
        </w:tc>
        <w:tc>
          <w:tcPr>
            <w:tcW w:w="737" w:type="dxa"/>
            <w:tcMar>
              <w:top w:w="40" w:type="dxa"/>
              <w:left w:w="60" w:type="dxa"/>
              <w:bottom w:w="40" w:type="dxa"/>
              <w:right w:w="60" w:type="dxa"/>
            </w:tcMar>
            <w:vAlign w:val="center"/>
          </w:tcPr>
          <w:p w14:paraId="05E1F24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817502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16AA5E9" w14:textId="77777777" w:rsidR="009C1061" w:rsidRDefault="00441274">
            <w:pPr>
              <w:jc w:val="right"/>
            </w:pPr>
            <w:r>
              <w:t>450 руб.</w:t>
            </w:r>
          </w:p>
        </w:tc>
        <w:tc>
          <w:tcPr>
            <w:tcW w:w="1587" w:type="dxa"/>
            <w:tcMar>
              <w:top w:w="40" w:type="dxa"/>
              <w:left w:w="60" w:type="dxa"/>
              <w:bottom w:w="40" w:type="dxa"/>
              <w:right w:w="60" w:type="dxa"/>
            </w:tcMar>
            <w:vAlign w:val="center"/>
          </w:tcPr>
          <w:p w14:paraId="336BA8E6" w14:textId="77777777" w:rsidR="009C1061" w:rsidRDefault="00441274">
            <w:pPr>
              <w:jc w:val="right"/>
            </w:pPr>
            <w:r>
              <w:t>450 руб.</w:t>
            </w:r>
          </w:p>
        </w:tc>
      </w:tr>
      <w:tr w:rsidR="0009622B" w14:paraId="450DB960" w14:textId="77777777" w:rsidTr="00DF6623">
        <w:trPr>
          <w:jc w:val="center"/>
        </w:trPr>
        <w:tc>
          <w:tcPr>
            <w:tcW w:w="453" w:type="dxa"/>
            <w:tcMar>
              <w:top w:w="40" w:type="dxa"/>
              <w:left w:w="60" w:type="dxa"/>
              <w:bottom w:w="40" w:type="dxa"/>
              <w:right w:w="60" w:type="dxa"/>
            </w:tcMar>
            <w:vAlign w:val="center"/>
          </w:tcPr>
          <w:p w14:paraId="2FB1199A" w14:textId="77777777" w:rsidR="0009622B" w:rsidRDefault="0009622B" w:rsidP="00DF6623">
            <w:pPr>
              <w:spacing w:after="0"/>
              <w:jc w:val="center"/>
            </w:pPr>
            <w:r>
              <w:t>41</w:t>
            </w:r>
          </w:p>
        </w:tc>
        <w:tc>
          <w:tcPr>
            <w:tcW w:w="7371" w:type="dxa"/>
            <w:tcMar>
              <w:top w:w="40" w:type="dxa"/>
              <w:left w:w="60" w:type="dxa"/>
              <w:bottom w:w="40" w:type="dxa"/>
              <w:right w:w="60" w:type="dxa"/>
            </w:tcMar>
            <w:vAlign w:val="center"/>
          </w:tcPr>
          <w:p w14:paraId="383004F5" w14:textId="77777777" w:rsidR="0009622B" w:rsidRPr="00CA0274" w:rsidRDefault="0009622B" w:rsidP="00DF6623">
            <w:pPr>
              <w:spacing w:after="0"/>
              <w:rPr>
                <w:lang w:val="ru-RU"/>
              </w:rPr>
            </w:pPr>
            <w:r w:rsidRPr="00CA0274">
              <w:rPr>
                <w:rFonts w:cs="Times New Roman"/>
                <w:lang w:val="ru-RU"/>
              </w:rPr>
              <w:t xml:space="preserve">Трусы-боксеры мужские —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XL</w:t>
            </w:r>
          </w:p>
        </w:tc>
        <w:tc>
          <w:tcPr>
            <w:tcW w:w="737" w:type="dxa"/>
            <w:tcMar>
              <w:top w:w="40" w:type="dxa"/>
              <w:left w:w="60" w:type="dxa"/>
              <w:bottom w:w="40" w:type="dxa"/>
              <w:right w:w="60" w:type="dxa"/>
            </w:tcMar>
            <w:vAlign w:val="center"/>
          </w:tcPr>
          <w:p w14:paraId="253B06F1" w14:textId="77777777" w:rsidR="0009622B" w:rsidRDefault="0009622B" w:rsidP="00DF6623">
            <w:pPr>
              <w:spacing w:after="0"/>
              <w:jc w:val="center"/>
            </w:pPr>
            <w:r>
              <w:rPr>
                <w:rFonts w:cs="Times New Roman"/>
              </w:rPr>
              <w:t>10</w:t>
            </w:r>
          </w:p>
        </w:tc>
        <w:tc>
          <w:tcPr>
            <w:tcW w:w="680" w:type="dxa"/>
            <w:tcMar>
              <w:top w:w="40" w:type="dxa"/>
              <w:left w:w="60" w:type="dxa"/>
              <w:bottom w:w="40" w:type="dxa"/>
              <w:right w:w="60" w:type="dxa"/>
            </w:tcMar>
            <w:vAlign w:val="center"/>
          </w:tcPr>
          <w:p w14:paraId="6486208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89A6769" w14:textId="77777777" w:rsidR="009C1061" w:rsidRDefault="00441274">
            <w:pPr>
              <w:jc w:val="right"/>
            </w:pPr>
            <w:r>
              <w:t>70 руб.</w:t>
            </w:r>
          </w:p>
        </w:tc>
        <w:tc>
          <w:tcPr>
            <w:tcW w:w="1587" w:type="dxa"/>
            <w:tcMar>
              <w:top w:w="40" w:type="dxa"/>
              <w:left w:w="60" w:type="dxa"/>
              <w:bottom w:w="40" w:type="dxa"/>
              <w:right w:w="60" w:type="dxa"/>
            </w:tcMar>
            <w:vAlign w:val="center"/>
          </w:tcPr>
          <w:p w14:paraId="267DD980" w14:textId="77777777" w:rsidR="009C1061" w:rsidRDefault="00441274">
            <w:pPr>
              <w:jc w:val="right"/>
            </w:pPr>
            <w:r>
              <w:t>700 руб.</w:t>
            </w:r>
          </w:p>
        </w:tc>
      </w:tr>
      <w:tr w:rsidR="0009622B" w14:paraId="287CF374" w14:textId="77777777" w:rsidTr="00DF6623">
        <w:trPr>
          <w:jc w:val="center"/>
        </w:trPr>
        <w:tc>
          <w:tcPr>
            <w:tcW w:w="453" w:type="dxa"/>
            <w:tcMar>
              <w:top w:w="40" w:type="dxa"/>
              <w:left w:w="60" w:type="dxa"/>
              <w:bottom w:w="40" w:type="dxa"/>
              <w:right w:w="60" w:type="dxa"/>
            </w:tcMar>
            <w:vAlign w:val="center"/>
          </w:tcPr>
          <w:p w14:paraId="3A8D625B" w14:textId="77777777" w:rsidR="0009622B" w:rsidRDefault="0009622B" w:rsidP="00DF6623">
            <w:pPr>
              <w:spacing w:after="0"/>
              <w:jc w:val="center"/>
            </w:pPr>
            <w:r>
              <w:t>42</w:t>
            </w:r>
          </w:p>
        </w:tc>
        <w:tc>
          <w:tcPr>
            <w:tcW w:w="7371" w:type="dxa"/>
            <w:tcMar>
              <w:top w:w="40" w:type="dxa"/>
              <w:left w:w="60" w:type="dxa"/>
              <w:bottom w:w="40" w:type="dxa"/>
              <w:right w:w="60" w:type="dxa"/>
            </w:tcMar>
            <w:vAlign w:val="center"/>
          </w:tcPr>
          <w:p w14:paraId="5D0305AA"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Россия</w:t>
            </w:r>
            <w:proofErr w:type="spellEnd"/>
            <w:r>
              <w:rPr>
                <w:rFonts w:cs="Times New Roman"/>
              </w:rPr>
              <w:t xml:space="preserve"> — </w:t>
            </w:r>
            <w:proofErr w:type="spellStart"/>
            <w:r>
              <w:rPr>
                <w:rFonts w:cs="Times New Roman"/>
              </w:rPr>
              <w:t>арт</w:t>
            </w:r>
            <w:proofErr w:type="spellEnd"/>
            <w:r>
              <w:rPr>
                <w:rFonts w:cs="Times New Roman"/>
              </w:rPr>
              <w:t xml:space="preserve">. 125,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57FD24F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580329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2224F75" w14:textId="77777777" w:rsidR="009C1061" w:rsidRDefault="00441274">
            <w:pPr>
              <w:jc w:val="right"/>
            </w:pPr>
            <w:r>
              <w:t>1 800 руб.</w:t>
            </w:r>
          </w:p>
        </w:tc>
        <w:tc>
          <w:tcPr>
            <w:tcW w:w="1587" w:type="dxa"/>
            <w:tcMar>
              <w:top w:w="40" w:type="dxa"/>
              <w:left w:w="60" w:type="dxa"/>
              <w:bottom w:w="40" w:type="dxa"/>
              <w:right w:w="60" w:type="dxa"/>
            </w:tcMar>
            <w:vAlign w:val="center"/>
          </w:tcPr>
          <w:p w14:paraId="394F0B9A" w14:textId="77777777" w:rsidR="009C1061" w:rsidRDefault="00441274">
            <w:pPr>
              <w:jc w:val="right"/>
            </w:pPr>
            <w:r>
              <w:t>1 800 руб.</w:t>
            </w:r>
          </w:p>
        </w:tc>
      </w:tr>
      <w:tr w:rsidR="0009622B" w14:paraId="6734BF0C" w14:textId="77777777" w:rsidTr="00DF6623">
        <w:trPr>
          <w:jc w:val="center"/>
        </w:trPr>
        <w:tc>
          <w:tcPr>
            <w:tcW w:w="453" w:type="dxa"/>
            <w:tcMar>
              <w:top w:w="40" w:type="dxa"/>
              <w:left w:w="60" w:type="dxa"/>
              <w:bottom w:w="40" w:type="dxa"/>
              <w:right w:w="60" w:type="dxa"/>
            </w:tcMar>
            <w:vAlign w:val="center"/>
          </w:tcPr>
          <w:p w14:paraId="5C94812E" w14:textId="77777777" w:rsidR="0009622B" w:rsidRDefault="0009622B" w:rsidP="00DF6623">
            <w:pPr>
              <w:spacing w:after="0"/>
              <w:jc w:val="center"/>
            </w:pPr>
            <w:r>
              <w:t>43</w:t>
            </w:r>
          </w:p>
        </w:tc>
        <w:tc>
          <w:tcPr>
            <w:tcW w:w="7371" w:type="dxa"/>
            <w:tcMar>
              <w:top w:w="40" w:type="dxa"/>
              <w:left w:w="60" w:type="dxa"/>
              <w:bottom w:w="40" w:type="dxa"/>
              <w:right w:w="60" w:type="dxa"/>
            </w:tcMar>
            <w:vAlign w:val="center"/>
          </w:tcPr>
          <w:p w14:paraId="482CABF6"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Россия</w:t>
            </w:r>
            <w:proofErr w:type="spellEnd"/>
            <w:r>
              <w:rPr>
                <w:rFonts w:cs="Times New Roman"/>
              </w:rPr>
              <w:t xml:space="preserve"> — </w:t>
            </w:r>
            <w:proofErr w:type="spellStart"/>
            <w:r>
              <w:rPr>
                <w:rFonts w:cs="Times New Roman"/>
              </w:rPr>
              <w:t>арт</w:t>
            </w:r>
            <w:proofErr w:type="spellEnd"/>
            <w:r>
              <w:rPr>
                <w:rFonts w:cs="Times New Roman"/>
              </w:rPr>
              <w:t xml:space="preserve">. 120,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74CDC59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5215DA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C1209C3" w14:textId="77777777" w:rsidR="009C1061" w:rsidRDefault="00441274">
            <w:pPr>
              <w:jc w:val="right"/>
            </w:pPr>
            <w:r>
              <w:t>1 800 руб.</w:t>
            </w:r>
          </w:p>
        </w:tc>
        <w:tc>
          <w:tcPr>
            <w:tcW w:w="1587" w:type="dxa"/>
            <w:tcMar>
              <w:top w:w="40" w:type="dxa"/>
              <w:left w:w="60" w:type="dxa"/>
              <w:bottom w:w="40" w:type="dxa"/>
              <w:right w:w="60" w:type="dxa"/>
            </w:tcMar>
            <w:vAlign w:val="center"/>
          </w:tcPr>
          <w:p w14:paraId="1B0D45A0" w14:textId="77777777" w:rsidR="009C1061" w:rsidRDefault="00441274">
            <w:pPr>
              <w:jc w:val="right"/>
            </w:pPr>
            <w:r>
              <w:t>1 800 руб.</w:t>
            </w:r>
          </w:p>
        </w:tc>
      </w:tr>
      <w:tr w:rsidR="0009622B" w14:paraId="34A10EE1" w14:textId="77777777" w:rsidTr="00DF6623">
        <w:trPr>
          <w:jc w:val="center"/>
        </w:trPr>
        <w:tc>
          <w:tcPr>
            <w:tcW w:w="453" w:type="dxa"/>
            <w:tcMar>
              <w:top w:w="40" w:type="dxa"/>
              <w:left w:w="60" w:type="dxa"/>
              <w:bottom w:w="40" w:type="dxa"/>
              <w:right w:w="60" w:type="dxa"/>
            </w:tcMar>
            <w:vAlign w:val="center"/>
          </w:tcPr>
          <w:p w14:paraId="6D922AD7" w14:textId="77777777" w:rsidR="0009622B" w:rsidRDefault="0009622B" w:rsidP="00DF6623">
            <w:pPr>
              <w:spacing w:after="0"/>
              <w:jc w:val="center"/>
            </w:pPr>
            <w:r>
              <w:t>44</w:t>
            </w:r>
          </w:p>
        </w:tc>
        <w:tc>
          <w:tcPr>
            <w:tcW w:w="7371" w:type="dxa"/>
            <w:tcMar>
              <w:top w:w="40" w:type="dxa"/>
              <w:left w:w="60" w:type="dxa"/>
              <w:bottom w:w="40" w:type="dxa"/>
              <w:right w:w="60" w:type="dxa"/>
            </w:tcMar>
            <w:vAlign w:val="center"/>
          </w:tcPr>
          <w:p w14:paraId="1B826122" w14:textId="77777777" w:rsidR="0009622B" w:rsidRDefault="0009622B" w:rsidP="00DF6623">
            <w:pPr>
              <w:spacing w:after="0"/>
            </w:pPr>
            <w:r w:rsidRPr="00CA0274">
              <w:rPr>
                <w:rFonts w:cs="Times New Roman"/>
                <w:lang w:val="ru-RU"/>
              </w:rPr>
              <w:t xml:space="preserve">Костюм </w:t>
            </w:r>
            <w:r>
              <w:rPr>
                <w:rFonts w:cs="Times New Roman"/>
              </w:rPr>
              <w:t>Alex</w:t>
            </w:r>
            <w:r w:rsidRPr="00CA0274">
              <w:rPr>
                <w:rFonts w:cs="Times New Roman"/>
                <w:lang w:val="ru-RU"/>
              </w:rPr>
              <w:t xml:space="preserve"> (Алекс) — арт. 9594,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48</w:t>
            </w:r>
          </w:p>
        </w:tc>
        <w:tc>
          <w:tcPr>
            <w:tcW w:w="737" w:type="dxa"/>
            <w:tcMar>
              <w:top w:w="40" w:type="dxa"/>
              <w:left w:w="60" w:type="dxa"/>
              <w:bottom w:w="40" w:type="dxa"/>
              <w:right w:w="60" w:type="dxa"/>
            </w:tcMar>
            <w:vAlign w:val="center"/>
          </w:tcPr>
          <w:p w14:paraId="73D525E6"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31BCC8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C817D0D" w14:textId="77777777" w:rsidR="009C1061" w:rsidRDefault="00441274">
            <w:pPr>
              <w:jc w:val="right"/>
            </w:pPr>
            <w:r>
              <w:t>1 800 руб.</w:t>
            </w:r>
          </w:p>
        </w:tc>
        <w:tc>
          <w:tcPr>
            <w:tcW w:w="1587" w:type="dxa"/>
            <w:tcMar>
              <w:top w:w="40" w:type="dxa"/>
              <w:left w:w="60" w:type="dxa"/>
              <w:bottom w:w="40" w:type="dxa"/>
              <w:right w:w="60" w:type="dxa"/>
            </w:tcMar>
            <w:vAlign w:val="center"/>
          </w:tcPr>
          <w:p w14:paraId="3EA75628" w14:textId="77777777" w:rsidR="009C1061" w:rsidRDefault="00441274">
            <w:pPr>
              <w:jc w:val="right"/>
            </w:pPr>
            <w:r>
              <w:t>3 600 руб.</w:t>
            </w:r>
          </w:p>
        </w:tc>
      </w:tr>
      <w:tr w:rsidR="0009622B" w14:paraId="756EC7F6" w14:textId="77777777" w:rsidTr="00DF6623">
        <w:trPr>
          <w:jc w:val="center"/>
        </w:trPr>
        <w:tc>
          <w:tcPr>
            <w:tcW w:w="453" w:type="dxa"/>
            <w:tcMar>
              <w:top w:w="40" w:type="dxa"/>
              <w:left w:w="60" w:type="dxa"/>
              <w:bottom w:w="40" w:type="dxa"/>
              <w:right w:w="60" w:type="dxa"/>
            </w:tcMar>
            <w:vAlign w:val="center"/>
          </w:tcPr>
          <w:p w14:paraId="21C4991E" w14:textId="77777777" w:rsidR="0009622B" w:rsidRDefault="0009622B" w:rsidP="00DF6623">
            <w:pPr>
              <w:spacing w:after="0"/>
              <w:jc w:val="center"/>
            </w:pPr>
            <w:r>
              <w:t>45</w:t>
            </w:r>
          </w:p>
        </w:tc>
        <w:tc>
          <w:tcPr>
            <w:tcW w:w="7371" w:type="dxa"/>
            <w:tcMar>
              <w:top w:w="40" w:type="dxa"/>
              <w:left w:w="60" w:type="dxa"/>
              <w:bottom w:w="40" w:type="dxa"/>
              <w:right w:w="60" w:type="dxa"/>
            </w:tcMar>
            <w:vAlign w:val="center"/>
          </w:tcPr>
          <w:p w14:paraId="0E32E367" w14:textId="77777777" w:rsidR="0009622B" w:rsidRDefault="0009622B" w:rsidP="00DF6623">
            <w:pPr>
              <w:spacing w:after="0"/>
            </w:pPr>
            <w:r w:rsidRPr="00CA0274">
              <w:rPr>
                <w:rFonts w:cs="Times New Roman"/>
                <w:lang w:val="ru-RU"/>
              </w:rPr>
              <w:t xml:space="preserve">Костюм </w:t>
            </w:r>
            <w:r>
              <w:rPr>
                <w:rFonts w:cs="Times New Roman"/>
              </w:rPr>
              <w:t>Sporting</w:t>
            </w:r>
            <w:r w:rsidRPr="00CA0274">
              <w:rPr>
                <w:rFonts w:cs="Times New Roman"/>
                <w:lang w:val="ru-RU"/>
              </w:rPr>
              <w:t xml:space="preserve"> (Спортинг) — арт. 3660,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48</w:t>
            </w:r>
          </w:p>
        </w:tc>
        <w:tc>
          <w:tcPr>
            <w:tcW w:w="737" w:type="dxa"/>
            <w:tcMar>
              <w:top w:w="40" w:type="dxa"/>
              <w:left w:w="60" w:type="dxa"/>
              <w:bottom w:w="40" w:type="dxa"/>
              <w:right w:w="60" w:type="dxa"/>
            </w:tcMar>
            <w:vAlign w:val="center"/>
          </w:tcPr>
          <w:p w14:paraId="514A8F2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463AA5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E8B4C4F" w14:textId="77777777" w:rsidR="009C1061" w:rsidRDefault="00441274">
            <w:pPr>
              <w:jc w:val="right"/>
            </w:pPr>
            <w:r>
              <w:t>1 800 руб.</w:t>
            </w:r>
          </w:p>
        </w:tc>
        <w:tc>
          <w:tcPr>
            <w:tcW w:w="1587" w:type="dxa"/>
            <w:tcMar>
              <w:top w:w="40" w:type="dxa"/>
              <w:left w:w="60" w:type="dxa"/>
              <w:bottom w:w="40" w:type="dxa"/>
              <w:right w:w="60" w:type="dxa"/>
            </w:tcMar>
            <w:vAlign w:val="center"/>
          </w:tcPr>
          <w:p w14:paraId="70FB5813" w14:textId="77777777" w:rsidR="009C1061" w:rsidRDefault="00441274">
            <w:pPr>
              <w:jc w:val="right"/>
            </w:pPr>
            <w:r>
              <w:t>1 800 руб.</w:t>
            </w:r>
          </w:p>
        </w:tc>
      </w:tr>
      <w:tr w:rsidR="0009622B" w14:paraId="0D114424" w14:textId="77777777" w:rsidTr="00DF6623">
        <w:trPr>
          <w:jc w:val="center"/>
        </w:trPr>
        <w:tc>
          <w:tcPr>
            <w:tcW w:w="453" w:type="dxa"/>
            <w:tcMar>
              <w:top w:w="40" w:type="dxa"/>
              <w:left w:w="60" w:type="dxa"/>
              <w:bottom w:w="40" w:type="dxa"/>
              <w:right w:w="60" w:type="dxa"/>
            </w:tcMar>
            <w:vAlign w:val="center"/>
          </w:tcPr>
          <w:p w14:paraId="35FA1A56" w14:textId="77777777" w:rsidR="0009622B" w:rsidRDefault="0009622B" w:rsidP="00DF6623">
            <w:pPr>
              <w:spacing w:after="0"/>
              <w:jc w:val="center"/>
            </w:pPr>
            <w:r>
              <w:t>46</w:t>
            </w:r>
          </w:p>
        </w:tc>
        <w:tc>
          <w:tcPr>
            <w:tcW w:w="7371" w:type="dxa"/>
            <w:tcMar>
              <w:top w:w="40" w:type="dxa"/>
              <w:left w:w="60" w:type="dxa"/>
              <w:bottom w:w="40" w:type="dxa"/>
              <w:right w:w="60" w:type="dxa"/>
            </w:tcMar>
            <w:vAlign w:val="center"/>
          </w:tcPr>
          <w:p w14:paraId="56D1135B" w14:textId="77777777" w:rsidR="0009622B" w:rsidRPr="004E2B77" w:rsidRDefault="0009622B" w:rsidP="00DF6623">
            <w:pPr>
              <w:spacing w:after="0"/>
              <w:rPr>
                <w:lang w:val="ru-RU"/>
              </w:rPr>
            </w:pPr>
            <w:r w:rsidRPr="00CA0274">
              <w:rPr>
                <w:rFonts w:cs="Times New Roman"/>
                <w:lang w:val="ru-RU"/>
              </w:rPr>
              <w:t xml:space="preserve">Костюм (Москва) — арт. КДБ 120, </w:t>
            </w:r>
            <w:proofErr w:type="spellStart"/>
            <w:r w:rsidRPr="00CA0274">
              <w:rPr>
                <w:rFonts w:cs="Times New Roman"/>
                <w:lang w:val="ru-RU"/>
              </w:rPr>
              <w:t>разм</w:t>
            </w:r>
            <w:proofErr w:type="spellEnd"/>
            <w:r w:rsidRPr="00CA0274">
              <w:rPr>
                <w:rFonts w:cs="Times New Roman"/>
                <w:lang w:val="ru-RU"/>
              </w:rPr>
              <w:t xml:space="preserve">. </w:t>
            </w:r>
            <w:r w:rsidRPr="004E2B77">
              <w:rPr>
                <w:rFonts w:cs="Times New Roman"/>
                <w:lang w:val="ru-RU"/>
              </w:rPr>
              <w:t>176/96/84</w:t>
            </w:r>
          </w:p>
        </w:tc>
        <w:tc>
          <w:tcPr>
            <w:tcW w:w="737" w:type="dxa"/>
            <w:tcMar>
              <w:top w:w="40" w:type="dxa"/>
              <w:left w:w="60" w:type="dxa"/>
              <w:bottom w:w="40" w:type="dxa"/>
              <w:right w:w="60" w:type="dxa"/>
            </w:tcMar>
            <w:vAlign w:val="center"/>
          </w:tcPr>
          <w:p w14:paraId="2DE07A2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7BAF9D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B0EA3FC" w14:textId="77777777" w:rsidR="009C1061" w:rsidRDefault="00441274">
            <w:pPr>
              <w:jc w:val="right"/>
            </w:pPr>
            <w:r>
              <w:t>1 500 руб.</w:t>
            </w:r>
          </w:p>
        </w:tc>
        <w:tc>
          <w:tcPr>
            <w:tcW w:w="1587" w:type="dxa"/>
            <w:tcMar>
              <w:top w:w="40" w:type="dxa"/>
              <w:left w:w="60" w:type="dxa"/>
              <w:bottom w:w="40" w:type="dxa"/>
              <w:right w:w="60" w:type="dxa"/>
            </w:tcMar>
            <w:vAlign w:val="center"/>
          </w:tcPr>
          <w:p w14:paraId="7BB5EB50" w14:textId="77777777" w:rsidR="009C1061" w:rsidRDefault="00441274">
            <w:pPr>
              <w:jc w:val="right"/>
            </w:pPr>
            <w:r>
              <w:t>1 500 руб.</w:t>
            </w:r>
          </w:p>
        </w:tc>
      </w:tr>
      <w:tr w:rsidR="0009622B" w14:paraId="5F35D9C5" w14:textId="77777777" w:rsidTr="00DF6623">
        <w:trPr>
          <w:jc w:val="center"/>
        </w:trPr>
        <w:tc>
          <w:tcPr>
            <w:tcW w:w="453" w:type="dxa"/>
            <w:tcMar>
              <w:top w:w="40" w:type="dxa"/>
              <w:left w:w="60" w:type="dxa"/>
              <w:bottom w:w="40" w:type="dxa"/>
              <w:right w:w="60" w:type="dxa"/>
            </w:tcMar>
            <w:vAlign w:val="center"/>
          </w:tcPr>
          <w:p w14:paraId="6A6FD817" w14:textId="77777777" w:rsidR="0009622B" w:rsidRDefault="0009622B" w:rsidP="00DF6623">
            <w:pPr>
              <w:spacing w:after="0"/>
              <w:jc w:val="center"/>
            </w:pPr>
            <w:r>
              <w:t>47</w:t>
            </w:r>
          </w:p>
        </w:tc>
        <w:tc>
          <w:tcPr>
            <w:tcW w:w="7371" w:type="dxa"/>
            <w:tcMar>
              <w:top w:w="40" w:type="dxa"/>
              <w:left w:w="60" w:type="dxa"/>
              <w:bottom w:w="40" w:type="dxa"/>
              <w:right w:w="60" w:type="dxa"/>
            </w:tcMar>
            <w:vAlign w:val="center"/>
          </w:tcPr>
          <w:p w14:paraId="5FC1E157" w14:textId="77777777" w:rsidR="0009622B" w:rsidRDefault="0009622B" w:rsidP="00DF6623">
            <w:pPr>
              <w:spacing w:after="0"/>
            </w:pPr>
            <w:r w:rsidRPr="00CA0274">
              <w:rPr>
                <w:rFonts w:cs="Times New Roman"/>
                <w:lang w:val="ru-RU"/>
              </w:rPr>
              <w:t xml:space="preserve">Костюм </w:t>
            </w:r>
            <w:r>
              <w:rPr>
                <w:rFonts w:cs="Times New Roman"/>
              </w:rPr>
              <w:t>Bettis</w:t>
            </w:r>
            <w:r w:rsidRPr="00CA0274">
              <w:rPr>
                <w:rFonts w:cs="Times New Roman"/>
                <w:lang w:val="ru-RU"/>
              </w:rPr>
              <w:t xml:space="preserve"> (</w:t>
            </w:r>
            <w:proofErr w:type="spellStart"/>
            <w:r w:rsidRPr="00CA0274">
              <w:rPr>
                <w:rFonts w:cs="Times New Roman"/>
                <w:lang w:val="ru-RU"/>
              </w:rPr>
              <w:t>Беттис</w:t>
            </w:r>
            <w:proofErr w:type="spellEnd"/>
            <w:r w:rsidRPr="00CA0274">
              <w:rPr>
                <w:rFonts w:cs="Times New Roman"/>
                <w:lang w:val="ru-RU"/>
              </w:rPr>
              <w:t xml:space="preserve">) — арт. 2936,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48</w:t>
            </w:r>
          </w:p>
        </w:tc>
        <w:tc>
          <w:tcPr>
            <w:tcW w:w="737" w:type="dxa"/>
            <w:tcMar>
              <w:top w:w="40" w:type="dxa"/>
              <w:left w:w="60" w:type="dxa"/>
              <w:bottom w:w="40" w:type="dxa"/>
              <w:right w:w="60" w:type="dxa"/>
            </w:tcMar>
            <w:vAlign w:val="center"/>
          </w:tcPr>
          <w:p w14:paraId="2BEEB18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F1D699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668FF74" w14:textId="77777777" w:rsidR="009C1061" w:rsidRDefault="00441274">
            <w:pPr>
              <w:jc w:val="right"/>
            </w:pPr>
            <w:r>
              <w:t>1 800 руб.</w:t>
            </w:r>
          </w:p>
        </w:tc>
        <w:tc>
          <w:tcPr>
            <w:tcW w:w="1587" w:type="dxa"/>
            <w:tcMar>
              <w:top w:w="40" w:type="dxa"/>
              <w:left w:w="60" w:type="dxa"/>
              <w:bottom w:w="40" w:type="dxa"/>
              <w:right w:w="60" w:type="dxa"/>
            </w:tcMar>
            <w:vAlign w:val="center"/>
          </w:tcPr>
          <w:p w14:paraId="251CDC22" w14:textId="77777777" w:rsidR="009C1061" w:rsidRDefault="00441274">
            <w:pPr>
              <w:jc w:val="right"/>
            </w:pPr>
            <w:r>
              <w:t>1 800 руб.</w:t>
            </w:r>
          </w:p>
        </w:tc>
      </w:tr>
      <w:tr w:rsidR="0009622B" w14:paraId="6DD28BD5" w14:textId="77777777" w:rsidTr="00DF6623">
        <w:trPr>
          <w:jc w:val="center"/>
        </w:trPr>
        <w:tc>
          <w:tcPr>
            <w:tcW w:w="453" w:type="dxa"/>
            <w:tcMar>
              <w:top w:w="40" w:type="dxa"/>
              <w:left w:w="60" w:type="dxa"/>
              <w:bottom w:w="40" w:type="dxa"/>
              <w:right w:w="60" w:type="dxa"/>
            </w:tcMar>
            <w:vAlign w:val="center"/>
          </w:tcPr>
          <w:p w14:paraId="2FF0371B" w14:textId="77777777" w:rsidR="0009622B" w:rsidRDefault="0009622B" w:rsidP="00DF6623">
            <w:pPr>
              <w:spacing w:after="0"/>
              <w:jc w:val="center"/>
            </w:pPr>
            <w:r>
              <w:t>48</w:t>
            </w:r>
          </w:p>
        </w:tc>
        <w:tc>
          <w:tcPr>
            <w:tcW w:w="7371" w:type="dxa"/>
            <w:tcMar>
              <w:top w:w="40" w:type="dxa"/>
              <w:left w:w="60" w:type="dxa"/>
              <w:bottom w:w="40" w:type="dxa"/>
              <w:right w:w="60" w:type="dxa"/>
            </w:tcMar>
            <w:vAlign w:val="center"/>
          </w:tcPr>
          <w:p w14:paraId="2D7EC6CC"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Король</w:t>
            </w:r>
            <w:proofErr w:type="spellEnd"/>
            <w:r>
              <w:rPr>
                <w:rFonts w:cs="Times New Roman"/>
              </w:rPr>
              <w:t xml:space="preserve"> — </w:t>
            </w:r>
            <w:proofErr w:type="spellStart"/>
            <w:r>
              <w:rPr>
                <w:rFonts w:cs="Times New Roman"/>
              </w:rPr>
              <w:t>арт</w:t>
            </w:r>
            <w:proofErr w:type="spellEnd"/>
            <w:r>
              <w:rPr>
                <w:rFonts w:cs="Times New Roman"/>
              </w:rPr>
              <w:t xml:space="preserve">. 710577,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739D5E9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742C8E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82338E3" w14:textId="77777777" w:rsidR="009C1061" w:rsidRDefault="00441274">
            <w:pPr>
              <w:jc w:val="right"/>
            </w:pPr>
            <w:r>
              <w:t>1 800 руб.</w:t>
            </w:r>
          </w:p>
        </w:tc>
        <w:tc>
          <w:tcPr>
            <w:tcW w:w="1587" w:type="dxa"/>
            <w:tcMar>
              <w:top w:w="40" w:type="dxa"/>
              <w:left w:w="60" w:type="dxa"/>
              <w:bottom w:w="40" w:type="dxa"/>
              <w:right w:w="60" w:type="dxa"/>
            </w:tcMar>
            <w:vAlign w:val="center"/>
          </w:tcPr>
          <w:p w14:paraId="5A4A41FE" w14:textId="77777777" w:rsidR="009C1061" w:rsidRDefault="00441274">
            <w:pPr>
              <w:jc w:val="right"/>
            </w:pPr>
            <w:r>
              <w:t>1 800 руб.</w:t>
            </w:r>
          </w:p>
        </w:tc>
      </w:tr>
      <w:tr w:rsidR="0009622B" w14:paraId="0D4B23E7" w14:textId="77777777" w:rsidTr="00DF6623">
        <w:trPr>
          <w:jc w:val="center"/>
        </w:trPr>
        <w:tc>
          <w:tcPr>
            <w:tcW w:w="453" w:type="dxa"/>
            <w:tcMar>
              <w:top w:w="40" w:type="dxa"/>
              <w:left w:w="60" w:type="dxa"/>
              <w:bottom w:w="40" w:type="dxa"/>
              <w:right w:w="60" w:type="dxa"/>
            </w:tcMar>
            <w:vAlign w:val="center"/>
          </w:tcPr>
          <w:p w14:paraId="414B4D0F" w14:textId="77777777" w:rsidR="0009622B" w:rsidRDefault="0009622B" w:rsidP="00DF6623">
            <w:pPr>
              <w:spacing w:after="0"/>
              <w:jc w:val="center"/>
            </w:pPr>
            <w:r>
              <w:t>49</w:t>
            </w:r>
          </w:p>
        </w:tc>
        <w:tc>
          <w:tcPr>
            <w:tcW w:w="7371" w:type="dxa"/>
            <w:tcMar>
              <w:top w:w="40" w:type="dxa"/>
              <w:left w:w="60" w:type="dxa"/>
              <w:bottom w:w="40" w:type="dxa"/>
              <w:right w:w="60" w:type="dxa"/>
            </w:tcMar>
            <w:vAlign w:val="center"/>
          </w:tcPr>
          <w:p w14:paraId="00D81AD6" w14:textId="77777777" w:rsidR="0009622B" w:rsidRDefault="0009622B" w:rsidP="00DF6623">
            <w:pPr>
              <w:spacing w:after="0"/>
            </w:pPr>
            <w:r w:rsidRPr="00CA0274">
              <w:rPr>
                <w:rFonts w:cs="Times New Roman"/>
                <w:lang w:val="ru-RU"/>
              </w:rPr>
              <w:t xml:space="preserve">Костюм </w:t>
            </w:r>
            <w:r>
              <w:rPr>
                <w:rFonts w:cs="Times New Roman"/>
              </w:rPr>
              <w:t>Trader</w:t>
            </w:r>
            <w:r w:rsidRPr="00CA0274">
              <w:rPr>
                <w:rFonts w:cs="Times New Roman"/>
                <w:lang w:val="ru-RU"/>
              </w:rPr>
              <w:t xml:space="preserve"> (Трейдер) — арт. 9227,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48</w:t>
            </w:r>
          </w:p>
        </w:tc>
        <w:tc>
          <w:tcPr>
            <w:tcW w:w="737" w:type="dxa"/>
            <w:tcMar>
              <w:top w:w="40" w:type="dxa"/>
              <w:left w:w="60" w:type="dxa"/>
              <w:bottom w:w="40" w:type="dxa"/>
              <w:right w:w="60" w:type="dxa"/>
            </w:tcMar>
            <w:vAlign w:val="center"/>
          </w:tcPr>
          <w:p w14:paraId="7D8A23CF"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78CB28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BA929C7" w14:textId="77777777" w:rsidR="009C1061" w:rsidRDefault="00441274">
            <w:pPr>
              <w:jc w:val="right"/>
            </w:pPr>
            <w:r>
              <w:t>1 800 руб.</w:t>
            </w:r>
          </w:p>
        </w:tc>
        <w:tc>
          <w:tcPr>
            <w:tcW w:w="1587" w:type="dxa"/>
            <w:tcMar>
              <w:top w:w="40" w:type="dxa"/>
              <w:left w:w="60" w:type="dxa"/>
              <w:bottom w:w="40" w:type="dxa"/>
              <w:right w:w="60" w:type="dxa"/>
            </w:tcMar>
            <w:vAlign w:val="center"/>
          </w:tcPr>
          <w:p w14:paraId="13B47723" w14:textId="77777777" w:rsidR="009C1061" w:rsidRDefault="00441274">
            <w:pPr>
              <w:jc w:val="right"/>
            </w:pPr>
            <w:r>
              <w:t>1 800 руб.</w:t>
            </w:r>
          </w:p>
        </w:tc>
      </w:tr>
      <w:tr w:rsidR="0009622B" w14:paraId="39F53F09" w14:textId="77777777" w:rsidTr="00DF6623">
        <w:trPr>
          <w:jc w:val="center"/>
        </w:trPr>
        <w:tc>
          <w:tcPr>
            <w:tcW w:w="453" w:type="dxa"/>
            <w:tcMar>
              <w:top w:w="40" w:type="dxa"/>
              <w:left w:w="60" w:type="dxa"/>
              <w:bottom w:w="40" w:type="dxa"/>
              <w:right w:w="60" w:type="dxa"/>
            </w:tcMar>
            <w:vAlign w:val="center"/>
          </w:tcPr>
          <w:p w14:paraId="16AD1283" w14:textId="77777777" w:rsidR="0009622B" w:rsidRDefault="0009622B" w:rsidP="00DF6623">
            <w:pPr>
              <w:spacing w:after="0"/>
              <w:jc w:val="center"/>
            </w:pPr>
            <w:r>
              <w:t>50</w:t>
            </w:r>
          </w:p>
        </w:tc>
        <w:tc>
          <w:tcPr>
            <w:tcW w:w="7371" w:type="dxa"/>
            <w:tcMar>
              <w:top w:w="40" w:type="dxa"/>
              <w:left w:w="60" w:type="dxa"/>
              <w:bottom w:w="40" w:type="dxa"/>
              <w:right w:w="60" w:type="dxa"/>
            </w:tcMar>
            <w:vAlign w:val="center"/>
          </w:tcPr>
          <w:p w14:paraId="08ABEAE8" w14:textId="77777777" w:rsidR="0009622B" w:rsidRDefault="0009622B" w:rsidP="00DF6623">
            <w:pPr>
              <w:spacing w:after="0"/>
            </w:pPr>
            <w:r w:rsidRPr="00CA0274">
              <w:rPr>
                <w:rFonts w:cs="Times New Roman"/>
                <w:lang w:val="ru-RU"/>
              </w:rPr>
              <w:t xml:space="preserve">Костюм мужской </w:t>
            </w:r>
            <w:r>
              <w:rPr>
                <w:rFonts w:cs="Times New Roman"/>
              </w:rPr>
              <w:t>Yanker</w:t>
            </w:r>
            <w:r w:rsidRPr="00CA0274">
              <w:rPr>
                <w:rFonts w:cs="Times New Roman"/>
                <w:lang w:val="ru-RU"/>
              </w:rPr>
              <w:t xml:space="preserve"> (</w:t>
            </w:r>
            <w:proofErr w:type="spellStart"/>
            <w:r w:rsidRPr="00CA0274">
              <w:rPr>
                <w:rFonts w:cs="Times New Roman"/>
                <w:lang w:val="ru-RU"/>
              </w:rPr>
              <w:t>Янкер</w:t>
            </w:r>
            <w:proofErr w:type="spellEnd"/>
            <w:r w:rsidRPr="00CA0274">
              <w:rPr>
                <w:rFonts w:cs="Times New Roman"/>
                <w:lang w:val="ru-RU"/>
              </w:rPr>
              <w:t xml:space="preserve">) — арт. 3464,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48</w:t>
            </w:r>
          </w:p>
        </w:tc>
        <w:tc>
          <w:tcPr>
            <w:tcW w:w="737" w:type="dxa"/>
            <w:tcMar>
              <w:top w:w="40" w:type="dxa"/>
              <w:left w:w="60" w:type="dxa"/>
              <w:bottom w:w="40" w:type="dxa"/>
              <w:right w:w="60" w:type="dxa"/>
            </w:tcMar>
            <w:vAlign w:val="center"/>
          </w:tcPr>
          <w:p w14:paraId="465F8C6A"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A9A98F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7EA5EF7" w14:textId="77777777" w:rsidR="009C1061" w:rsidRDefault="00441274">
            <w:pPr>
              <w:jc w:val="right"/>
            </w:pPr>
            <w:r>
              <w:t>1 800 руб.</w:t>
            </w:r>
          </w:p>
        </w:tc>
        <w:tc>
          <w:tcPr>
            <w:tcW w:w="1587" w:type="dxa"/>
            <w:tcMar>
              <w:top w:w="40" w:type="dxa"/>
              <w:left w:w="60" w:type="dxa"/>
              <w:bottom w:w="40" w:type="dxa"/>
              <w:right w:w="60" w:type="dxa"/>
            </w:tcMar>
            <w:vAlign w:val="center"/>
          </w:tcPr>
          <w:p w14:paraId="754A2EE0" w14:textId="77777777" w:rsidR="009C1061" w:rsidRDefault="00441274">
            <w:pPr>
              <w:jc w:val="right"/>
            </w:pPr>
            <w:r>
              <w:t>3 600 руб.</w:t>
            </w:r>
          </w:p>
        </w:tc>
      </w:tr>
      <w:tr w:rsidR="0009622B" w14:paraId="34CC4B40" w14:textId="77777777" w:rsidTr="00DF6623">
        <w:trPr>
          <w:jc w:val="center"/>
        </w:trPr>
        <w:tc>
          <w:tcPr>
            <w:tcW w:w="453" w:type="dxa"/>
            <w:tcMar>
              <w:top w:w="40" w:type="dxa"/>
              <w:left w:w="60" w:type="dxa"/>
              <w:bottom w:w="40" w:type="dxa"/>
              <w:right w:w="60" w:type="dxa"/>
            </w:tcMar>
            <w:vAlign w:val="center"/>
          </w:tcPr>
          <w:p w14:paraId="10801942" w14:textId="77777777" w:rsidR="0009622B" w:rsidRDefault="0009622B" w:rsidP="00DF6623">
            <w:pPr>
              <w:spacing w:after="0"/>
              <w:jc w:val="center"/>
            </w:pPr>
            <w:r>
              <w:t>51</w:t>
            </w:r>
          </w:p>
        </w:tc>
        <w:tc>
          <w:tcPr>
            <w:tcW w:w="7371" w:type="dxa"/>
            <w:tcMar>
              <w:top w:w="40" w:type="dxa"/>
              <w:left w:w="60" w:type="dxa"/>
              <w:bottom w:w="40" w:type="dxa"/>
              <w:right w:w="60" w:type="dxa"/>
            </w:tcMar>
            <w:vAlign w:val="center"/>
          </w:tcPr>
          <w:p w14:paraId="1D55BC6A" w14:textId="77777777" w:rsidR="0009622B" w:rsidRDefault="0009622B" w:rsidP="00DF6623">
            <w:pPr>
              <w:spacing w:after="0"/>
            </w:pPr>
            <w:proofErr w:type="spellStart"/>
            <w:r>
              <w:rPr>
                <w:rFonts w:cs="Times New Roman"/>
              </w:rPr>
              <w:t>Костюм</w:t>
            </w:r>
            <w:proofErr w:type="spellEnd"/>
            <w:r>
              <w:rPr>
                <w:rFonts w:cs="Times New Roman"/>
              </w:rPr>
              <w:t xml:space="preserve"> Orlando (</w:t>
            </w:r>
            <w:proofErr w:type="spellStart"/>
            <w:r>
              <w:rPr>
                <w:rFonts w:cs="Times New Roman"/>
              </w:rPr>
              <w:t>Орландо</w:t>
            </w:r>
            <w:proofErr w:type="spellEnd"/>
            <w:r>
              <w:rPr>
                <w:rFonts w:cs="Times New Roman"/>
              </w:rPr>
              <w:t xml:space="preserve">) —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7D29F44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D8CB2A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9AEF535" w14:textId="77777777" w:rsidR="009C1061" w:rsidRDefault="00441274">
            <w:pPr>
              <w:jc w:val="right"/>
            </w:pPr>
            <w:r>
              <w:t>1 800 руб.</w:t>
            </w:r>
          </w:p>
        </w:tc>
        <w:tc>
          <w:tcPr>
            <w:tcW w:w="1587" w:type="dxa"/>
            <w:tcMar>
              <w:top w:w="40" w:type="dxa"/>
              <w:left w:w="60" w:type="dxa"/>
              <w:bottom w:w="40" w:type="dxa"/>
              <w:right w:w="60" w:type="dxa"/>
            </w:tcMar>
            <w:vAlign w:val="center"/>
          </w:tcPr>
          <w:p w14:paraId="3801B6BD" w14:textId="77777777" w:rsidR="009C1061" w:rsidRDefault="00441274">
            <w:pPr>
              <w:jc w:val="right"/>
            </w:pPr>
            <w:r>
              <w:t>1 800 руб.</w:t>
            </w:r>
          </w:p>
        </w:tc>
      </w:tr>
      <w:tr w:rsidR="0009622B" w14:paraId="041400FF" w14:textId="77777777" w:rsidTr="00DF6623">
        <w:trPr>
          <w:jc w:val="center"/>
        </w:trPr>
        <w:tc>
          <w:tcPr>
            <w:tcW w:w="453" w:type="dxa"/>
            <w:tcMar>
              <w:top w:w="40" w:type="dxa"/>
              <w:left w:w="60" w:type="dxa"/>
              <w:bottom w:w="40" w:type="dxa"/>
              <w:right w:w="60" w:type="dxa"/>
            </w:tcMar>
            <w:vAlign w:val="center"/>
          </w:tcPr>
          <w:p w14:paraId="1C6FA0E2" w14:textId="77777777" w:rsidR="0009622B" w:rsidRDefault="0009622B" w:rsidP="00DF6623">
            <w:pPr>
              <w:spacing w:after="0"/>
              <w:jc w:val="center"/>
            </w:pPr>
            <w:r>
              <w:lastRenderedPageBreak/>
              <w:t>52</w:t>
            </w:r>
          </w:p>
        </w:tc>
        <w:tc>
          <w:tcPr>
            <w:tcW w:w="7371" w:type="dxa"/>
            <w:tcMar>
              <w:top w:w="40" w:type="dxa"/>
              <w:left w:w="60" w:type="dxa"/>
              <w:bottom w:w="40" w:type="dxa"/>
              <w:right w:w="60" w:type="dxa"/>
            </w:tcMar>
            <w:vAlign w:val="center"/>
          </w:tcPr>
          <w:p w14:paraId="017BAE49"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00D9D22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F5F0AE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C319612" w14:textId="77777777" w:rsidR="009C1061" w:rsidRDefault="00441274">
            <w:pPr>
              <w:jc w:val="right"/>
            </w:pPr>
            <w:r>
              <w:t>1 500 руб.</w:t>
            </w:r>
          </w:p>
        </w:tc>
        <w:tc>
          <w:tcPr>
            <w:tcW w:w="1587" w:type="dxa"/>
            <w:tcMar>
              <w:top w:w="40" w:type="dxa"/>
              <w:left w:w="60" w:type="dxa"/>
              <w:bottom w:w="40" w:type="dxa"/>
              <w:right w:w="60" w:type="dxa"/>
            </w:tcMar>
            <w:vAlign w:val="center"/>
          </w:tcPr>
          <w:p w14:paraId="5556F579" w14:textId="77777777" w:rsidR="009C1061" w:rsidRDefault="00441274">
            <w:pPr>
              <w:jc w:val="right"/>
            </w:pPr>
            <w:r>
              <w:t>1 500 руб.</w:t>
            </w:r>
          </w:p>
        </w:tc>
      </w:tr>
      <w:tr w:rsidR="0009622B" w14:paraId="1675AE45" w14:textId="77777777" w:rsidTr="00DF6623">
        <w:trPr>
          <w:jc w:val="center"/>
        </w:trPr>
        <w:tc>
          <w:tcPr>
            <w:tcW w:w="453" w:type="dxa"/>
            <w:tcMar>
              <w:top w:w="40" w:type="dxa"/>
              <w:left w:w="60" w:type="dxa"/>
              <w:bottom w:w="40" w:type="dxa"/>
              <w:right w:w="60" w:type="dxa"/>
            </w:tcMar>
            <w:vAlign w:val="center"/>
          </w:tcPr>
          <w:p w14:paraId="0E76E88B" w14:textId="77777777" w:rsidR="0009622B" w:rsidRDefault="0009622B" w:rsidP="00DF6623">
            <w:pPr>
              <w:spacing w:after="0"/>
              <w:jc w:val="center"/>
            </w:pPr>
            <w:r>
              <w:t>53</w:t>
            </w:r>
          </w:p>
        </w:tc>
        <w:tc>
          <w:tcPr>
            <w:tcW w:w="7371" w:type="dxa"/>
            <w:tcMar>
              <w:top w:w="40" w:type="dxa"/>
              <w:left w:w="60" w:type="dxa"/>
              <w:bottom w:w="40" w:type="dxa"/>
              <w:right w:w="60" w:type="dxa"/>
            </w:tcMar>
            <w:vAlign w:val="center"/>
          </w:tcPr>
          <w:p w14:paraId="02C3CEED"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xml:space="preserve">. 2056,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2CE616F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20AE1E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68987A1" w14:textId="77777777" w:rsidR="009C1061" w:rsidRDefault="00441274">
            <w:pPr>
              <w:jc w:val="right"/>
            </w:pPr>
            <w:r>
              <w:t>1 500 руб.</w:t>
            </w:r>
          </w:p>
        </w:tc>
        <w:tc>
          <w:tcPr>
            <w:tcW w:w="1587" w:type="dxa"/>
            <w:tcMar>
              <w:top w:w="40" w:type="dxa"/>
              <w:left w:w="60" w:type="dxa"/>
              <w:bottom w:w="40" w:type="dxa"/>
              <w:right w:w="60" w:type="dxa"/>
            </w:tcMar>
            <w:vAlign w:val="center"/>
          </w:tcPr>
          <w:p w14:paraId="2524F91E" w14:textId="77777777" w:rsidR="009C1061" w:rsidRDefault="00441274">
            <w:pPr>
              <w:jc w:val="right"/>
            </w:pPr>
            <w:r>
              <w:t>1 500 руб.</w:t>
            </w:r>
          </w:p>
        </w:tc>
      </w:tr>
      <w:tr w:rsidR="0009622B" w14:paraId="09DFAD36" w14:textId="77777777" w:rsidTr="00DF6623">
        <w:trPr>
          <w:jc w:val="center"/>
        </w:trPr>
        <w:tc>
          <w:tcPr>
            <w:tcW w:w="453" w:type="dxa"/>
            <w:tcMar>
              <w:top w:w="40" w:type="dxa"/>
              <w:left w:w="60" w:type="dxa"/>
              <w:bottom w:w="40" w:type="dxa"/>
              <w:right w:w="60" w:type="dxa"/>
            </w:tcMar>
            <w:vAlign w:val="center"/>
          </w:tcPr>
          <w:p w14:paraId="3BAB53A6" w14:textId="77777777" w:rsidR="0009622B" w:rsidRDefault="0009622B" w:rsidP="00DF6623">
            <w:pPr>
              <w:spacing w:after="0"/>
              <w:jc w:val="center"/>
            </w:pPr>
            <w:r>
              <w:t>54</w:t>
            </w:r>
          </w:p>
        </w:tc>
        <w:tc>
          <w:tcPr>
            <w:tcW w:w="7371" w:type="dxa"/>
            <w:tcMar>
              <w:top w:w="40" w:type="dxa"/>
              <w:left w:w="60" w:type="dxa"/>
              <w:bottom w:w="40" w:type="dxa"/>
              <w:right w:w="60" w:type="dxa"/>
            </w:tcMar>
            <w:vAlign w:val="center"/>
          </w:tcPr>
          <w:p w14:paraId="36B4E531" w14:textId="77777777" w:rsidR="0009622B" w:rsidRDefault="0009622B" w:rsidP="00DF6623">
            <w:pPr>
              <w:spacing w:after="0"/>
            </w:pPr>
            <w:r w:rsidRPr="00CA0274">
              <w:rPr>
                <w:rFonts w:cs="Times New Roman"/>
                <w:lang w:val="ru-RU"/>
              </w:rPr>
              <w:t xml:space="preserve">Костюм </w:t>
            </w:r>
            <w:r>
              <w:rPr>
                <w:rFonts w:cs="Times New Roman"/>
              </w:rPr>
              <w:t>Lamark</w:t>
            </w:r>
            <w:r w:rsidRPr="00CA0274">
              <w:rPr>
                <w:rFonts w:cs="Times New Roman"/>
                <w:lang w:val="ru-RU"/>
              </w:rPr>
              <w:t xml:space="preserve"> (</w:t>
            </w:r>
            <w:proofErr w:type="spellStart"/>
            <w:r w:rsidRPr="00CA0274">
              <w:rPr>
                <w:rFonts w:cs="Times New Roman"/>
                <w:lang w:val="ru-RU"/>
              </w:rPr>
              <w:t>Ламор</w:t>
            </w:r>
            <w:proofErr w:type="spellEnd"/>
            <w:r w:rsidRPr="00CA0274">
              <w:rPr>
                <w:rFonts w:cs="Times New Roman"/>
                <w:lang w:val="ru-RU"/>
              </w:rPr>
              <w:t xml:space="preserve">) — арт. 745,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50</w:t>
            </w:r>
          </w:p>
        </w:tc>
        <w:tc>
          <w:tcPr>
            <w:tcW w:w="737" w:type="dxa"/>
            <w:tcMar>
              <w:top w:w="40" w:type="dxa"/>
              <w:left w:w="60" w:type="dxa"/>
              <w:bottom w:w="40" w:type="dxa"/>
              <w:right w:w="60" w:type="dxa"/>
            </w:tcMar>
            <w:vAlign w:val="center"/>
          </w:tcPr>
          <w:p w14:paraId="54C9532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A86FA0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7327446" w14:textId="77777777" w:rsidR="009C1061" w:rsidRDefault="00441274">
            <w:pPr>
              <w:jc w:val="right"/>
            </w:pPr>
            <w:r>
              <w:t>1 800 руб.</w:t>
            </w:r>
          </w:p>
        </w:tc>
        <w:tc>
          <w:tcPr>
            <w:tcW w:w="1587" w:type="dxa"/>
            <w:tcMar>
              <w:top w:w="40" w:type="dxa"/>
              <w:left w:w="60" w:type="dxa"/>
              <w:bottom w:w="40" w:type="dxa"/>
              <w:right w:w="60" w:type="dxa"/>
            </w:tcMar>
            <w:vAlign w:val="center"/>
          </w:tcPr>
          <w:p w14:paraId="25A36ED5" w14:textId="77777777" w:rsidR="009C1061" w:rsidRDefault="00441274">
            <w:pPr>
              <w:jc w:val="right"/>
            </w:pPr>
            <w:r>
              <w:t>1 800 руб.</w:t>
            </w:r>
          </w:p>
        </w:tc>
      </w:tr>
      <w:tr w:rsidR="0009622B" w14:paraId="76E9D094" w14:textId="77777777" w:rsidTr="00DF6623">
        <w:trPr>
          <w:jc w:val="center"/>
        </w:trPr>
        <w:tc>
          <w:tcPr>
            <w:tcW w:w="453" w:type="dxa"/>
            <w:tcMar>
              <w:top w:w="40" w:type="dxa"/>
              <w:left w:w="60" w:type="dxa"/>
              <w:bottom w:w="40" w:type="dxa"/>
              <w:right w:w="60" w:type="dxa"/>
            </w:tcMar>
            <w:vAlign w:val="center"/>
          </w:tcPr>
          <w:p w14:paraId="65049D33" w14:textId="77777777" w:rsidR="0009622B" w:rsidRDefault="0009622B" w:rsidP="00DF6623">
            <w:pPr>
              <w:spacing w:after="0"/>
              <w:jc w:val="center"/>
            </w:pPr>
            <w:r>
              <w:t>55</w:t>
            </w:r>
          </w:p>
        </w:tc>
        <w:tc>
          <w:tcPr>
            <w:tcW w:w="7371" w:type="dxa"/>
            <w:tcMar>
              <w:top w:w="40" w:type="dxa"/>
              <w:left w:w="60" w:type="dxa"/>
              <w:bottom w:w="40" w:type="dxa"/>
              <w:right w:w="60" w:type="dxa"/>
            </w:tcMar>
            <w:vAlign w:val="center"/>
          </w:tcPr>
          <w:p w14:paraId="7D0F8A49" w14:textId="77777777" w:rsidR="0009622B" w:rsidRDefault="0009622B" w:rsidP="00DF6623">
            <w:pPr>
              <w:spacing w:after="0"/>
            </w:pPr>
            <w:r w:rsidRPr="00CA0274">
              <w:rPr>
                <w:rFonts w:cs="Times New Roman"/>
                <w:lang w:val="ru-RU"/>
              </w:rPr>
              <w:t xml:space="preserve">Костюм «тройка» Дипломат — арт. 1039,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42</w:t>
            </w:r>
          </w:p>
        </w:tc>
        <w:tc>
          <w:tcPr>
            <w:tcW w:w="737" w:type="dxa"/>
            <w:tcMar>
              <w:top w:w="40" w:type="dxa"/>
              <w:left w:w="60" w:type="dxa"/>
              <w:bottom w:w="40" w:type="dxa"/>
              <w:right w:w="60" w:type="dxa"/>
            </w:tcMar>
            <w:vAlign w:val="center"/>
          </w:tcPr>
          <w:p w14:paraId="58390DC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FD25D7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4596836" w14:textId="77777777" w:rsidR="009C1061" w:rsidRDefault="00441274">
            <w:pPr>
              <w:jc w:val="right"/>
            </w:pPr>
            <w:r>
              <w:t>1 800 руб.</w:t>
            </w:r>
          </w:p>
        </w:tc>
        <w:tc>
          <w:tcPr>
            <w:tcW w:w="1587" w:type="dxa"/>
            <w:tcMar>
              <w:top w:w="40" w:type="dxa"/>
              <w:left w:w="60" w:type="dxa"/>
              <w:bottom w:w="40" w:type="dxa"/>
              <w:right w:w="60" w:type="dxa"/>
            </w:tcMar>
            <w:vAlign w:val="center"/>
          </w:tcPr>
          <w:p w14:paraId="54FFDDB8" w14:textId="77777777" w:rsidR="009C1061" w:rsidRDefault="00441274">
            <w:pPr>
              <w:jc w:val="right"/>
            </w:pPr>
            <w:r>
              <w:t>1 800 руб.</w:t>
            </w:r>
          </w:p>
        </w:tc>
      </w:tr>
      <w:tr w:rsidR="0009622B" w14:paraId="1895E62F" w14:textId="77777777" w:rsidTr="00DF6623">
        <w:trPr>
          <w:jc w:val="center"/>
        </w:trPr>
        <w:tc>
          <w:tcPr>
            <w:tcW w:w="453" w:type="dxa"/>
            <w:tcMar>
              <w:top w:w="40" w:type="dxa"/>
              <w:left w:w="60" w:type="dxa"/>
              <w:bottom w:w="40" w:type="dxa"/>
              <w:right w:w="60" w:type="dxa"/>
            </w:tcMar>
            <w:vAlign w:val="center"/>
          </w:tcPr>
          <w:p w14:paraId="02F3BDD2" w14:textId="77777777" w:rsidR="0009622B" w:rsidRDefault="0009622B" w:rsidP="00DF6623">
            <w:pPr>
              <w:spacing w:after="0"/>
              <w:jc w:val="center"/>
            </w:pPr>
            <w:r>
              <w:t>56</w:t>
            </w:r>
          </w:p>
        </w:tc>
        <w:tc>
          <w:tcPr>
            <w:tcW w:w="7371" w:type="dxa"/>
            <w:tcMar>
              <w:top w:w="40" w:type="dxa"/>
              <w:left w:w="60" w:type="dxa"/>
              <w:bottom w:w="40" w:type="dxa"/>
              <w:right w:w="60" w:type="dxa"/>
            </w:tcMar>
            <w:vAlign w:val="center"/>
          </w:tcPr>
          <w:p w14:paraId="5BC5E519" w14:textId="77777777" w:rsidR="0009622B" w:rsidRDefault="0009622B" w:rsidP="00DF6623">
            <w:pPr>
              <w:spacing w:after="0"/>
            </w:pPr>
            <w:r w:rsidRPr="00CA0274">
              <w:rPr>
                <w:rFonts w:cs="Times New Roman"/>
                <w:lang w:val="ru-RU"/>
              </w:rPr>
              <w:t xml:space="preserve">Костюм </w:t>
            </w:r>
            <w:r>
              <w:rPr>
                <w:rFonts w:cs="Times New Roman"/>
              </w:rPr>
              <w:t>Vegas</w:t>
            </w:r>
            <w:r w:rsidRPr="00CA0274">
              <w:rPr>
                <w:rFonts w:cs="Times New Roman"/>
                <w:lang w:val="ru-RU"/>
              </w:rPr>
              <w:t xml:space="preserve"> (Вегас) — арт. 69529,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51F2D8AF"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C6F91E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F3E47EE" w14:textId="77777777" w:rsidR="009C1061" w:rsidRDefault="00441274">
            <w:pPr>
              <w:jc w:val="right"/>
            </w:pPr>
            <w:r>
              <w:t>1 800 руб.</w:t>
            </w:r>
          </w:p>
        </w:tc>
        <w:tc>
          <w:tcPr>
            <w:tcW w:w="1587" w:type="dxa"/>
            <w:tcMar>
              <w:top w:w="40" w:type="dxa"/>
              <w:left w:w="60" w:type="dxa"/>
              <w:bottom w:w="40" w:type="dxa"/>
              <w:right w:w="60" w:type="dxa"/>
            </w:tcMar>
            <w:vAlign w:val="center"/>
          </w:tcPr>
          <w:p w14:paraId="635A41A9" w14:textId="77777777" w:rsidR="009C1061" w:rsidRDefault="00441274">
            <w:pPr>
              <w:jc w:val="right"/>
            </w:pPr>
            <w:r>
              <w:t>1 800 руб.</w:t>
            </w:r>
          </w:p>
        </w:tc>
      </w:tr>
      <w:tr w:rsidR="0009622B" w14:paraId="32C58CD9" w14:textId="77777777" w:rsidTr="00DF6623">
        <w:trPr>
          <w:jc w:val="center"/>
        </w:trPr>
        <w:tc>
          <w:tcPr>
            <w:tcW w:w="453" w:type="dxa"/>
            <w:tcMar>
              <w:top w:w="40" w:type="dxa"/>
              <w:left w:w="60" w:type="dxa"/>
              <w:bottom w:w="40" w:type="dxa"/>
              <w:right w:w="60" w:type="dxa"/>
            </w:tcMar>
            <w:vAlign w:val="center"/>
          </w:tcPr>
          <w:p w14:paraId="49AC613B" w14:textId="77777777" w:rsidR="0009622B" w:rsidRDefault="0009622B" w:rsidP="00DF6623">
            <w:pPr>
              <w:spacing w:after="0"/>
              <w:jc w:val="center"/>
            </w:pPr>
            <w:r>
              <w:t>57</w:t>
            </w:r>
          </w:p>
        </w:tc>
        <w:tc>
          <w:tcPr>
            <w:tcW w:w="7371" w:type="dxa"/>
            <w:tcMar>
              <w:top w:w="40" w:type="dxa"/>
              <w:left w:w="60" w:type="dxa"/>
              <w:bottom w:w="40" w:type="dxa"/>
              <w:right w:w="60" w:type="dxa"/>
            </w:tcMar>
            <w:vAlign w:val="center"/>
          </w:tcPr>
          <w:p w14:paraId="751AEB33" w14:textId="77777777" w:rsidR="0009622B" w:rsidRDefault="0009622B" w:rsidP="00DF6623">
            <w:pPr>
              <w:spacing w:after="0"/>
            </w:pPr>
            <w:r w:rsidRPr="00CA0274">
              <w:rPr>
                <w:rFonts w:cs="Times New Roman"/>
                <w:lang w:val="ru-RU"/>
              </w:rPr>
              <w:t xml:space="preserve">Костюм </w:t>
            </w:r>
            <w:r>
              <w:rPr>
                <w:rFonts w:cs="Times New Roman"/>
              </w:rPr>
              <w:t>Armand</w:t>
            </w:r>
            <w:r w:rsidRPr="00CA0274">
              <w:rPr>
                <w:rFonts w:cs="Times New Roman"/>
                <w:lang w:val="ru-RU"/>
              </w:rPr>
              <w:t xml:space="preserve"> (Арман) — мод. </w:t>
            </w:r>
            <w:proofErr w:type="gramStart"/>
            <w:r w:rsidRPr="00CA0274">
              <w:rPr>
                <w:rFonts w:cs="Times New Roman"/>
                <w:lang w:val="ru-RU"/>
              </w:rPr>
              <w:t>415-240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56</w:t>
            </w:r>
          </w:p>
        </w:tc>
        <w:tc>
          <w:tcPr>
            <w:tcW w:w="737" w:type="dxa"/>
            <w:tcMar>
              <w:top w:w="40" w:type="dxa"/>
              <w:left w:w="60" w:type="dxa"/>
              <w:bottom w:w="40" w:type="dxa"/>
              <w:right w:w="60" w:type="dxa"/>
            </w:tcMar>
            <w:vAlign w:val="center"/>
          </w:tcPr>
          <w:p w14:paraId="24BDEA6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4D65A6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E569A86" w14:textId="77777777" w:rsidR="009C1061" w:rsidRDefault="00441274">
            <w:pPr>
              <w:jc w:val="right"/>
            </w:pPr>
            <w:r>
              <w:t>1 800 руб.</w:t>
            </w:r>
          </w:p>
        </w:tc>
        <w:tc>
          <w:tcPr>
            <w:tcW w:w="1587" w:type="dxa"/>
            <w:tcMar>
              <w:top w:w="40" w:type="dxa"/>
              <w:left w:w="60" w:type="dxa"/>
              <w:bottom w:w="40" w:type="dxa"/>
              <w:right w:w="60" w:type="dxa"/>
            </w:tcMar>
            <w:vAlign w:val="center"/>
          </w:tcPr>
          <w:p w14:paraId="6B72EB9B" w14:textId="77777777" w:rsidR="009C1061" w:rsidRDefault="00441274">
            <w:pPr>
              <w:jc w:val="right"/>
            </w:pPr>
            <w:r>
              <w:t>1 800 руб.</w:t>
            </w:r>
          </w:p>
        </w:tc>
      </w:tr>
      <w:tr w:rsidR="0009622B" w14:paraId="23D86A54" w14:textId="77777777" w:rsidTr="00DF6623">
        <w:trPr>
          <w:jc w:val="center"/>
        </w:trPr>
        <w:tc>
          <w:tcPr>
            <w:tcW w:w="453" w:type="dxa"/>
            <w:tcMar>
              <w:top w:w="40" w:type="dxa"/>
              <w:left w:w="60" w:type="dxa"/>
              <w:bottom w:w="40" w:type="dxa"/>
              <w:right w:w="60" w:type="dxa"/>
            </w:tcMar>
            <w:vAlign w:val="center"/>
          </w:tcPr>
          <w:p w14:paraId="5FB93E44" w14:textId="77777777" w:rsidR="0009622B" w:rsidRDefault="0009622B" w:rsidP="00DF6623">
            <w:pPr>
              <w:spacing w:after="0"/>
              <w:jc w:val="center"/>
            </w:pPr>
            <w:r>
              <w:t>58</w:t>
            </w:r>
          </w:p>
        </w:tc>
        <w:tc>
          <w:tcPr>
            <w:tcW w:w="7371" w:type="dxa"/>
            <w:tcMar>
              <w:top w:w="40" w:type="dxa"/>
              <w:left w:w="60" w:type="dxa"/>
              <w:bottom w:w="40" w:type="dxa"/>
              <w:right w:w="60" w:type="dxa"/>
            </w:tcMar>
            <w:vAlign w:val="center"/>
          </w:tcPr>
          <w:p w14:paraId="6096A3F2" w14:textId="77777777" w:rsidR="0009622B" w:rsidRDefault="0009622B" w:rsidP="00DF6623">
            <w:pPr>
              <w:spacing w:after="0"/>
            </w:pPr>
            <w:r w:rsidRPr="00CA0274">
              <w:rPr>
                <w:rFonts w:cs="Times New Roman"/>
                <w:lang w:val="ru-RU"/>
              </w:rPr>
              <w:t xml:space="preserve">Костюм </w:t>
            </w:r>
            <w:r>
              <w:rPr>
                <w:rFonts w:cs="Times New Roman"/>
              </w:rPr>
              <w:t>Cobalt</w:t>
            </w:r>
            <w:r w:rsidRPr="00CA0274">
              <w:rPr>
                <w:rFonts w:cs="Times New Roman"/>
                <w:lang w:val="ru-RU"/>
              </w:rPr>
              <w:t xml:space="preserve"> (Кобальт) — серия 413,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56</w:t>
            </w:r>
          </w:p>
        </w:tc>
        <w:tc>
          <w:tcPr>
            <w:tcW w:w="737" w:type="dxa"/>
            <w:tcMar>
              <w:top w:w="40" w:type="dxa"/>
              <w:left w:w="60" w:type="dxa"/>
              <w:bottom w:w="40" w:type="dxa"/>
              <w:right w:w="60" w:type="dxa"/>
            </w:tcMar>
            <w:vAlign w:val="center"/>
          </w:tcPr>
          <w:p w14:paraId="0E1C74A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4B4CAB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6D0CAD5" w14:textId="77777777" w:rsidR="009C1061" w:rsidRDefault="00441274">
            <w:pPr>
              <w:jc w:val="right"/>
            </w:pPr>
            <w:r>
              <w:t>1 800 руб.</w:t>
            </w:r>
          </w:p>
        </w:tc>
        <w:tc>
          <w:tcPr>
            <w:tcW w:w="1587" w:type="dxa"/>
            <w:tcMar>
              <w:top w:w="40" w:type="dxa"/>
              <w:left w:w="60" w:type="dxa"/>
              <w:bottom w:w="40" w:type="dxa"/>
              <w:right w:w="60" w:type="dxa"/>
            </w:tcMar>
            <w:vAlign w:val="center"/>
          </w:tcPr>
          <w:p w14:paraId="230221D3" w14:textId="77777777" w:rsidR="009C1061" w:rsidRDefault="00441274">
            <w:pPr>
              <w:jc w:val="right"/>
            </w:pPr>
            <w:r>
              <w:t>1 800 руб.</w:t>
            </w:r>
          </w:p>
        </w:tc>
      </w:tr>
      <w:tr w:rsidR="0009622B" w14:paraId="3060E0FB" w14:textId="77777777" w:rsidTr="00DF6623">
        <w:trPr>
          <w:jc w:val="center"/>
        </w:trPr>
        <w:tc>
          <w:tcPr>
            <w:tcW w:w="453" w:type="dxa"/>
            <w:tcMar>
              <w:top w:w="40" w:type="dxa"/>
              <w:left w:w="60" w:type="dxa"/>
              <w:bottom w:w="40" w:type="dxa"/>
              <w:right w:w="60" w:type="dxa"/>
            </w:tcMar>
            <w:vAlign w:val="center"/>
          </w:tcPr>
          <w:p w14:paraId="4073E7B7" w14:textId="77777777" w:rsidR="0009622B" w:rsidRDefault="0009622B" w:rsidP="00DF6623">
            <w:pPr>
              <w:spacing w:after="0"/>
              <w:jc w:val="center"/>
            </w:pPr>
            <w:r>
              <w:t>59</w:t>
            </w:r>
          </w:p>
        </w:tc>
        <w:tc>
          <w:tcPr>
            <w:tcW w:w="7371" w:type="dxa"/>
            <w:tcMar>
              <w:top w:w="40" w:type="dxa"/>
              <w:left w:w="60" w:type="dxa"/>
              <w:bottom w:w="40" w:type="dxa"/>
              <w:right w:w="60" w:type="dxa"/>
            </w:tcMar>
            <w:vAlign w:val="center"/>
          </w:tcPr>
          <w:p w14:paraId="398D3118" w14:textId="77777777" w:rsidR="0009622B" w:rsidRDefault="0009622B" w:rsidP="00DF6623">
            <w:pPr>
              <w:spacing w:after="0"/>
            </w:pPr>
            <w:r w:rsidRPr="00CA0274">
              <w:rPr>
                <w:rFonts w:cs="Times New Roman"/>
                <w:lang w:val="ru-RU"/>
              </w:rPr>
              <w:t xml:space="preserve">Костюм </w:t>
            </w:r>
            <w:r>
              <w:rPr>
                <w:rFonts w:cs="Times New Roman"/>
              </w:rPr>
              <w:t>Pers</w:t>
            </w:r>
            <w:r w:rsidRPr="00CA0274">
              <w:rPr>
                <w:rFonts w:cs="Times New Roman"/>
                <w:lang w:val="ru-RU"/>
              </w:rPr>
              <w:t xml:space="preserve"> (Перс) — серия 312,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56</w:t>
            </w:r>
          </w:p>
        </w:tc>
        <w:tc>
          <w:tcPr>
            <w:tcW w:w="737" w:type="dxa"/>
            <w:tcMar>
              <w:top w:w="40" w:type="dxa"/>
              <w:left w:w="60" w:type="dxa"/>
              <w:bottom w:w="40" w:type="dxa"/>
              <w:right w:w="60" w:type="dxa"/>
            </w:tcMar>
            <w:vAlign w:val="center"/>
          </w:tcPr>
          <w:p w14:paraId="78A148D9"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E74929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92851BE" w14:textId="77777777" w:rsidR="009C1061" w:rsidRDefault="00441274">
            <w:pPr>
              <w:jc w:val="right"/>
            </w:pPr>
            <w:r>
              <w:t>1 800 руб.</w:t>
            </w:r>
          </w:p>
        </w:tc>
        <w:tc>
          <w:tcPr>
            <w:tcW w:w="1587" w:type="dxa"/>
            <w:tcMar>
              <w:top w:w="40" w:type="dxa"/>
              <w:left w:w="60" w:type="dxa"/>
              <w:bottom w:w="40" w:type="dxa"/>
              <w:right w:w="60" w:type="dxa"/>
            </w:tcMar>
            <w:vAlign w:val="center"/>
          </w:tcPr>
          <w:p w14:paraId="5AD4CA47" w14:textId="77777777" w:rsidR="009C1061" w:rsidRDefault="00441274">
            <w:pPr>
              <w:jc w:val="right"/>
            </w:pPr>
            <w:r>
              <w:t>3 600 руб.</w:t>
            </w:r>
          </w:p>
        </w:tc>
      </w:tr>
      <w:tr w:rsidR="0009622B" w14:paraId="40FFAC50" w14:textId="77777777" w:rsidTr="00DF6623">
        <w:trPr>
          <w:jc w:val="center"/>
        </w:trPr>
        <w:tc>
          <w:tcPr>
            <w:tcW w:w="453" w:type="dxa"/>
            <w:tcMar>
              <w:top w:w="40" w:type="dxa"/>
              <w:left w:w="60" w:type="dxa"/>
              <w:bottom w:w="40" w:type="dxa"/>
              <w:right w:w="60" w:type="dxa"/>
            </w:tcMar>
            <w:vAlign w:val="center"/>
          </w:tcPr>
          <w:p w14:paraId="0FA3D933" w14:textId="77777777" w:rsidR="0009622B" w:rsidRDefault="0009622B" w:rsidP="00DF6623">
            <w:pPr>
              <w:spacing w:after="0"/>
              <w:jc w:val="center"/>
            </w:pPr>
            <w:r>
              <w:t>60</w:t>
            </w:r>
          </w:p>
        </w:tc>
        <w:tc>
          <w:tcPr>
            <w:tcW w:w="7371" w:type="dxa"/>
            <w:tcMar>
              <w:top w:w="40" w:type="dxa"/>
              <w:left w:w="60" w:type="dxa"/>
              <w:bottom w:w="40" w:type="dxa"/>
              <w:right w:w="60" w:type="dxa"/>
            </w:tcMar>
            <w:vAlign w:val="center"/>
          </w:tcPr>
          <w:p w14:paraId="1BD02F1B" w14:textId="77777777" w:rsidR="0009622B" w:rsidRDefault="0009622B" w:rsidP="00DF6623">
            <w:pPr>
              <w:spacing w:after="0"/>
            </w:pPr>
            <w:proofErr w:type="spellStart"/>
            <w:r>
              <w:rPr>
                <w:rFonts w:cs="Times New Roman"/>
              </w:rPr>
              <w:t>Костюмы</w:t>
            </w:r>
            <w:proofErr w:type="spellEnd"/>
            <w:r>
              <w:rPr>
                <w:rFonts w:cs="Times New Roman"/>
              </w:rPr>
              <w:t xml:space="preserve"> </w:t>
            </w:r>
            <w:proofErr w:type="spellStart"/>
            <w:r>
              <w:rPr>
                <w:rFonts w:cs="Times New Roman"/>
              </w:rPr>
              <w:t>мужские</w:t>
            </w:r>
            <w:proofErr w:type="spellEnd"/>
            <w:r>
              <w:rPr>
                <w:rFonts w:cs="Times New Roman"/>
              </w:rPr>
              <w:t xml:space="preserve"> (</w:t>
            </w:r>
            <w:proofErr w:type="spellStart"/>
            <w:r>
              <w:rPr>
                <w:rFonts w:cs="Times New Roman"/>
              </w:rPr>
              <w:t>Москва</w:t>
            </w:r>
            <w:proofErr w:type="spellEnd"/>
            <w:r>
              <w:rPr>
                <w:rFonts w:cs="Times New Roman"/>
              </w:rPr>
              <w:t>)</w:t>
            </w:r>
          </w:p>
        </w:tc>
        <w:tc>
          <w:tcPr>
            <w:tcW w:w="737" w:type="dxa"/>
            <w:tcMar>
              <w:top w:w="40" w:type="dxa"/>
              <w:left w:w="60" w:type="dxa"/>
              <w:bottom w:w="40" w:type="dxa"/>
              <w:right w:w="60" w:type="dxa"/>
            </w:tcMar>
            <w:vAlign w:val="center"/>
          </w:tcPr>
          <w:p w14:paraId="1CABCD6B" w14:textId="77777777" w:rsidR="0009622B" w:rsidRDefault="0009622B" w:rsidP="00DF6623">
            <w:pPr>
              <w:spacing w:after="0"/>
              <w:jc w:val="center"/>
            </w:pPr>
            <w:r>
              <w:rPr>
                <w:rFonts w:cs="Times New Roman"/>
              </w:rPr>
              <w:t>26</w:t>
            </w:r>
          </w:p>
        </w:tc>
        <w:tc>
          <w:tcPr>
            <w:tcW w:w="680" w:type="dxa"/>
            <w:tcMar>
              <w:top w:w="40" w:type="dxa"/>
              <w:left w:w="60" w:type="dxa"/>
              <w:bottom w:w="40" w:type="dxa"/>
              <w:right w:w="60" w:type="dxa"/>
            </w:tcMar>
            <w:vAlign w:val="center"/>
          </w:tcPr>
          <w:p w14:paraId="05F4349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492AA4D" w14:textId="77777777" w:rsidR="009C1061" w:rsidRDefault="00441274">
            <w:pPr>
              <w:jc w:val="right"/>
            </w:pPr>
            <w:r>
              <w:t>1 500 руб.</w:t>
            </w:r>
          </w:p>
        </w:tc>
        <w:tc>
          <w:tcPr>
            <w:tcW w:w="1587" w:type="dxa"/>
            <w:tcMar>
              <w:top w:w="40" w:type="dxa"/>
              <w:left w:w="60" w:type="dxa"/>
              <w:bottom w:w="40" w:type="dxa"/>
              <w:right w:w="60" w:type="dxa"/>
            </w:tcMar>
            <w:vAlign w:val="center"/>
          </w:tcPr>
          <w:p w14:paraId="099C01DA" w14:textId="77777777" w:rsidR="009C1061" w:rsidRDefault="00441274">
            <w:pPr>
              <w:jc w:val="right"/>
            </w:pPr>
            <w:r>
              <w:t>39 000 руб.</w:t>
            </w:r>
          </w:p>
        </w:tc>
      </w:tr>
      <w:tr w:rsidR="0009622B" w14:paraId="6200696D" w14:textId="77777777" w:rsidTr="00DF6623">
        <w:trPr>
          <w:jc w:val="center"/>
        </w:trPr>
        <w:tc>
          <w:tcPr>
            <w:tcW w:w="453" w:type="dxa"/>
            <w:tcMar>
              <w:top w:w="40" w:type="dxa"/>
              <w:left w:w="60" w:type="dxa"/>
              <w:bottom w:w="40" w:type="dxa"/>
              <w:right w:w="60" w:type="dxa"/>
            </w:tcMar>
            <w:vAlign w:val="center"/>
          </w:tcPr>
          <w:p w14:paraId="2B8241AB" w14:textId="77777777" w:rsidR="0009622B" w:rsidRDefault="0009622B" w:rsidP="00DF6623">
            <w:pPr>
              <w:spacing w:after="0"/>
              <w:jc w:val="center"/>
            </w:pPr>
            <w:r>
              <w:t>61</w:t>
            </w:r>
          </w:p>
        </w:tc>
        <w:tc>
          <w:tcPr>
            <w:tcW w:w="7371" w:type="dxa"/>
            <w:tcMar>
              <w:top w:w="40" w:type="dxa"/>
              <w:left w:w="60" w:type="dxa"/>
              <w:bottom w:w="40" w:type="dxa"/>
              <w:right w:w="60" w:type="dxa"/>
            </w:tcMar>
            <w:vAlign w:val="center"/>
          </w:tcPr>
          <w:p w14:paraId="3F1E1756" w14:textId="77777777" w:rsidR="0009622B" w:rsidRDefault="0009622B" w:rsidP="00DF6623">
            <w:pPr>
              <w:spacing w:after="0"/>
            </w:pPr>
            <w:proofErr w:type="spellStart"/>
            <w:r>
              <w:rPr>
                <w:rFonts w:cs="Times New Roman"/>
              </w:rPr>
              <w:t>Джемпер</w:t>
            </w:r>
            <w:proofErr w:type="spellEnd"/>
            <w:r>
              <w:rPr>
                <w:rFonts w:cs="Times New Roman"/>
              </w:rPr>
              <w:t xml:space="preserve"> </w:t>
            </w:r>
            <w:proofErr w:type="spellStart"/>
            <w:r>
              <w:rPr>
                <w:rFonts w:cs="Times New Roman"/>
              </w:rPr>
              <w:t>мужской</w:t>
            </w:r>
            <w:proofErr w:type="spellEnd"/>
          </w:p>
        </w:tc>
        <w:tc>
          <w:tcPr>
            <w:tcW w:w="737" w:type="dxa"/>
            <w:tcMar>
              <w:top w:w="40" w:type="dxa"/>
              <w:left w:w="60" w:type="dxa"/>
              <w:bottom w:w="40" w:type="dxa"/>
              <w:right w:w="60" w:type="dxa"/>
            </w:tcMar>
            <w:vAlign w:val="center"/>
          </w:tcPr>
          <w:p w14:paraId="00720C66" w14:textId="77777777" w:rsidR="0009622B" w:rsidRDefault="0009622B" w:rsidP="00DF6623">
            <w:pPr>
              <w:spacing w:after="0"/>
              <w:jc w:val="center"/>
            </w:pPr>
            <w:r>
              <w:rPr>
                <w:rFonts w:cs="Times New Roman"/>
              </w:rPr>
              <w:t>17</w:t>
            </w:r>
          </w:p>
        </w:tc>
        <w:tc>
          <w:tcPr>
            <w:tcW w:w="680" w:type="dxa"/>
            <w:tcMar>
              <w:top w:w="40" w:type="dxa"/>
              <w:left w:w="60" w:type="dxa"/>
              <w:bottom w:w="40" w:type="dxa"/>
              <w:right w:w="60" w:type="dxa"/>
            </w:tcMar>
            <w:vAlign w:val="center"/>
          </w:tcPr>
          <w:p w14:paraId="3252437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8F36F6C" w14:textId="77777777" w:rsidR="009C1061" w:rsidRDefault="00441274">
            <w:pPr>
              <w:jc w:val="right"/>
            </w:pPr>
            <w:r>
              <w:t>450 руб.</w:t>
            </w:r>
          </w:p>
        </w:tc>
        <w:tc>
          <w:tcPr>
            <w:tcW w:w="1587" w:type="dxa"/>
            <w:tcMar>
              <w:top w:w="40" w:type="dxa"/>
              <w:left w:w="60" w:type="dxa"/>
              <w:bottom w:w="40" w:type="dxa"/>
              <w:right w:w="60" w:type="dxa"/>
            </w:tcMar>
            <w:vAlign w:val="center"/>
          </w:tcPr>
          <w:p w14:paraId="4E0647E1" w14:textId="77777777" w:rsidR="009C1061" w:rsidRDefault="00441274">
            <w:pPr>
              <w:jc w:val="right"/>
            </w:pPr>
            <w:r>
              <w:t>7 650 руб.</w:t>
            </w:r>
          </w:p>
        </w:tc>
      </w:tr>
      <w:tr w:rsidR="0009622B" w14:paraId="335A93D4" w14:textId="77777777" w:rsidTr="00DF6623">
        <w:trPr>
          <w:jc w:val="center"/>
        </w:trPr>
        <w:tc>
          <w:tcPr>
            <w:tcW w:w="453" w:type="dxa"/>
            <w:tcMar>
              <w:top w:w="40" w:type="dxa"/>
              <w:left w:w="60" w:type="dxa"/>
              <w:bottom w:w="40" w:type="dxa"/>
              <w:right w:w="60" w:type="dxa"/>
            </w:tcMar>
            <w:vAlign w:val="center"/>
          </w:tcPr>
          <w:p w14:paraId="44D9654C" w14:textId="77777777" w:rsidR="0009622B" w:rsidRDefault="0009622B" w:rsidP="00DF6623">
            <w:pPr>
              <w:spacing w:after="0"/>
              <w:jc w:val="center"/>
            </w:pPr>
            <w:r>
              <w:t>62</w:t>
            </w:r>
          </w:p>
        </w:tc>
        <w:tc>
          <w:tcPr>
            <w:tcW w:w="7371" w:type="dxa"/>
            <w:tcMar>
              <w:top w:w="40" w:type="dxa"/>
              <w:left w:w="60" w:type="dxa"/>
              <w:bottom w:w="40" w:type="dxa"/>
              <w:right w:w="60" w:type="dxa"/>
            </w:tcMar>
            <w:vAlign w:val="center"/>
          </w:tcPr>
          <w:p w14:paraId="630FE142" w14:textId="77777777" w:rsidR="0009622B" w:rsidRDefault="0009622B" w:rsidP="00DF6623">
            <w:pPr>
              <w:spacing w:after="0"/>
            </w:pPr>
            <w:r w:rsidRPr="00CA0274">
              <w:rPr>
                <w:rFonts w:cs="Times New Roman"/>
                <w:lang w:val="ru-RU"/>
              </w:rPr>
              <w:t xml:space="preserve">Костюм </w:t>
            </w:r>
            <w:proofErr w:type="spellStart"/>
            <w:r>
              <w:rPr>
                <w:rFonts w:cs="Times New Roman"/>
              </w:rPr>
              <w:t>Contata</w:t>
            </w:r>
            <w:proofErr w:type="spellEnd"/>
            <w:r w:rsidRPr="00CA0274">
              <w:rPr>
                <w:rFonts w:cs="Times New Roman"/>
                <w:lang w:val="ru-RU"/>
              </w:rPr>
              <w:t xml:space="preserve"> (</w:t>
            </w:r>
            <w:proofErr w:type="spellStart"/>
            <w:r w:rsidRPr="00CA0274">
              <w:rPr>
                <w:rFonts w:cs="Times New Roman"/>
                <w:lang w:val="ru-RU"/>
              </w:rPr>
              <w:t>Контата</w:t>
            </w:r>
            <w:proofErr w:type="spellEnd"/>
            <w:r w:rsidRPr="00CA0274">
              <w:rPr>
                <w:rFonts w:cs="Times New Roman"/>
                <w:lang w:val="ru-RU"/>
              </w:rPr>
              <w:t xml:space="preserve">) — мод. 8041,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73419A35"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6C5DF6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018983C" w14:textId="77777777" w:rsidR="009C1061" w:rsidRDefault="00441274">
            <w:pPr>
              <w:jc w:val="right"/>
            </w:pPr>
            <w:r>
              <w:t>1 800 руб.</w:t>
            </w:r>
          </w:p>
        </w:tc>
        <w:tc>
          <w:tcPr>
            <w:tcW w:w="1587" w:type="dxa"/>
            <w:tcMar>
              <w:top w:w="40" w:type="dxa"/>
              <w:left w:w="60" w:type="dxa"/>
              <w:bottom w:w="40" w:type="dxa"/>
              <w:right w:w="60" w:type="dxa"/>
            </w:tcMar>
            <w:vAlign w:val="center"/>
          </w:tcPr>
          <w:p w14:paraId="2A950E83" w14:textId="77777777" w:rsidR="009C1061" w:rsidRDefault="00441274">
            <w:pPr>
              <w:jc w:val="right"/>
            </w:pPr>
            <w:r>
              <w:t>1 800 руб.</w:t>
            </w:r>
          </w:p>
        </w:tc>
      </w:tr>
      <w:tr w:rsidR="0009622B" w14:paraId="3A34AAF8" w14:textId="77777777" w:rsidTr="00DF6623">
        <w:trPr>
          <w:jc w:val="center"/>
        </w:trPr>
        <w:tc>
          <w:tcPr>
            <w:tcW w:w="453" w:type="dxa"/>
            <w:tcMar>
              <w:top w:w="40" w:type="dxa"/>
              <w:left w:w="60" w:type="dxa"/>
              <w:bottom w:w="40" w:type="dxa"/>
              <w:right w:w="60" w:type="dxa"/>
            </w:tcMar>
            <w:vAlign w:val="center"/>
          </w:tcPr>
          <w:p w14:paraId="34E5F67F" w14:textId="77777777" w:rsidR="0009622B" w:rsidRDefault="0009622B" w:rsidP="00DF6623">
            <w:pPr>
              <w:spacing w:after="0"/>
              <w:jc w:val="center"/>
            </w:pPr>
            <w:r>
              <w:t>63</w:t>
            </w:r>
          </w:p>
        </w:tc>
        <w:tc>
          <w:tcPr>
            <w:tcW w:w="7371" w:type="dxa"/>
            <w:tcMar>
              <w:top w:w="40" w:type="dxa"/>
              <w:left w:w="60" w:type="dxa"/>
              <w:bottom w:w="40" w:type="dxa"/>
              <w:right w:w="60" w:type="dxa"/>
            </w:tcMar>
            <w:vAlign w:val="center"/>
          </w:tcPr>
          <w:p w14:paraId="752E2EBD" w14:textId="77777777" w:rsidR="0009622B" w:rsidRDefault="0009622B" w:rsidP="00DF6623">
            <w:pPr>
              <w:spacing w:after="0"/>
            </w:pPr>
            <w:r w:rsidRPr="00CA0274">
              <w:rPr>
                <w:rFonts w:cs="Times New Roman"/>
                <w:lang w:val="ru-RU"/>
              </w:rPr>
              <w:t xml:space="preserve">Костюм </w:t>
            </w:r>
            <w:r>
              <w:rPr>
                <w:rFonts w:cs="Times New Roman"/>
              </w:rPr>
              <w:t>Edison</w:t>
            </w:r>
            <w:r w:rsidRPr="00CA0274">
              <w:rPr>
                <w:rFonts w:cs="Times New Roman"/>
                <w:lang w:val="ru-RU"/>
              </w:rPr>
              <w:t xml:space="preserve"> (Эдисон) — мод. </w:t>
            </w:r>
            <w:proofErr w:type="gramStart"/>
            <w:r w:rsidRPr="00CA0274">
              <w:rPr>
                <w:rFonts w:cs="Times New Roman"/>
                <w:lang w:val="ru-RU"/>
              </w:rPr>
              <w:t>421-262</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07C4093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6A3375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E8DBCD9" w14:textId="77777777" w:rsidR="009C1061" w:rsidRDefault="00441274">
            <w:pPr>
              <w:jc w:val="right"/>
            </w:pPr>
            <w:r>
              <w:t>1 800 руб.</w:t>
            </w:r>
          </w:p>
        </w:tc>
        <w:tc>
          <w:tcPr>
            <w:tcW w:w="1587" w:type="dxa"/>
            <w:tcMar>
              <w:top w:w="40" w:type="dxa"/>
              <w:left w:w="60" w:type="dxa"/>
              <w:bottom w:w="40" w:type="dxa"/>
              <w:right w:w="60" w:type="dxa"/>
            </w:tcMar>
            <w:vAlign w:val="center"/>
          </w:tcPr>
          <w:p w14:paraId="5E92A0EE" w14:textId="77777777" w:rsidR="009C1061" w:rsidRDefault="00441274">
            <w:pPr>
              <w:jc w:val="right"/>
            </w:pPr>
            <w:r>
              <w:t>1 800 руб.</w:t>
            </w:r>
          </w:p>
        </w:tc>
      </w:tr>
      <w:tr w:rsidR="0009622B" w14:paraId="72E888E0" w14:textId="77777777" w:rsidTr="00DF6623">
        <w:trPr>
          <w:jc w:val="center"/>
        </w:trPr>
        <w:tc>
          <w:tcPr>
            <w:tcW w:w="453" w:type="dxa"/>
            <w:tcMar>
              <w:top w:w="40" w:type="dxa"/>
              <w:left w:w="60" w:type="dxa"/>
              <w:bottom w:w="40" w:type="dxa"/>
              <w:right w:w="60" w:type="dxa"/>
            </w:tcMar>
            <w:vAlign w:val="center"/>
          </w:tcPr>
          <w:p w14:paraId="118FC423" w14:textId="77777777" w:rsidR="0009622B" w:rsidRDefault="0009622B" w:rsidP="00DF6623">
            <w:pPr>
              <w:spacing w:after="0"/>
              <w:jc w:val="center"/>
            </w:pPr>
            <w:r>
              <w:t>64</w:t>
            </w:r>
          </w:p>
        </w:tc>
        <w:tc>
          <w:tcPr>
            <w:tcW w:w="7371" w:type="dxa"/>
            <w:tcMar>
              <w:top w:w="40" w:type="dxa"/>
              <w:left w:w="60" w:type="dxa"/>
              <w:bottom w:w="40" w:type="dxa"/>
              <w:right w:w="60" w:type="dxa"/>
            </w:tcMar>
            <w:vAlign w:val="center"/>
          </w:tcPr>
          <w:p w14:paraId="53643699" w14:textId="77777777" w:rsidR="0009622B" w:rsidRDefault="0009622B" w:rsidP="00DF6623">
            <w:pPr>
              <w:spacing w:after="0"/>
            </w:pPr>
            <w:r w:rsidRPr="00CA0274">
              <w:rPr>
                <w:rFonts w:cs="Times New Roman"/>
                <w:lang w:val="ru-RU"/>
              </w:rPr>
              <w:t xml:space="preserve">Костюм </w:t>
            </w:r>
            <w:proofErr w:type="spellStart"/>
            <w:r>
              <w:rPr>
                <w:rFonts w:cs="Times New Roman"/>
              </w:rPr>
              <w:t>Vegos</w:t>
            </w:r>
            <w:proofErr w:type="spellEnd"/>
            <w:r w:rsidRPr="00CA0274">
              <w:rPr>
                <w:rFonts w:cs="Times New Roman"/>
                <w:lang w:val="ru-RU"/>
              </w:rPr>
              <w:t xml:space="preserve"> (</w:t>
            </w:r>
            <w:proofErr w:type="spellStart"/>
            <w:r w:rsidRPr="00CA0274">
              <w:rPr>
                <w:rFonts w:cs="Times New Roman"/>
                <w:lang w:val="ru-RU"/>
              </w:rPr>
              <w:t>Вегос</w:t>
            </w:r>
            <w:proofErr w:type="spellEnd"/>
            <w:r w:rsidRPr="00CA0274">
              <w:rPr>
                <w:rFonts w:cs="Times New Roman"/>
                <w:lang w:val="ru-RU"/>
              </w:rPr>
              <w:t xml:space="preserve">) — арт. 69529,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468F7B26"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9744C6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DA3DEF6" w14:textId="77777777" w:rsidR="009C1061" w:rsidRDefault="00441274">
            <w:pPr>
              <w:jc w:val="right"/>
            </w:pPr>
            <w:r>
              <w:t>1 800 руб.</w:t>
            </w:r>
          </w:p>
        </w:tc>
        <w:tc>
          <w:tcPr>
            <w:tcW w:w="1587" w:type="dxa"/>
            <w:tcMar>
              <w:top w:w="40" w:type="dxa"/>
              <w:left w:w="60" w:type="dxa"/>
              <w:bottom w:w="40" w:type="dxa"/>
              <w:right w:w="60" w:type="dxa"/>
            </w:tcMar>
            <w:vAlign w:val="center"/>
          </w:tcPr>
          <w:p w14:paraId="22AD7184" w14:textId="77777777" w:rsidR="009C1061" w:rsidRDefault="00441274">
            <w:pPr>
              <w:jc w:val="right"/>
            </w:pPr>
            <w:r>
              <w:t>1 800 руб.</w:t>
            </w:r>
          </w:p>
        </w:tc>
      </w:tr>
      <w:tr w:rsidR="0009622B" w14:paraId="0EC1C7DD" w14:textId="77777777" w:rsidTr="00DF6623">
        <w:trPr>
          <w:jc w:val="center"/>
        </w:trPr>
        <w:tc>
          <w:tcPr>
            <w:tcW w:w="453" w:type="dxa"/>
            <w:tcMar>
              <w:top w:w="40" w:type="dxa"/>
              <w:left w:w="60" w:type="dxa"/>
              <w:bottom w:w="40" w:type="dxa"/>
              <w:right w:w="60" w:type="dxa"/>
            </w:tcMar>
            <w:vAlign w:val="center"/>
          </w:tcPr>
          <w:p w14:paraId="5DD7F4DB" w14:textId="77777777" w:rsidR="0009622B" w:rsidRDefault="0009622B" w:rsidP="00DF6623">
            <w:pPr>
              <w:spacing w:after="0"/>
              <w:jc w:val="center"/>
            </w:pPr>
            <w:r>
              <w:t>65</w:t>
            </w:r>
          </w:p>
        </w:tc>
        <w:tc>
          <w:tcPr>
            <w:tcW w:w="7371" w:type="dxa"/>
            <w:tcMar>
              <w:top w:w="40" w:type="dxa"/>
              <w:left w:w="60" w:type="dxa"/>
              <w:bottom w:w="40" w:type="dxa"/>
              <w:right w:w="60" w:type="dxa"/>
            </w:tcMar>
            <w:vAlign w:val="center"/>
          </w:tcPr>
          <w:p w14:paraId="40D95C96" w14:textId="77777777" w:rsidR="0009622B" w:rsidRDefault="0009622B" w:rsidP="00DF6623">
            <w:pPr>
              <w:spacing w:after="0"/>
            </w:pPr>
            <w:r w:rsidRPr="00CA0274">
              <w:rPr>
                <w:rFonts w:cs="Times New Roman"/>
                <w:lang w:val="ru-RU"/>
              </w:rPr>
              <w:t xml:space="preserve">Костюм мужской </w:t>
            </w:r>
            <w:r>
              <w:rPr>
                <w:rFonts w:cs="Times New Roman"/>
              </w:rPr>
              <w:t>Frans</w:t>
            </w:r>
            <w:r w:rsidRPr="00CA0274">
              <w:rPr>
                <w:rFonts w:cs="Times New Roman"/>
                <w:lang w:val="ru-RU"/>
              </w:rPr>
              <w:t xml:space="preserve"> (Франс) — серия 311,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60</w:t>
            </w:r>
          </w:p>
        </w:tc>
        <w:tc>
          <w:tcPr>
            <w:tcW w:w="737" w:type="dxa"/>
            <w:tcMar>
              <w:top w:w="40" w:type="dxa"/>
              <w:left w:w="60" w:type="dxa"/>
              <w:bottom w:w="40" w:type="dxa"/>
              <w:right w:w="60" w:type="dxa"/>
            </w:tcMar>
            <w:vAlign w:val="center"/>
          </w:tcPr>
          <w:p w14:paraId="6DC1B6F6"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B94FEB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DFC9C5A" w14:textId="77777777" w:rsidR="009C1061" w:rsidRDefault="00441274">
            <w:pPr>
              <w:jc w:val="right"/>
            </w:pPr>
            <w:r>
              <w:t>1 800 руб.</w:t>
            </w:r>
          </w:p>
        </w:tc>
        <w:tc>
          <w:tcPr>
            <w:tcW w:w="1587" w:type="dxa"/>
            <w:tcMar>
              <w:top w:w="40" w:type="dxa"/>
              <w:left w:w="60" w:type="dxa"/>
              <w:bottom w:w="40" w:type="dxa"/>
              <w:right w:w="60" w:type="dxa"/>
            </w:tcMar>
            <w:vAlign w:val="center"/>
          </w:tcPr>
          <w:p w14:paraId="3F071BC9" w14:textId="77777777" w:rsidR="009C1061" w:rsidRDefault="00441274">
            <w:pPr>
              <w:jc w:val="right"/>
            </w:pPr>
            <w:r>
              <w:t>1 800 руб.</w:t>
            </w:r>
          </w:p>
        </w:tc>
      </w:tr>
      <w:tr w:rsidR="0009622B" w14:paraId="06827675" w14:textId="77777777" w:rsidTr="00DF6623">
        <w:trPr>
          <w:jc w:val="center"/>
        </w:trPr>
        <w:tc>
          <w:tcPr>
            <w:tcW w:w="453" w:type="dxa"/>
            <w:tcMar>
              <w:top w:w="40" w:type="dxa"/>
              <w:left w:w="60" w:type="dxa"/>
              <w:bottom w:w="40" w:type="dxa"/>
              <w:right w:w="60" w:type="dxa"/>
            </w:tcMar>
            <w:vAlign w:val="center"/>
          </w:tcPr>
          <w:p w14:paraId="3B1D1498" w14:textId="77777777" w:rsidR="0009622B" w:rsidRDefault="0009622B" w:rsidP="00DF6623">
            <w:pPr>
              <w:spacing w:after="0"/>
              <w:jc w:val="center"/>
            </w:pPr>
            <w:r>
              <w:lastRenderedPageBreak/>
              <w:t>66</w:t>
            </w:r>
          </w:p>
        </w:tc>
        <w:tc>
          <w:tcPr>
            <w:tcW w:w="7371" w:type="dxa"/>
            <w:tcMar>
              <w:top w:w="40" w:type="dxa"/>
              <w:left w:w="60" w:type="dxa"/>
              <w:bottom w:w="40" w:type="dxa"/>
              <w:right w:w="60" w:type="dxa"/>
            </w:tcMar>
            <w:vAlign w:val="center"/>
          </w:tcPr>
          <w:p w14:paraId="65ABE49B" w14:textId="77777777" w:rsidR="0009622B" w:rsidRDefault="0009622B" w:rsidP="00DF6623">
            <w:pPr>
              <w:spacing w:after="0"/>
            </w:pPr>
            <w:r w:rsidRPr="00CA0274">
              <w:rPr>
                <w:rFonts w:cs="Times New Roman"/>
                <w:lang w:val="ru-RU"/>
              </w:rPr>
              <w:t xml:space="preserve">Костюм </w:t>
            </w:r>
            <w:proofErr w:type="spellStart"/>
            <w:r>
              <w:rPr>
                <w:rFonts w:cs="Times New Roman"/>
              </w:rPr>
              <w:t>Contata</w:t>
            </w:r>
            <w:proofErr w:type="spellEnd"/>
            <w:r w:rsidRPr="00CA0274">
              <w:rPr>
                <w:rFonts w:cs="Times New Roman"/>
                <w:lang w:val="ru-RU"/>
              </w:rPr>
              <w:t xml:space="preserve"> (</w:t>
            </w:r>
            <w:proofErr w:type="spellStart"/>
            <w:r w:rsidRPr="00CA0274">
              <w:rPr>
                <w:rFonts w:cs="Times New Roman"/>
                <w:lang w:val="ru-RU"/>
              </w:rPr>
              <w:t>Контата</w:t>
            </w:r>
            <w:proofErr w:type="spellEnd"/>
            <w:r w:rsidRPr="00CA0274">
              <w:rPr>
                <w:rFonts w:cs="Times New Roman"/>
                <w:lang w:val="ru-RU"/>
              </w:rPr>
              <w:t xml:space="preserve">) — мод. 8041,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60</w:t>
            </w:r>
          </w:p>
        </w:tc>
        <w:tc>
          <w:tcPr>
            <w:tcW w:w="737" w:type="dxa"/>
            <w:tcMar>
              <w:top w:w="40" w:type="dxa"/>
              <w:left w:w="60" w:type="dxa"/>
              <w:bottom w:w="40" w:type="dxa"/>
              <w:right w:w="60" w:type="dxa"/>
            </w:tcMar>
            <w:vAlign w:val="center"/>
          </w:tcPr>
          <w:p w14:paraId="0E6E02E6"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D71FD4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90F8BAE" w14:textId="77777777" w:rsidR="009C1061" w:rsidRDefault="00441274">
            <w:pPr>
              <w:jc w:val="right"/>
            </w:pPr>
            <w:r>
              <w:t>1 800 руб.</w:t>
            </w:r>
          </w:p>
        </w:tc>
        <w:tc>
          <w:tcPr>
            <w:tcW w:w="1587" w:type="dxa"/>
            <w:tcMar>
              <w:top w:w="40" w:type="dxa"/>
              <w:left w:w="60" w:type="dxa"/>
              <w:bottom w:w="40" w:type="dxa"/>
              <w:right w:w="60" w:type="dxa"/>
            </w:tcMar>
            <w:vAlign w:val="center"/>
          </w:tcPr>
          <w:p w14:paraId="346E4CBB" w14:textId="77777777" w:rsidR="009C1061" w:rsidRDefault="00441274">
            <w:pPr>
              <w:jc w:val="right"/>
            </w:pPr>
            <w:r>
              <w:t>1 800 руб.</w:t>
            </w:r>
          </w:p>
        </w:tc>
      </w:tr>
      <w:tr w:rsidR="0009622B" w14:paraId="6E7D791B" w14:textId="77777777" w:rsidTr="00DF6623">
        <w:trPr>
          <w:jc w:val="center"/>
        </w:trPr>
        <w:tc>
          <w:tcPr>
            <w:tcW w:w="453" w:type="dxa"/>
            <w:tcMar>
              <w:top w:w="40" w:type="dxa"/>
              <w:left w:w="60" w:type="dxa"/>
              <w:bottom w:w="40" w:type="dxa"/>
              <w:right w:w="60" w:type="dxa"/>
            </w:tcMar>
            <w:vAlign w:val="center"/>
          </w:tcPr>
          <w:p w14:paraId="560715C8" w14:textId="77777777" w:rsidR="0009622B" w:rsidRDefault="0009622B" w:rsidP="00DF6623">
            <w:pPr>
              <w:spacing w:after="0"/>
              <w:jc w:val="center"/>
            </w:pPr>
            <w:r>
              <w:t>67</w:t>
            </w:r>
          </w:p>
        </w:tc>
        <w:tc>
          <w:tcPr>
            <w:tcW w:w="7371" w:type="dxa"/>
            <w:tcMar>
              <w:top w:w="40" w:type="dxa"/>
              <w:left w:w="60" w:type="dxa"/>
              <w:bottom w:w="40" w:type="dxa"/>
              <w:right w:w="60" w:type="dxa"/>
            </w:tcMar>
            <w:vAlign w:val="center"/>
          </w:tcPr>
          <w:p w14:paraId="68DB8B18" w14:textId="77777777" w:rsidR="0009622B" w:rsidRPr="002B4315" w:rsidRDefault="0009622B" w:rsidP="00DF6623">
            <w:pPr>
              <w:spacing w:after="0"/>
              <w:rPr>
                <w:lang w:val="ru-RU"/>
              </w:rPr>
            </w:pPr>
            <w:r w:rsidRPr="00CA0274">
              <w:rPr>
                <w:rFonts w:cs="Times New Roman"/>
                <w:lang w:val="ru-RU"/>
              </w:rPr>
              <w:t xml:space="preserve">Костюм </w:t>
            </w:r>
            <w:r>
              <w:rPr>
                <w:rFonts w:cs="Times New Roman"/>
              </w:rPr>
              <w:t>Frans</w:t>
            </w:r>
            <w:r w:rsidRPr="00CA0274">
              <w:rPr>
                <w:rFonts w:cs="Times New Roman"/>
                <w:lang w:val="ru-RU"/>
              </w:rPr>
              <w:t xml:space="preserve"> (Франс) — арт. </w:t>
            </w:r>
            <w:r>
              <w:rPr>
                <w:rFonts w:cs="Times New Roman"/>
              </w:rPr>
              <w:t>KM</w:t>
            </w:r>
            <w:r w:rsidRPr="00CA0274">
              <w:rPr>
                <w:rFonts w:cs="Times New Roman"/>
                <w:lang w:val="ru-RU"/>
              </w:rPr>
              <w:t xml:space="preserve">001, </w:t>
            </w:r>
            <w:proofErr w:type="spellStart"/>
            <w:r w:rsidRPr="00CA0274">
              <w:rPr>
                <w:rFonts w:cs="Times New Roman"/>
                <w:lang w:val="ru-RU"/>
              </w:rPr>
              <w:t>разм</w:t>
            </w:r>
            <w:proofErr w:type="spellEnd"/>
            <w:r w:rsidRPr="00CA0274">
              <w:rPr>
                <w:rFonts w:cs="Times New Roman"/>
                <w:lang w:val="ru-RU"/>
              </w:rPr>
              <w:t xml:space="preserve">. </w:t>
            </w:r>
            <w:r w:rsidRPr="002B4315">
              <w:rPr>
                <w:rFonts w:cs="Times New Roman"/>
                <w:lang w:val="ru-RU"/>
              </w:rPr>
              <w:t>58</w:t>
            </w:r>
          </w:p>
        </w:tc>
        <w:tc>
          <w:tcPr>
            <w:tcW w:w="737" w:type="dxa"/>
            <w:tcMar>
              <w:top w:w="40" w:type="dxa"/>
              <w:left w:w="60" w:type="dxa"/>
              <w:bottom w:w="40" w:type="dxa"/>
              <w:right w:w="60" w:type="dxa"/>
            </w:tcMar>
            <w:vAlign w:val="center"/>
          </w:tcPr>
          <w:p w14:paraId="4974181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5CC4A2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94564F5" w14:textId="77777777" w:rsidR="009C1061" w:rsidRDefault="00441274">
            <w:pPr>
              <w:jc w:val="right"/>
            </w:pPr>
            <w:r>
              <w:t>1 800 руб.</w:t>
            </w:r>
          </w:p>
        </w:tc>
        <w:tc>
          <w:tcPr>
            <w:tcW w:w="1587" w:type="dxa"/>
            <w:tcMar>
              <w:top w:w="40" w:type="dxa"/>
              <w:left w:w="60" w:type="dxa"/>
              <w:bottom w:w="40" w:type="dxa"/>
              <w:right w:w="60" w:type="dxa"/>
            </w:tcMar>
            <w:vAlign w:val="center"/>
          </w:tcPr>
          <w:p w14:paraId="463EB39D" w14:textId="77777777" w:rsidR="009C1061" w:rsidRDefault="00441274">
            <w:pPr>
              <w:jc w:val="right"/>
            </w:pPr>
            <w:r>
              <w:t>1 800 руб.</w:t>
            </w:r>
          </w:p>
        </w:tc>
      </w:tr>
      <w:tr w:rsidR="0009622B" w14:paraId="5D5D2F18" w14:textId="77777777" w:rsidTr="00DF6623">
        <w:trPr>
          <w:jc w:val="center"/>
        </w:trPr>
        <w:tc>
          <w:tcPr>
            <w:tcW w:w="453" w:type="dxa"/>
            <w:tcMar>
              <w:top w:w="40" w:type="dxa"/>
              <w:left w:w="60" w:type="dxa"/>
              <w:bottom w:w="40" w:type="dxa"/>
              <w:right w:w="60" w:type="dxa"/>
            </w:tcMar>
            <w:vAlign w:val="center"/>
          </w:tcPr>
          <w:p w14:paraId="5E9BF04D" w14:textId="77777777" w:rsidR="0009622B" w:rsidRDefault="0009622B" w:rsidP="00DF6623">
            <w:pPr>
              <w:spacing w:after="0"/>
              <w:jc w:val="center"/>
            </w:pPr>
            <w:r>
              <w:t>68</w:t>
            </w:r>
          </w:p>
        </w:tc>
        <w:tc>
          <w:tcPr>
            <w:tcW w:w="7371" w:type="dxa"/>
            <w:tcMar>
              <w:top w:w="40" w:type="dxa"/>
              <w:left w:w="60" w:type="dxa"/>
              <w:bottom w:w="40" w:type="dxa"/>
              <w:right w:w="60" w:type="dxa"/>
            </w:tcMar>
            <w:vAlign w:val="center"/>
          </w:tcPr>
          <w:p w14:paraId="1F5E9E9B" w14:textId="77777777" w:rsidR="0009622B" w:rsidRDefault="0009622B" w:rsidP="00DF6623">
            <w:pPr>
              <w:spacing w:after="0"/>
            </w:pPr>
            <w:r w:rsidRPr="00CA0274">
              <w:rPr>
                <w:rFonts w:cs="Times New Roman"/>
                <w:lang w:val="ru-RU"/>
              </w:rPr>
              <w:t xml:space="preserve">Костюм </w:t>
            </w:r>
            <w:r>
              <w:rPr>
                <w:rFonts w:cs="Times New Roman"/>
              </w:rPr>
              <w:t>Blackpool</w:t>
            </w:r>
            <w:r w:rsidRPr="00CA0274">
              <w:rPr>
                <w:rFonts w:cs="Times New Roman"/>
                <w:lang w:val="ru-RU"/>
              </w:rPr>
              <w:t xml:space="preserve"> (Блэкпул) — серия 419,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58</w:t>
            </w:r>
          </w:p>
        </w:tc>
        <w:tc>
          <w:tcPr>
            <w:tcW w:w="737" w:type="dxa"/>
            <w:tcMar>
              <w:top w:w="40" w:type="dxa"/>
              <w:left w:w="60" w:type="dxa"/>
              <w:bottom w:w="40" w:type="dxa"/>
              <w:right w:w="60" w:type="dxa"/>
            </w:tcMar>
            <w:vAlign w:val="center"/>
          </w:tcPr>
          <w:p w14:paraId="0BF7519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A02BB7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5DDBBDC" w14:textId="77777777" w:rsidR="009C1061" w:rsidRDefault="00441274">
            <w:pPr>
              <w:jc w:val="right"/>
            </w:pPr>
            <w:r>
              <w:t>1 800 руб.</w:t>
            </w:r>
          </w:p>
        </w:tc>
        <w:tc>
          <w:tcPr>
            <w:tcW w:w="1587" w:type="dxa"/>
            <w:tcMar>
              <w:top w:w="40" w:type="dxa"/>
              <w:left w:w="60" w:type="dxa"/>
              <w:bottom w:w="40" w:type="dxa"/>
              <w:right w:w="60" w:type="dxa"/>
            </w:tcMar>
            <w:vAlign w:val="center"/>
          </w:tcPr>
          <w:p w14:paraId="667CD0A5" w14:textId="77777777" w:rsidR="009C1061" w:rsidRDefault="00441274">
            <w:pPr>
              <w:jc w:val="right"/>
            </w:pPr>
            <w:r>
              <w:t>1 800 руб.</w:t>
            </w:r>
          </w:p>
        </w:tc>
      </w:tr>
      <w:tr w:rsidR="0009622B" w14:paraId="72DDD433" w14:textId="77777777" w:rsidTr="00DF6623">
        <w:trPr>
          <w:jc w:val="center"/>
        </w:trPr>
        <w:tc>
          <w:tcPr>
            <w:tcW w:w="453" w:type="dxa"/>
            <w:tcMar>
              <w:top w:w="40" w:type="dxa"/>
              <w:left w:w="60" w:type="dxa"/>
              <w:bottom w:w="40" w:type="dxa"/>
              <w:right w:w="60" w:type="dxa"/>
            </w:tcMar>
            <w:vAlign w:val="center"/>
          </w:tcPr>
          <w:p w14:paraId="5AE48DCC" w14:textId="77777777" w:rsidR="0009622B" w:rsidRDefault="0009622B" w:rsidP="00DF6623">
            <w:pPr>
              <w:spacing w:after="0"/>
              <w:jc w:val="center"/>
            </w:pPr>
            <w:r>
              <w:t>69</w:t>
            </w:r>
          </w:p>
        </w:tc>
        <w:tc>
          <w:tcPr>
            <w:tcW w:w="7371" w:type="dxa"/>
            <w:tcMar>
              <w:top w:w="40" w:type="dxa"/>
              <w:left w:w="60" w:type="dxa"/>
              <w:bottom w:w="40" w:type="dxa"/>
              <w:right w:w="60" w:type="dxa"/>
            </w:tcMar>
            <w:vAlign w:val="center"/>
          </w:tcPr>
          <w:p w14:paraId="0D20C266" w14:textId="77777777" w:rsidR="0009622B" w:rsidRDefault="0009622B" w:rsidP="00DF6623">
            <w:pPr>
              <w:spacing w:after="0"/>
            </w:pPr>
            <w:r w:rsidRPr="00CA0274">
              <w:rPr>
                <w:rFonts w:cs="Times New Roman"/>
                <w:lang w:val="ru-RU"/>
              </w:rPr>
              <w:t xml:space="preserve">Костюм </w:t>
            </w:r>
            <w:r>
              <w:rPr>
                <w:rFonts w:cs="Times New Roman"/>
              </w:rPr>
              <w:t>Freight</w:t>
            </w:r>
            <w:r w:rsidRPr="00CA0274">
              <w:rPr>
                <w:rFonts w:cs="Times New Roman"/>
                <w:lang w:val="ru-RU"/>
              </w:rPr>
              <w:t xml:space="preserve"> (</w:t>
            </w:r>
            <w:proofErr w:type="spellStart"/>
            <w:r w:rsidRPr="00CA0274">
              <w:rPr>
                <w:rFonts w:cs="Times New Roman"/>
                <w:lang w:val="ru-RU"/>
              </w:rPr>
              <w:t>Фрейт</w:t>
            </w:r>
            <w:proofErr w:type="spellEnd"/>
            <w:r w:rsidRPr="00CA0274">
              <w:rPr>
                <w:rFonts w:cs="Times New Roman"/>
                <w:lang w:val="ru-RU"/>
              </w:rPr>
              <w:t xml:space="preserve">) — мод. </w:t>
            </w:r>
            <w:proofErr w:type="gramStart"/>
            <w:r w:rsidRPr="00CA0274">
              <w:rPr>
                <w:rFonts w:cs="Times New Roman"/>
                <w:lang w:val="ru-RU"/>
              </w:rPr>
              <w:t>841-249</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58</w:t>
            </w:r>
          </w:p>
        </w:tc>
        <w:tc>
          <w:tcPr>
            <w:tcW w:w="737" w:type="dxa"/>
            <w:tcMar>
              <w:top w:w="40" w:type="dxa"/>
              <w:left w:w="60" w:type="dxa"/>
              <w:bottom w:w="40" w:type="dxa"/>
              <w:right w:w="60" w:type="dxa"/>
            </w:tcMar>
            <w:vAlign w:val="center"/>
          </w:tcPr>
          <w:p w14:paraId="3CCE7D20"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8A305B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11E6C0A" w14:textId="77777777" w:rsidR="009C1061" w:rsidRDefault="00441274">
            <w:pPr>
              <w:jc w:val="right"/>
            </w:pPr>
            <w:r>
              <w:t>1 800 руб.</w:t>
            </w:r>
          </w:p>
        </w:tc>
        <w:tc>
          <w:tcPr>
            <w:tcW w:w="1587" w:type="dxa"/>
            <w:tcMar>
              <w:top w:w="40" w:type="dxa"/>
              <w:left w:w="60" w:type="dxa"/>
              <w:bottom w:w="40" w:type="dxa"/>
              <w:right w:w="60" w:type="dxa"/>
            </w:tcMar>
            <w:vAlign w:val="center"/>
          </w:tcPr>
          <w:p w14:paraId="07235E1B" w14:textId="77777777" w:rsidR="009C1061" w:rsidRDefault="00441274">
            <w:pPr>
              <w:jc w:val="right"/>
            </w:pPr>
            <w:r>
              <w:t>1 800 руб.</w:t>
            </w:r>
          </w:p>
        </w:tc>
      </w:tr>
      <w:tr w:rsidR="0009622B" w14:paraId="2C93DA17" w14:textId="77777777" w:rsidTr="00DF6623">
        <w:trPr>
          <w:jc w:val="center"/>
        </w:trPr>
        <w:tc>
          <w:tcPr>
            <w:tcW w:w="453" w:type="dxa"/>
            <w:tcMar>
              <w:top w:w="40" w:type="dxa"/>
              <w:left w:w="60" w:type="dxa"/>
              <w:bottom w:w="40" w:type="dxa"/>
              <w:right w:w="60" w:type="dxa"/>
            </w:tcMar>
            <w:vAlign w:val="center"/>
          </w:tcPr>
          <w:p w14:paraId="43229C2E" w14:textId="77777777" w:rsidR="0009622B" w:rsidRDefault="0009622B" w:rsidP="00DF6623">
            <w:pPr>
              <w:spacing w:after="0"/>
              <w:jc w:val="center"/>
            </w:pPr>
            <w:r>
              <w:t>70</w:t>
            </w:r>
          </w:p>
        </w:tc>
        <w:tc>
          <w:tcPr>
            <w:tcW w:w="7371" w:type="dxa"/>
            <w:tcMar>
              <w:top w:w="40" w:type="dxa"/>
              <w:left w:w="60" w:type="dxa"/>
              <w:bottom w:w="40" w:type="dxa"/>
              <w:right w:w="60" w:type="dxa"/>
            </w:tcMar>
            <w:vAlign w:val="center"/>
          </w:tcPr>
          <w:p w14:paraId="21CE654F" w14:textId="77777777" w:rsidR="0009622B" w:rsidRDefault="0009622B" w:rsidP="00DF6623">
            <w:pPr>
              <w:spacing w:after="0"/>
            </w:pPr>
            <w:r w:rsidRPr="00CA0274">
              <w:rPr>
                <w:rFonts w:cs="Times New Roman"/>
                <w:lang w:val="ru-RU"/>
              </w:rPr>
              <w:t xml:space="preserve">Брюки (Южная Корея) — арт. 87440,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21</w:t>
            </w:r>
          </w:p>
        </w:tc>
        <w:tc>
          <w:tcPr>
            <w:tcW w:w="737" w:type="dxa"/>
            <w:tcMar>
              <w:top w:w="40" w:type="dxa"/>
              <w:left w:w="60" w:type="dxa"/>
              <w:bottom w:w="40" w:type="dxa"/>
              <w:right w:w="60" w:type="dxa"/>
            </w:tcMar>
            <w:vAlign w:val="center"/>
          </w:tcPr>
          <w:p w14:paraId="06113DF3"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5E825A3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9CC8A29" w14:textId="77777777" w:rsidR="009C1061" w:rsidRDefault="00441274">
            <w:pPr>
              <w:jc w:val="right"/>
            </w:pPr>
            <w:r>
              <w:t>550 руб.</w:t>
            </w:r>
          </w:p>
        </w:tc>
        <w:tc>
          <w:tcPr>
            <w:tcW w:w="1587" w:type="dxa"/>
            <w:tcMar>
              <w:top w:w="40" w:type="dxa"/>
              <w:left w:w="60" w:type="dxa"/>
              <w:bottom w:w="40" w:type="dxa"/>
              <w:right w:w="60" w:type="dxa"/>
            </w:tcMar>
            <w:vAlign w:val="center"/>
          </w:tcPr>
          <w:p w14:paraId="46DD22FB" w14:textId="77777777" w:rsidR="009C1061" w:rsidRDefault="00441274">
            <w:pPr>
              <w:jc w:val="right"/>
            </w:pPr>
            <w:r>
              <w:t>2 750 руб.</w:t>
            </w:r>
          </w:p>
        </w:tc>
      </w:tr>
      <w:tr w:rsidR="0009622B" w14:paraId="12F9E899" w14:textId="77777777" w:rsidTr="00DF6623">
        <w:trPr>
          <w:jc w:val="center"/>
        </w:trPr>
        <w:tc>
          <w:tcPr>
            <w:tcW w:w="453" w:type="dxa"/>
            <w:tcMar>
              <w:top w:w="40" w:type="dxa"/>
              <w:left w:w="60" w:type="dxa"/>
              <w:bottom w:w="40" w:type="dxa"/>
              <w:right w:w="60" w:type="dxa"/>
            </w:tcMar>
            <w:vAlign w:val="center"/>
          </w:tcPr>
          <w:p w14:paraId="3F227534" w14:textId="77777777" w:rsidR="0009622B" w:rsidRDefault="0009622B" w:rsidP="00DF6623">
            <w:pPr>
              <w:spacing w:after="0"/>
              <w:jc w:val="center"/>
            </w:pPr>
            <w:r>
              <w:t>71</w:t>
            </w:r>
          </w:p>
        </w:tc>
        <w:tc>
          <w:tcPr>
            <w:tcW w:w="7371" w:type="dxa"/>
            <w:tcMar>
              <w:top w:w="40" w:type="dxa"/>
              <w:left w:w="60" w:type="dxa"/>
              <w:bottom w:w="40" w:type="dxa"/>
              <w:right w:w="60" w:type="dxa"/>
            </w:tcMar>
            <w:vAlign w:val="center"/>
          </w:tcPr>
          <w:p w14:paraId="27F7255B"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4F60E940"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53E12A3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01E7F3E" w14:textId="77777777" w:rsidR="009C1061" w:rsidRDefault="00441274">
            <w:pPr>
              <w:jc w:val="right"/>
            </w:pPr>
            <w:r>
              <w:t>550 руб.</w:t>
            </w:r>
          </w:p>
        </w:tc>
        <w:tc>
          <w:tcPr>
            <w:tcW w:w="1587" w:type="dxa"/>
            <w:tcMar>
              <w:top w:w="40" w:type="dxa"/>
              <w:left w:w="60" w:type="dxa"/>
              <w:bottom w:w="40" w:type="dxa"/>
              <w:right w:w="60" w:type="dxa"/>
            </w:tcMar>
            <w:vAlign w:val="center"/>
          </w:tcPr>
          <w:p w14:paraId="2D042486" w14:textId="77777777" w:rsidR="009C1061" w:rsidRDefault="00441274">
            <w:pPr>
              <w:jc w:val="right"/>
            </w:pPr>
            <w:r>
              <w:t>4 950 руб.</w:t>
            </w:r>
          </w:p>
        </w:tc>
      </w:tr>
      <w:tr w:rsidR="0009622B" w14:paraId="7B19D393" w14:textId="77777777" w:rsidTr="00DF6623">
        <w:trPr>
          <w:jc w:val="center"/>
        </w:trPr>
        <w:tc>
          <w:tcPr>
            <w:tcW w:w="453" w:type="dxa"/>
            <w:tcMar>
              <w:top w:w="40" w:type="dxa"/>
              <w:left w:w="60" w:type="dxa"/>
              <w:bottom w:w="40" w:type="dxa"/>
              <w:right w:w="60" w:type="dxa"/>
            </w:tcMar>
            <w:vAlign w:val="center"/>
          </w:tcPr>
          <w:p w14:paraId="185CF520" w14:textId="77777777" w:rsidR="0009622B" w:rsidRDefault="0009622B" w:rsidP="00DF6623">
            <w:pPr>
              <w:spacing w:after="0"/>
              <w:jc w:val="center"/>
            </w:pPr>
            <w:r>
              <w:t>72</w:t>
            </w:r>
          </w:p>
        </w:tc>
        <w:tc>
          <w:tcPr>
            <w:tcW w:w="7371" w:type="dxa"/>
            <w:tcMar>
              <w:top w:w="40" w:type="dxa"/>
              <w:left w:w="60" w:type="dxa"/>
              <w:bottom w:w="40" w:type="dxa"/>
              <w:right w:w="60" w:type="dxa"/>
            </w:tcMar>
            <w:vAlign w:val="center"/>
          </w:tcPr>
          <w:p w14:paraId="4134814D"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xml:space="preserve">. 9120,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1651350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46CF18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27B0F5B" w14:textId="77777777" w:rsidR="009C1061" w:rsidRDefault="00441274">
            <w:pPr>
              <w:jc w:val="right"/>
            </w:pPr>
            <w:r>
              <w:t>550 руб.</w:t>
            </w:r>
          </w:p>
        </w:tc>
        <w:tc>
          <w:tcPr>
            <w:tcW w:w="1587" w:type="dxa"/>
            <w:tcMar>
              <w:top w:w="40" w:type="dxa"/>
              <w:left w:w="60" w:type="dxa"/>
              <w:bottom w:w="40" w:type="dxa"/>
              <w:right w:w="60" w:type="dxa"/>
            </w:tcMar>
            <w:vAlign w:val="center"/>
          </w:tcPr>
          <w:p w14:paraId="6608CFD4" w14:textId="77777777" w:rsidR="009C1061" w:rsidRDefault="00441274">
            <w:pPr>
              <w:jc w:val="right"/>
            </w:pPr>
            <w:r>
              <w:t>550 руб.</w:t>
            </w:r>
          </w:p>
        </w:tc>
      </w:tr>
      <w:tr w:rsidR="0009622B" w14:paraId="60662F66" w14:textId="77777777" w:rsidTr="00DF6623">
        <w:trPr>
          <w:jc w:val="center"/>
        </w:trPr>
        <w:tc>
          <w:tcPr>
            <w:tcW w:w="453" w:type="dxa"/>
            <w:tcMar>
              <w:top w:w="40" w:type="dxa"/>
              <w:left w:w="60" w:type="dxa"/>
              <w:bottom w:w="40" w:type="dxa"/>
              <w:right w:w="60" w:type="dxa"/>
            </w:tcMar>
            <w:vAlign w:val="center"/>
          </w:tcPr>
          <w:p w14:paraId="28D6AD42" w14:textId="77777777" w:rsidR="0009622B" w:rsidRDefault="0009622B" w:rsidP="00DF6623">
            <w:pPr>
              <w:spacing w:after="0"/>
              <w:jc w:val="center"/>
            </w:pPr>
            <w:r>
              <w:t>73</w:t>
            </w:r>
          </w:p>
        </w:tc>
        <w:tc>
          <w:tcPr>
            <w:tcW w:w="7371" w:type="dxa"/>
            <w:tcMar>
              <w:top w:w="40" w:type="dxa"/>
              <w:left w:w="60" w:type="dxa"/>
              <w:bottom w:w="40" w:type="dxa"/>
              <w:right w:w="60" w:type="dxa"/>
            </w:tcMar>
            <w:vAlign w:val="center"/>
          </w:tcPr>
          <w:p w14:paraId="4EC18462"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7100816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B7182D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CB663E1" w14:textId="77777777" w:rsidR="009C1061" w:rsidRDefault="00441274">
            <w:pPr>
              <w:jc w:val="right"/>
            </w:pPr>
            <w:r>
              <w:t>550 руб.</w:t>
            </w:r>
          </w:p>
        </w:tc>
        <w:tc>
          <w:tcPr>
            <w:tcW w:w="1587" w:type="dxa"/>
            <w:tcMar>
              <w:top w:w="40" w:type="dxa"/>
              <w:left w:w="60" w:type="dxa"/>
              <w:bottom w:w="40" w:type="dxa"/>
              <w:right w:w="60" w:type="dxa"/>
            </w:tcMar>
            <w:vAlign w:val="center"/>
          </w:tcPr>
          <w:p w14:paraId="4C22716D" w14:textId="77777777" w:rsidR="009C1061" w:rsidRDefault="00441274">
            <w:pPr>
              <w:jc w:val="right"/>
            </w:pPr>
            <w:r>
              <w:t>550 руб.</w:t>
            </w:r>
          </w:p>
        </w:tc>
      </w:tr>
      <w:tr w:rsidR="0009622B" w14:paraId="72522A0C" w14:textId="77777777" w:rsidTr="00DF6623">
        <w:trPr>
          <w:jc w:val="center"/>
        </w:trPr>
        <w:tc>
          <w:tcPr>
            <w:tcW w:w="453" w:type="dxa"/>
            <w:tcMar>
              <w:top w:w="40" w:type="dxa"/>
              <w:left w:w="60" w:type="dxa"/>
              <w:bottom w:w="40" w:type="dxa"/>
              <w:right w:w="60" w:type="dxa"/>
            </w:tcMar>
            <w:vAlign w:val="center"/>
          </w:tcPr>
          <w:p w14:paraId="4B353CDD" w14:textId="77777777" w:rsidR="0009622B" w:rsidRDefault="0009622B" w:rsidP="00DF6623">
            <w:pPr>
              <w:spacing w:after="0"/>
              <w:jc w:val="center"/>
            </w:pPr>
            <w:r>
              <w:t>74</w:t>
            </w:r>
          </w:p>
        </w:tc>
        <w:tc>
          <w:tcPr>
            <w:tcW w:w="7371" w:type="dxa"/>
            <w:tcMar>
              <w:top w:w="40" w:type="dxa"/>
              <w:left w:w="60" w:type="dxa"/>
              <w:bottom w:w="40" w:type="dxa"/>
              <w:right w:w="60" w:type="dxa"/>
            </w:tcMar>
            <w:vAlign w:val="center"/>
          </w:tcPr>
          <w:p w14:paraId="546CB7D6" w14:textId="77777777" w:rsidR="0009622B" w:rsidRDefault="0009622B" w:rsidP="00DF6623">
            <w:pPr>
              <w:spacing w:after="0"/>
            </w:pPr>
            <w:r w:rsidRPr="00CA0274">
              <w:rPr>
                <w:rFonts w:cs="Times New Roman"/>
                <w:lang w:val="ru-RU"/>
              </w:rPr>
              <w:t xml:space="preserve">Костюм </w:t>
            </w:r>
            <w:r>
              <w:rPr>
                <w:rFonts w:cs="Times New Roman"/>
              </w:rPr>
              <w:t>Cardiff</w:t>
            </w:r>
            <w:r w:rsidRPr="00CA0274">
              <w:rPr>
                <w:rFonts w:cs="Times New Roman"/>
                <w:lang w:val="ru-RU"/>
              </w:rPr>
              <w:t xml:space="preserve"> (Кардифф) — мод. </w:t>
            </w:r>
            <w:proofErr w:type="gramStart"/>
            <w:r w:rsidRPr="00CA0274">
              <w:rPr>
                <w:rFonts w:cs="Times New Roman"/>
                <w:lang w:val="ru-RU"/>
              </w:rPr>
              <w:t>411-240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64</w:t>
            </w:r>
          </w:p>
        </w:tc>
        <w:tc>
          <w:tcPr>
            <w:tcW w:w="737" w:type="dxa"/>
            <w:tcMar>
              <w:top w:w="40" w:type="dxa"/>
              <w:left w:w="60" w:type="dxa"/>
              <w:bottom w:w="40" w:type="dxa"/>
              <w:right w:w="60" w:type="dxa"/>
            </w:tcMar>
            <w:vAlign w:val="center"/>
          </w:tcPr>
          <w:p w14:paraId="69D5668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ACA53E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F02AEF8" w14:textId="77777777" w:rsidR="009C1061" w:rsidRDefault="00441274">
            <w:pPr>
              <w:jc w:val="right"/>
            </w:pPr>
            <w:r>
              <w:t>1 800 руб.</w:t>
            </w:r>
          </w:p>
        </w:tc>
        <w:tc>
          <w:tcPr>
            <w:tcW w:w="1587" w:type="dxa"/>
            <w:tcMar>
              <w:top w:w="40" w:type="dxa"/>
              <w:left w:w="60" w:type="dxa"/>
              <w:bottom w:w="40" w:type="dxa"/>
              <w:right w:w="60" w:type="dxa"/>
            </w:tcMar>
            <w:vAlign w:val="center"/>
          </w:tcPr>
          <w:p w14:paraId="24FF544F" w14:textId="77777777" w:rsidR="009C1061" w:rsidRDefault="00441274">
            <w:pPr>
              <w:jc w:val="right"/>
            </w:pPr>
            <w:r>
              <w:t>1 800 руб.</w:t>
            </w:r>
          </w:p>
        </w:tc>
      </w:tr>
      <w:tr w:rsidR="0009622B" w14:paraId="7C1F074D" w14:textId="77777777" w:rsidTr="00DF6623">
        <w:trPr>
          <w:jc w:val="center"/>
        </w:trPr>
        <w:tc>
          <w:tcPr>
            <w:tcW w:w="453" w:type="dxa"/>
            <w:tcMar>
              <w:top w:w="40" w:type="dxa"/>
              <w:left w:w="60" w:type="dxa"/>
              <w:bottom w:w="40" w:type="dxa"/>
              <w:right w:w="60" w:type="dxa"/>
            </w:tcMar>
            <w:vAlign w:val="center"/>
          </w:tcPr>
          <w:p w14:paraId="5523F5E9" w14:textId="77777777" w:rsidR="0009622B" w:rsidRDefault="0009622B" w:rsidP="00DF6623">
            <w:pPr>
              <w:spacing w:after="0"/>
              <w:jc w:val="center"/>
            </w:pPr>
            <w:r>
              <w:t>75</w:t>
            </w:r>
          </w:p>
        </w:tc>
        <w:tc>
          <w:tcPr>
            <w:tcW w:w="7371" w:type="dxa"/>
            <w:tcMar>
              <w:top w:w="40" w:type="dxa"/>
              <w:left w:w="60" w:type="dxa"/>
              <w:bottom w:w="40" w:type="dxa"/>
              <w:right w:w="60" w:type="dxa"/>
            </w:tcMar>
            <w:vAlign w:val="center"/>
          </w:tcPr>
          <w:p w14:paraId="5F9DC6AE" w14:textId="77777777" w:rsidR="0009622B" w:rsidRDefault="0009622B" w:rsidP="00DF6623">
            <w:pPr>
              <w:spacing w:after="0"/>
            </w:pPr>
            <w:r w:rsidRPr="00CA0274">
              <w:rPr>
                <w:rFonts w:cs="Times New Roman"/>
                <w:lang w:val="ru-RU"/>
              </w:rPr>
              <w:t xml:space="preserve">Костюм мужской </w:t>
            </w:r>
            <w:r>
              <w:rPr>
                <w:rFonts w:cs="Times New Roman"/>
              </w:rPr>
              <w:t>Domani</w:t>
            </w:r>
            <w:r w:rsidRPr="00CA0274">
              <w:rPr>
                <w:rFonts w:cs="Times New Roman"/>
                <w:lang w:val="ru-RU"/>
              </w:rPr>
              <w:t xml:space="preserve"> (Домани) — мод. </w:t>
            </w:r>
            <w:proofErr w:type="gramStart"/>
            <w:r w:rsidRPr="00CA0274">
              <w:rPr>
                <w:rFonts w:cs="Times New Roman"/>
                <w:lang w:val="ru-RU"/>
              </w:rPr>
              <w:t>411-240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42DBF5A6"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B6BC57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083FA44" w14:textId="77777777" w:rsidR="009C1061" w:rsidRDefault="00441274">
            <w:pPr>
              <w:jc w:val="right"/>
            </w:pPr>
            <w:r>
              <w:t>1 800 руб.</w:t>
            </w:r>
          </w:p>
        </w:tc>
        <w:tc>
          <w:tcPr>
            <w:tcW w:w="1587" w:type="dxa"/>
            <w:tcMar>
              <w:top w:w="40" w:type="dxa"/>
              <w:left w:w="60" w:type="dxa"/>
              <w:bottom w:w="40" w:type="dxa"/>
              <w:right w:w="60" w:type="dxa"/>
            </w:tcMar>
            <w:vAlign w:val="center"/>
          </w:tcPr>
          <w:p w14:paraId="2224E2D7" w14:textId="77777777" w:rsidR="009C1061" w:rsidRDefault="00441274">
            <w:pPr>
              <w:jc w:val="right"/>
            </w:pPr>
            <w:r>
              <w:t>1 800 руб.</w:t>
            </w:r>
          </w:p>
        </w:tc>
      </w:tr>
      <w:tr w:rsidR="0009622B" w14:paraId="49892982" w14:textId="77777777" w:rsidTr="00DF6623">
        <w:trPr>
          <w:jc w:val="center"/>
        </w:trPr>
        <w:tc>
          <w:tcPr>
            <w:tcW w:w="453" w:type="dxa"/>
            <w:tcMar>
              <w:top w:w="40" w:type="dxa"/>
              <w:left w:w="60" w:type="dxa"/>
              <w:bottom w:w="40" w:type="dxa"/>
              <w:right w:w="60" w:type="dxa"/>
            </w:tcMar>
            <w:vAlign w:val="center"/>
          </w:tcPr>
          <w:p w14:paraId="4D6813D3" w14:textId="77777777" w:rsidR="0009622B" w:rsidRDefault="0009622B" w:rsidP="00DF6623">
            <w:pPr>
              <w:spacing w:after="0"/>
              <w:jc w:val="center"/>
            </w:pPr>
            <w:r>
              <w:t>76</w:t>
            </w:r>
          </w:p>
        </w:tc>
        <w:tc>
          <w:tcPr>
            <w:tcW w:w="7371" w:type="dxa"/>
            <w:tcMar>
              <w:top w:w="40" w:type="dxa"/>
              <w:left w:w="60" w:type="dxa"/>
              <w:bottom w:w="40" w:type="dxa"/>
              <w:right w:w="60" w:type="dxa"/>
            </w:tcMar>
            <w:vAlign w:val="center"/>
          </w:tcPr>
          <w:p w14:paraId="2CCD736C" w14:textId="77777777" w:rsidR="0009622B" w:rsidRDefault="0009622B" w:rsidP="00DF6623">
            <w:pPr>
              <w:spacing w:after="0"/>
            </w:pPr>
            <w:r w:rsidRPr="00CA0274">
              <w:rPr>
                <w:rFonts w:cs="Times New Roman"/>
                <w:lang w:val="ru-RU"/>
              </w:rPr>
              <w:t xml:space="preserve">Костюм </w:t>
            </w:r>
            <w:r>
              <w:rPr>
                <w:rFonts w:cs="Times New Roman"/>
              </w:rPr>
              <w:t>Burke</w:t>
            </w:r>
            <w:r w:rsidRPr="00CA0274">
              <w:rPr>
                <w:rFonts w:cs="Times New Roman"/>
                <w:lang w:val="ru-RU"/>
              </w:rPr>
              <w:t xml:space="preserve"> (</w:t>
            </w:r>
            <w:proofErr w:type="spellStart"/>
            <w:r w:rsidRPr="00CA0274">
              <w:rPr>
                <w:rFonts w:cs="Times New Roman"/>
                <w:lang w:val="ru-RU"/>
              </w:rPr>
              <w:t>Бурк</w:t>
            </w:r>
            <w:proofErr w:type="spellEnd"/>
            <w:r w:rsidRPr="00CA0274">
              <w:rPr>
                <w:rFonts w:cs="Times New Roman"/>
                <w:lang w:val="ru-RU"/>
              </w:rPr>
              <w:t xml:space="preserve">) — мод. </w:t>
            </w:r>
            <w:proofErr w:type="gramStart"/>
            <w:r w:rsidRPr="00CA0274">
              <w:rPr>
                <w:rFonts w:cs="Times New Roman"/>
                <w:lang w:val="ru-RU"/>
              </w:rPr>
              <w:t>411-240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62</w:t>
            </w:r>
          </w:p>
        </w:tc>
        <w:tc>
          <w:tcPr>
            <w:tcW w:w="737" w:type="dxa"/>
            <w:tcMar>
              <w:top w:w="40" w:type="dxa"/>
              <w:left w:w="60" w:type="dxa"/>
              <w:bottom w:w="40" w:type="dxa"/>
              <w:right w:w="60" w:type="dxa"/>
            </w:tcMar>
            <w:vAlign w:val="center"/>
          </w:tcPr>
          <w:p w14:paraId="60D1D40B"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CC093B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2EFDF00" w14:textId="77777777" w:rsidR="009C1061" w:rsidRDefault="00441274">
            <w:pPr>
              <w:jc w:val="right"/>
            </w:pPr>
            <w:r>
              <w:t>1 800 руб.</w:t>
            </w:r>
          </w:p>
        </w:tc>
        <w:tc>
          <w:tcPr>
            <w:tcW w:w="1587" w:type="dxa"/>
            <w:tcMar>
              <w:top w:w="40" w:type="dxa"/>
              <w:left w:w="60" w:type="dxa"/>
              <w:bottom w:w="40" w:type="dxa"/>
              <w:right w:w="60" w:type="dxa"/>
            </w:tcMar>
            <w:vAlign w:val="center"/>
          </w:tcPr>
          <w:p w14:paraId="374ABEDE" w14:textId="77777777" w:rsidR="009C1061" w:rsidRDefault="00441274">
            <w:pPr>
              <w:jc w:val="right"/>
            </w:pPr>
            <w:r>
              <w:t>1 800 руб.</w:t>
            </w:r>
          </w:p>
        </w:tc>
      </w:tr>
      <w:tr w:rsidR="0009622B" w14:paraId="1D0D0083" w14:textId="77777777" w:rsidTr="00DF6623">
        <w:trPr>
          <w:jc w:val="center"/>
        </w:trPr>
        <w:tc>
          <w:tcPr>
            <w:tcW w:w="453" w:type="dxa"/>
            <w:tcMar>
              <w:top w:w="40" w:type="dxa"/>
              <w:left w:w="60" w:type="dxa"/>
              <w:bottom w:w="40" w:type="dxa"/>
              <w:right w:w="60" w:type="dxa"/>
            </w:tcMar>
            <w:vAlign w:val="center"/>
          </w:tcPr>
          <w:p w14:paraId="2E0A386B" w14:textId="77777777" w:rsidR="0009622B" w:rsidRDefault="0009622B" w:rsidP="00DF6623">
            <w:pPr>
              <w:spacing w:after="0"/>
              <w:jc w:val="center"/>
            </w:pPr>
            <w:r>
              <w:t>77</w:t>
            </w:r>
          </w:p>
        </w:tc>
        <w:tc>
          <w:tcPr>
            <w:tcW w:w="7371" w:type="dxa"/>
            <w:tcMar>
              <w:top w:w="40" w:type="dxa"/>
              <w:left w:w="60" w:type="dxa"/>
              <w:bottom w:w="40" w:type="dxa"/>
              <w:right w:w="60" w:type="dxa"/>
            </w:tcMar>
            <w:vAlign w:val="center"/>
          </w:tcPr>
          <w:p w14:paraId="592332B1" w14:textId="77777777" w:rsidR="0009622B" w:rsidRDefault="0009622B" w:rsidP="00DF6623">
            <w:pPr>
              <w:spacing w:after="0"/>
            </w:pPr>
            <w:r w:rsidRPr="00CA0274">
              <w:rPr>
                <w:rFonts w:cs="Times New Roman"/>
                <w:lang w:val="ru-RU"/>
              </w:rPr>
              <w:t xml:space="preserve">Костюм </w:t>
            </w:r>
            <w:r>
              <w:rPr>
                <w:rFonts w:cs="Times New Roman"/>
              </w:rPr>
              <w:t>Armand</w:t>
            </w:r>
            <w:r w:rsidRPr="00CA0274">
              <w:rPr>
                <w:rFonts w:cs="Times New Roman"/>
                <w:lang w:val="ru-RU"/>
              </w:rPr>
              <w:t xml:space="preserve"> (Арман) — мод. </w:t>
            </w:r>
            <w:proofErr w:type="gramStart"/>
            <w:r w:rsidRPr="00CA0274">
              <w:rPr>
                <w:rFonts w:cs="Times New Roman"/>
                <w:lang w:val="ru-RU"/>
              </w:rPr>
              <w:t>415-240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56</w:t>
            </w:r>
          </w:p>
        </w:tc>
        <w:tc>
          <w:tcPr>
            <w:tcW w:w="737" w:type="dxa"/>
            <w:tcMar>
              <w:top w:w="40" w:type="dxa"/>
              <w:left w:w="60" w:type="dxa"/>
              <w:bottom w:w="40" w:type="dxa"/>
              <w:right w:w="60" w:type="dxa"/>
            </w:tcMar>
            <w:vAlign w:val="center"/>
          </w:tcPr>
          <w:p w14:paraId="365C97A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931C17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4D80B76" w14:textId="77777777" w:rsidR="009C1061" w:rsidRDefault="00441274">
            <w:pPr>
              <w:jc w:val="right"/>
            </w:pPr>
            <w:r>
              <w:t>1 800 руб.</w:t>
            </w:r>
          </w:p>
        </w:tc>
        <w:tc>
          <w:tcPr>
            <w:tcW w:w="1587" w:type="dxa"/>
            <w:tcMar>
              <w:top w:w="40" w:type="dxa"/>
              <w:left w:w="60" w:type="dxa"/>
              <w:bottom w:w="40" w:type="dxa"/>
              <w:right w:w="60" w:type="dxa"/>
            </w:tcMar>
            <w:vAlign w:val="center"/>
          </w:tcPr>
          <w:p w14:paraId="0F3C72CE" w14:textId="77777777" w:rsidR="009C1061" w:rsidRDefault="00441274">
            <w:pPr>
              <w:jc w:val="right"/>
            </w:pPr>
            <w:r>
              <w:t>1 800 руб.</w:t>
            </w:r>
          </w:p>
        </w:tc>
      </w:tr>
      <w:tr w:rsidR="0009622B" w14:paraId="0F91CDB5" w14:textId="77777777" w:rsidTr="00DF6623">
        <w:trPr>
          <w:jc w:val="center"/>
        </w:trPr>
        <w:tc>
          <w:tcPr>
            <w:tcW w:w="453" w:type="dxa"/>
            <w:tcMar>
              <w:top w:w="40" w:type="dxa"/>
              <w:left w:w="60" w:type="dxa"/>
              <w:bottom w:w="40" w:type="dxa"/>
              <w:right w:w="60" w:type="dxa"/>
            </w:tcMar>
            <w:vAlign w:val="center"/>
          </w:tcPr>
          <w:p w14:paraId="16D9537F" w14:textId="77777777" w:rsidR="0009622B" w:rsidRDefault="0009622B" w:rsidP="00DF6623">
            <w:pPr>
              <w:spacing w:after="0"/>
              <w:jc w:val="center"/>
            </w:pPr>
            <w:r>
              <w:t>78</w:t>
            </w:r>
          </w:p>
        </w:tc>
        <w:tc>
          <w:tcPr>
            <w:tcW w:w="7371" w:type="dxa"/>
            <w:tcMar>
              <w:top w:w="40" w:type="dxa"/>
              <w:left w:w="60" w:type="dxa"/>
              <w:bottom w:w="40" w:type="dxa"/>
              <w:right w:w="60" w:type="dxa"/>
            </w:tcMar>
            <w:vAlign w:val="center"/>
          </w:tcPr>
          <w:p w14:paraId="2A64E191" w14:textId="77777777" w:rsidR="0009622B" w:rsidRDefault="0009622B" w:rsidP="00DF6623">
            <w:pPr>
              <w:spacing w:after="0"/>
            </w:pPr>
            <w:r w:rsidRPr="00CA0274">
              <w:rPr>
                <w:rFonts w:cs="Times New Roman"/>
                <w:lang w:val="ru-RU"/>
              </w:rPr>
              <w:t xml:space="preserve">Брюки (Южная Корея) — арт. 87440,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21</w:t>
            </w:r>
          </w:p>
        </w:tc>
        <w:tc>
          <w:tcPr>
            <w:tcW w:w="737" w:type="dxa"/>
            <w:tcMar>
              <w:top w:w="40" w:type="dxa"/>
              <w:left w:w="60" w:type="dxa"/>
              <w:bottom w:w="40" w:type="dxa"/>
              <w:right w:w="60" w:type="dxa"/>
            </w:tcMar>
            <w:vAlign w:val="center"/>
          </w:tcPr>
          <w:p w14:paraId="7B2E3484"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36A198A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06AEDE6" w14:textId="77777777" w:rsidR="009C1061" w:rsidRDefault="00441274">
            <w:pPr>
              <w:jc w:val="right"/>
            </w:pPr>
            <w:r>
              <w:t>550 руб.</w:t>
            </w:r>
          </w:p>
        </w:tc>
        <w:tc>
          <w:tcPr>
            <w:tcW w:w="1587" w:type="dxa"/>
            <w:tcMar>
              <w:top w:w="40" w:type="dxa"/>
              <w:left w:w="60" w:type="dxa"/>
              <w:bottom w:w="40" w:type="dxa"/>
              <w:right w:w="60" w:type="dxa"/>
            </w:tcMar>
            <w:vAlign w:val="center"/>
          </w:tcPr>
          <w:p w14:paraId="51359494" w14:textId="77777777" w:rsidR="009C1061" w:rsidRDefault="00441274">
            <w:pPr>
              <w:jc w:val="right"/>
            </w:pPr>
            <w:r>
              <w:t>2 750 руб.</w:t>
            </w:r>
          </w:p>
        </w:tc>
      </w:tr>
      <w:tr w:rsidR="0009622B" w14:paraId="633820DB" w14:textId="77777777" w:rsidTr="00DF6623">
        <w:trPr>
          <w:jc w:val="center"/>
        </w:trPr>
        <w:tc>
          <w:tcPr>
            <w:tcW w:w="453" w:type="dxa"/>
            <w:tcMar>
              <w:top w:w="40" w:type="dxa"/>
              <w:left w:w="60" w:type="dxa"/>
              <w:bottom w:w="40" w:type="dxa"/>
              <w:right w:w="60" w:type="dxa"/>
            </w:tcMar>
            <w:vAlign w:val="center"/>
          </w:tcPr>
          <w:p w14:paraId="678D475B" w14:textId="77777777" w:rsidR="0009622B" w:rsidRDefault="0009622B" w:rsidP="00DF6623">
            <w:pPr>
              <w:spacing w:after="0"/>
              <w:jc w:val="center"/>
            </w:pPr>
            <w:r>
              <w:t>79</w:t>
            </w:r>
          </w:p>
        </w:tc>
        <w:tc>
          <w:tcPr>
            <w:tcW w:w="7371" w:type="dxa"/>
            <w:tcMar>
              <w:top w:w="40" w:type="dxa"/>
              <w:left w:w="60" w:type="dxa"/>
              <w:bottom w:w="40" w:type="dxa"/>
              <w:right w:w="60" w:type="dxa"/>
            </w:tcMar>
            <w:vAlign w:val="center"/>
          </w:tcPr>
          <w:p w14:paraId="31F76D83"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7C31134D"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01BE739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26498F6" w14:textId="77777777" w:rsidR="009C1061" w:rsidRDefault="00441274">
            <w:pPr>
              <w:jc w:val="right"/>
            </w:pPr>
            <w:r>
              <w:t>550 руб.</w:t>
            </w:r>
          </w:p>
        </w:tc>
        <w:tc>
          <w:tcPr>
            <w:tcW w:w="1587" w:type="dxa"/>
            <w:tcMar>
              <w:top w:w="40" w:type="dxa"/>
              <w:left w:w="60" w:type="dxa"/>
              <w:bottom w:w="40" w:type="dxa"/>
              <w:right w:w="60" w:type="dxa"/>
            </w:tcMar>
            <w:vAlign w:val="center"/>
          </w:tcPr>
          <w:p w14:paraId="684CBE94" w14:textId="77777777" w:rsidR="009C1061" w:rsidRDefault="00441274">
            <w:pPr>
              <w:jc w:val="right"/>
            </w:pPr>
            <w:r>
              <w:t>4 950 руб.</w:t>
            </w:r>
          </w:p>
        </w:tc>
      </w:tr>
      <w:tr w:rsidR="0009622B" w14:paraId="1485EA78" w14:textId="77777777" w:rsidTr="00DF6623">
        <w:trPr>
          <w:jc w:val="center"/>
        </w:trPr>
        <w:tc>
          <w:tcPr>
            <w:tcW w:w="453" w:type="dxa"/>
            <w:tcMar>
              <w:top w:w="40" w:type="dxa"/>
              <w:left w:w="60" w:type="dxa"/>
              <w:bottom w:w="40" w:type="dxa"/>
              <w:right w:w="60" w:type="dxa"/>
            </w:tcMar>
            <w:vAlign w:val="center"/>
          </w:tcPr>
          <w:p w14:paraId="7B5155BC" w14:textId="77777777" w:rsidR="0009622B" w:rsidRDefault="0009622B" w:rsidP="00DF6623">
            <w:pPr>
              <w:spacing w:after="0"/>
              <w:jc w:val="center"/>
            </w:pPr>
            <w:r>
              <w:lastRenderedPageBreak/>
              <w:t>80</w:t>
            </w:r>
          </w:p>
        </w:tc>
        <w:tc>
          <w:tcPr>
            <w:tcW w:w="7371" w:type="dxa"/>
            <w:tcMar>
              <w:top w:w="40" w:type="dxa"/>
              <w:left w:w="60" w:type="dxa"/>
              <w:bottom w:w="40" w:type="dxa"/>
              <w:right w:w="60" w:type="dxa"/>
            </w:tcMar>
            <w:vAlign w:val="center"/>
          </w:tcPr>
          <w:p w14:paraId="7A5307E0"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xml:space="preserve">. 23031, </w:t>
            </w:r>
            <w:proofErr w:type="spellStart"/>
            <w:r>
              <w:rPr>
                <w:rFonts w:cs="Times New Roman"/>
              </w:rPr>
              <w:t>разм</w:t>
            </w:r>
            <w:proofErr w:type="spellEnd"/>
            <w:r>
              <w:rPr>
                <w:rFonts w:cs="Times New Roman"/>
              </w:rPr>
              <w:t>. 54, 56</w:t>
            </w:r>
          </w:p>
        </w:tc>
        <w:tc>
          <w:tcPr>
            <w:tcW w:w="737" w:type="dxa"/>
            <w:tcMar>
              <w:top w:w="40" w:type="dxa"/>
              <w:left w:w="60" w:type="dxa"/>
              <w:bottom w:w="40" w:type="dxa"/>
              <w:right w:w="60" w:type="dxa"/>
            </w:tcMar>
            <w:vAlign w:val="center"/>
          </w:tcPr>
          <w:p w14:paraId="5E6222DF"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75E0A0A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57FDFC3" w14:textId="77777777" w:rsidR="009C1061" w:rsidRDefault="00441274">
            <w:pPr>
              <w:jc w:val="right"/>
            </w:pPr>
            <w:r>
              <w:t>550 руб.</w:t>
            </w:r>
          </w:p>
        </w:tc>
        <w:tc>
          <w:tcPr>
            <w:tcW w:w="1587" w:type="dxa"/>
            <w:tcMar>
              <w:top w:w="40" w:type="dxa"/>
              <w:left w:w="60" w:type="dxa"/>
              <w:bottom w:w="40" w:type="dxa"/>
              <w:right w:w="60" w:type="dxa"/>
            </w:tcMar>
            <w:vAlign w:val="center"/>
          </w:tcPr>
          <w:p w14:paraId="55B82590" w14:textId="77777777" w:rsidR="009C1061" w:rsidRDefault="00441274">
            <w:pPr>
              <w:jc w:val="right"/>
            </w:pPr>
            <w:r>
              <w:t>1 100 руб.</w:t>
            </w:r>
          </w:p>
        </w:tc>
      </w:tr>
      <w:tr w:rsidR="0009622B" w14:paraId="718783FE" w14:textId="77777777" w:rsidTr="00DF6623">
        <w:trPr>
          <w:jc w:val="center"/>
        </w:trPr>
        <w:tc>
          <w:tcPr>
            <w:tcW w:w="453" w:type="dxa"/>
            <w:tcMar>
              <w:top w:w="40" w:type="dxa"/>
              <w:left w:w="60" w:type="dxa"/>
              <w:bottom w:w="40" w:type="dxa"/>
              <w:right w:w="60" w:type="dxa"/>
            </w:tcMar>
            <w:vAlign w:val="center"/>
          </w:tcPr>
          <w:p w14:paraId="7080B94F" w14:textId="77777777" w:rsidR="0009622B" w:rsidRDefault="0009622B" w:rsidP="00DF6623">
            <w:pPr>
              <w:spacing w:after="0"/>
              <w:jc w:val="center"/>
            </w:pPr>
            <w:r>
              <w:t>81</w:t>
            </w:r>
          </w:p>
        </w:tc>
        <w:tc>
          <w:tcPr>
            <w:tcW w:w="7371" w:type="dxa"/>
            <w:tcMar>
              <w:top w:w="40" w:type="dxa"/>
              <w:left w:w="60" w:type="dxa"/>
              <w:bottom w:w="40" w:type="dxa"/>
              <w:right w:w="60" w:type="dxa"/>
            </w:tcMar>
            <w:vAlign w:val="center"/>
          </w:tcPr>
          <w:p w14:paraId="155202FD" w14:textId="77777777" w:rsidR="0009622B" w:rsidRDefault="0009622B" w:rsidP="00DF6623">
            <w:pPr>
              <w:spacing w:after="0"/>
            </w:pPr>
            <w:r w:rsidRPr="00CA0274">
              <w:rPr>
                <w:rFonts w:cs="Times New Roman"/>
                <w:lang w:val="ru-RU"/>
              </w:rPr>
              <w:t xml:space="preserve">Костюм </w:t>
            </w:r>
            <w:r>
              <w:rPr>
                <w:rFonts w:cs="Times New Roman"/>
              </w:rPr>
              <w:t>Sporting</w:t>
            </w:r>
            <w:r w:rsidRPr="00CA0274">
              <w:rPr>
                <w:rFonts w:cs="Times New Roman"/>
                <w:lang w:val="ru-RU"/>
              </w:rPr>
              <w:t xml:space="preserve"> (Спортинг) — серия 485,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58</w:t>
            </w:r>
          </w:p>
        </w:tc>
        <w:tc>
          <w:tcPr>
            <w:tcW w:w="737" w:type="dxa"/>
            <w:tcMar>
              <w:top w:w="40" w:type="dxa"/>
              <w:left w:w="60" w:type="dxa"/>
              <w:bottom w:w="40" w:type="dxa"/>
              <w:right w:w="60" w:type="dxa"/>
            </w:tcMar>
            <w:vAlign w:val="center"/>
          </w:tcPr>
          <w:p w14:paraId="06495DFC"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7A7374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4FFA6FB" w14:textId="77777777" w:rsidR="009C1061" w:rsidRDefault="00441274">
            <w:pPr>
              <w:jc w:val="right"/>
            </w:pPr>
            <w:r>
              <w:t>1 800 руб.</w:t>
            </w:r>
          </w:p>
        </w:tc>
        <w:tc>
          <w:tcPr>
            <w:tcW w:w="1587" w:type="dxa"/>
            <w:tcMar>
              <w:top w:w="40" w:type="dxa"/>
              <w:left w:w="60" w:type="dxa"/>
              <w:bottom w:w="40" w:type="dxa"/>
              <w:right w:w="60" w:type="dxa"/>
            </w:tcMar>
            <w:vAlign w:val="center"/>
          </w:tcPr>
          <w:p w14:paraId="0EB5DA61" w14:textId="77777777" w:rsidR="009C1061" w:rsidRDefault="00441274">
            <w:pPr>
              <w:jc w:val="right"/>
            </w:pPr>
            <w:r>
              <w:t>1 800 руб.</w:t>
            </w:r>
          </w:p>
        </w:tc>
      </w:tr>
      <w:tr w:rsidR="0009622B" w14:paraId="7FD43EF6" w14:textId="77777777" w:rsidTr="00DF6623">
        <w:trPr>
          <w:jc w:val="center"/>
        </w:trPr>
        <w:tc>
          <w:tcPr>
            <w:tcW w:w="453" w:type="dxa"/>
            <w:tcMar>
              <w:top w:w="40" w:type="dxa"/>
              <w:left w:w="60" w:type="dxa"/>
              <w:bottom w:w="40" w:type="dxa"/>
              <w:right w:w="60" w:type="dxa"/>
            </w:tcMar>
            <w:vAlign w:val="center"/>
          </w:tcPr>
          <w:p w14:paraId="76DF8F6C" w14:textId="77777777" w:rsidR="0009622B" w:rsidRDefault="0009622B" w:rsidP="00DF6623">
            <w:pPr>
              <w:spacing w:after="0"/>
              <w:jc w:val="center"/>
            </w:pPr>
            <w:r>
              <w:t>82</w:t>
            </w:r>
          </w:p>
        </w:tc>
        <w:tc>
          <w:tcPr>
            <w:tcW w:w="7371" w:type="dxa"/>
            <w:tcMar>
              <w:top w:w="40" w:type="dxa"/>
              <w:left w:w="60" w:type="dxa"/>
              <w:bottom w:w="40" w:type="dxa"/>
              <w:right w:w="60" w:type="dxa"/>
            </w:tcMar>
            <w:vAlign w:val="center"/>
          </w:tcPr>
          <w:p w14:paraId="798E0EA7" w14:textId="77777777" w:rsidR="0009622B" w:rsidRDefault="0009622B" w:rsidP="00DF6623">
            <w:pPr>
              <w:spacing w:after="0"/>
            </w:pPr>
            <w:r w:rsidRPr="00CA0274">
              <w:rPr>
                <w:rFonts w:cs="Times New Roman"/>
                <w:lang w:val="ru-RU"/>
              </w:rPr>
              <w:t xml:space="preserve">Костюм </w:t>
            </w:r>
            <w:r>
              <w:rPr>
                <w:rFonts w:cs="Times New Roman"/>
              </w:rPr>
              <w:t>Cobalt</w:t>
            </w:r>
            <w:r w:rsidRPr="00CA0274">
              <w:rPr>
                <w:rFonts w:cs="Times New Roman"/>
                <w:lang w:val="ru-RU"/>
              </w:rPr>
              <w:t xml:space="preserve"> (Кобальт) — серия 413,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56</w:t>
            </w:r>
          </w:p>
        </w:tc>
        <w:tc>
          <w:tcPr>
            <w:tcW w:w="737" w:type="dxa"/>
            <w:tcMar>
              <w:top w:w="40" w:type="dxa"/>
              <w:left w:w="60" w:type="dxa"/>
              <w:bottom w:w="40" w:type="dxa"/>
              <w:right w:w="60" w:type="dxa"/>
            </w:tcMar>
            <w:vAlign w:val="center"/>
          </w:tcPr>
          <w:p w14:paraId="59D5169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ECFF39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AC1FC04" w14:textId="77777777" w:rsidR="009C1061" w:rsidRDefault="00441274">
            <w:pPr>
              <w:jc w:val="right"/>
            </w:pPr>
            <w:r>
              <w:t>1 800 руб.</w:t>
            </w:r>
          </w:p>
        </w:tc>
        <w:tc>
          <w:tcPr>
            <w:tcW w:w="1587" w:type="dxa"/>
            <w:tcMar>
              <w:top w:w="40" w:type="dxa"/>
              <w:left w:w="60" w:type="dxa"/>
              <w:bottom w:w="40" w:type="dxa"/>
              <w:right w:w="60" w:type="dxa"/>
            </w:tcMar>
            <w:vAlign w:val="center"/>
          </w:tcPr>
          <w:p w14:paraId="2EEE1CD1" w14:textId="77777777" w:rsidR="009C1061" w:rsidRDefault="00441274">
            <w:pPr>
              <w:jc w:val="right"/>
            </w:pPr>
            <w:r>
              <w:t>1 800 руб.</w:t>
            </w:r>
          </w:p>
        </w:tc>
      </w:tr>
      <w:tr w:rsidR="0009622B" w14:paraId="4CD90AD0" w14:textId="77777777" w:rsidTr="00DF6623">
        <w:trPr>
          <w:jc w:val="center"/>
        </w:trPr>
        <w:tc>
          <w:tcPr>
            <w:tcW w:w="453" w:type="dxa"/>
            <w:tcMar>
              <w:top w:w="40" w:type="dxa"/>
              <w:left w:w="60" w:type="dxa"/>
              <w:bottom w:w="40" w:type="dxa"/>
              <w:right w:w="60" w:type="dxa"/>
            </w:tcMar>
            <w:vAlign w:val="center"/>
          </w:tcPr>
          <w:p w14:paraId="0C8056AF" w14:textId="77777777" w:rsidR="0009622B" w:rsidRDefault="0009622B" w:rsidP="00DF6623">
            <w:pPr>
              <w:spacing w:after="0"/>
              <w:jc w:val="center"/>
            </w:pPr>
            <w:r>
              <w:t>83</w:t>
            </w:r>
          </w:p>
        </w:tc>
        <w:tc>
          <w:tcPr>
            <w:tcW w:w="7371" w:type="dxa"/>
            <w:tcMar>
              <w:top w:w="40" w:type="dxa"/>
              <w:left w:w="60" w:type="dxa"/>
              <w:bottom w:w="40" w:type="dxa"/>
              <w:right w:w="60" w:type="dxa"/>
            </w:tcMar>
            <w:vAlign w:val="center"/>
          </w:tcPr>
          <w:p w14:paraId="328A4008"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Универ</w:t>
            </w:r>
            <w:proofErr w:type="spellEnd"/>
            <w:r>
              <w:rPr>
                <w:rFonts w:cs="Times New Roman"/>
              </w:rPr>
              <w:t xml:space="preserve"> (</w:t>
            </w:r>
            <w:proofErr w:type="spellStart"/>
            <w:r>
              <w:rPr>
                <w:rFonts w:cs="Times New Roman"/>
              </w:rPr>
              <w:t>Москва</w:t>
            </w:r>
            <w:proofErr w:type="spellEnd"/>
            <w:r>
              <w:rPr>
                <w:rFonts w:cs="Times New Roman"/>
              </w:rPr>
              <w:t xml:space="preserve">) — </w:t>
            </w:r>
            <w:proofErr w:type="spellStart"/>
            <w:r>
              <w:rPr>
                <w:rFonts w:cs="Times New Roman"/>
              </w:rPr>
              <w:t>разм</w:t>
            </w:r>
            <w:proofErr w:type="spellEnd"/>
            <w:r>
              <w:rPr>
                <w:rFonts w:cs="Times New Roman"/>
              </w:rPr>
              <w:t>. 56/188</w:t>
            </w:r>
          </w:p>
        </w:tc>
        <w:tc>
          <w:tcPr>
            <w:tcW w:w="737" w:type="dxa"/>
            <w:tcMar>
              <w:top w:w="40" w:type="dxa"/>
              <w:left w:w="60" w:type="dxa"/>
              <w:bottom w:w="40" w:type="dxa"/>
              <w:right w:w="60" w:type="dxa"/>
            </w:tcMar>
            <w:vAlign w:val="center"/>
          </w:tcPr>
          <w:p w14:paraId="7CC73F2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2CFC47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7B0F3B3" w14:textId="77777777" w:rsidR="009C1061" w:rsidRDefault="00441274">
            <w:pPr>
              <w:jc w:val="right"/>
            </w:pPr>
            <w:r>
              <w:t>1 500 руб.</w:t>
            </w:r>
          </w:p>
        </w:tc>
        <w:tc>
          <w:tcPr>
            <w:tcW w:w="1587" w:type="dxa"/>
            <w:tcMar>
              <w:top w:w="40" w:type="dxa"/>
              <w:left w:w="60" w:type="dxa"/>
              <w:bottom w:w="40" w:type="dxa"/>
              <w:right w:w="60" w:type="dxa"/>
            </w:tcMar>
            <w:vAlign w:val="center"/>
          </w:tcPr>
          <w:p w14:paraId="5A821E80" w14:textId="77777777" w:rsidR="009C1061" w:rsidRDefault="00441274">
            <w:pPr>
              <w:jc w:val="right"/>
            </w:pPr>
            <w:r>
              <w:t>1 500 руб.</w:t>
            </w:r>
          </w:p>
        </w:tc>
      </w:tr>
      <w:tr w:rsidR="0009622B" w14:paraId="1F0D4253" w14:textId="77777777" w:rsidTr="00DF6623">
        <w:trPr>
          <w:jc w:val="center"/>
        </w:trPr>
        <w:tc>
          <w:tcPr>
            <w:tcW w:w="453" w:type="dxa"/>
            <w:tcMar>
              <w:top w:w="40" w:type="dxa"/>
              <w:left w:w="60" w:type="dxa"/>
              <w:bottom w:w="40" w:type="dxa"/>
              <w:right w:w="60" w:type="dxa"/>
            </w:tcMar>
            <w:vAlign w:val="center"/>
          </w:tcPr>
          <w:p w14:paraId="3D80A022" w14:textId="77777777" w:rsidR="0009622B" w:rsidRDefault="0009622B" w:rsidP="00DF6623">
            <w:pPr>
              <w:spacing w:after="0"/>
              <w:jc w:val="center"/>
            </w:pPr>
            <w:r>
              <w:t>84</w:t>
            </w:r>
          </w:p>
        </w:tc>
        <w:tc>
          <w:tcPr>
            <w:tcW w:w="7371" w:type="dxa"/>
            <w:tcMar>
              <w:top w:w="40" w:type="dxa"/>
              <w:left w:w="60" w:type="dxa"/>
              <w:bottom w:w="40" w:type="dxa"/>
              <w:right w:w="60" w:type="dxa"/>
            </w:tcMar>
            <w:vAlign w:val="center"/>
          </w:tcPr>
          <w:p w14:paraId="0A8C18A3"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Перс</w:t>
            </w:r>
            <w:proofErr w:type="spellEnd"/>
            <w:r>
              <w:rPr>
                <w:rFonts w:cs="Times New Roman"/>
              </w:rPr>
              <w:t xml:space="preserve"> — </w:t>
            </w:r>
            <w:proofErr w:type="spellStart"/>
            <w:r>
              <w:rPr>
                <w:rFonts w:cs="Times New Roman"/>
              </w:rPr>
              <w:t>серия</w:t>
            </w:r>
            <w:proofErr w:type="spellEnd"/>
            <w:r>
              <w:rPr>
                <w:rFonts w:cs="Times New Roman"/>
              </w:rPr>
              <w:t xml:space="preserve"> 312, </w:t>
            </w:r>
            <w:proofErr w:type="spellStart"/>
            <w:r>
              <w:rPr>
                <w:rFonts w:cs="Times New Roman"/>
              </w:rPr>
              <w:t>разм</w:t>
            </w:r>
            <w:proofErr w:type="spellEnd"/>
            <w:r>
              <w:rPr>
                <w:rFonts w:cs="Times New Roman"/>
              </w:rPr>
              <w:t>. 56</w:t>
            </w:r>
          </w:p>
        </w:tc>
        <w:tc>
          <w:tcPr>
            <w:tcW w:w="737" w:type="dxa"/>
            <w:tcMar>
              <w:top w:w="40" w:type="dxa"/>
              <w:left w:w="60" w:type="dxa"/>
              <w:bottom w:w="40" w:type="dxa"/>
              <w:right w:w="60" w:type="dxa"/>
            </w:tcMar>
            <w:vAlign w:val="center"/>
          </w:tcPr>
          <w:p w14:paraId="3B99E85A"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1A7394F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F25CFFE" w14:textId="77777777" w:rsidR="009C1061" w:rsidRDefault="00441274">
            <w:pPr>
              <w:jc w:val="right"/>
            </w:pPr>
            <w:r>
              <w:t>1 800 руб.</w:t>
            </w:r>
          </w:p>
        </w:tc>
        <w:tc>
          <w:tcPr>
            <w:tcW w:w="1587" w:type="dxa"/>
            <w:tcMar>
              <w:top w:w="40" w:type="dxa"/>
              <w:left w:w="60" w:type="dxa"/>
              <w:bottom w:w="40" w:type="dxa"/>
              <w:right w:w="60" w:type="dxa"/>
            </w:tcMar>
            <w:vAlign w:val="center"/>
          </w:tcPr>
          <w:p w14:paraId="48A9396F" w14:textId="77777777" w:rsidR="009C1061" w:rsidRDefault="00441274">
            <w:pPr>
              <w:jc w:val="right"/>
            </w:pPr>
            <w:r>
              <w:t>3 600 руб.</w:t>
            </w:r>
          </w:p>
        </w:tc>
      </w:tr>
      <w:tr w:rsidR="0009622B" w14:paraId="6C36DB3D" w14:textId="77777777" w:rsidTr="00DF6623">
        <w:trPr>
          <w:jc w:val="center"/>
        </w:trPr>
        <w:tc>
          <w:tcPr>
            <w:tcW w:w="453" w:type="dxa"/>
            <w:tcMar>
              <w:top w:w="40" w:type="dxa"/>
              <w:left w:w="60" w:type="dxa"/>
              <w:bottom w:w="40" w:type="dxa"/>
              <w:right w:w="60" w:type="dxa"/>
            </w:tcMar>
            <w:vAlign w:val="center"/>
          </w:tcPr>
          <w:p w14:paraId="5AB62C50" w14:textId="77777777" w:rsidR="0009622B" w:rsidRDefault="0009622B" w:rsidP="00DF6623">
            <w:pPr>
              <w:spacing w:after="0"/>
              <w:jc w:val="center"/>
            </w:pPr>
            <w:r>
              <w:t>85</w:t>
            </w:r>
          </w:p>
        </w:tc>
        <w:tc>
          <w:tcPr>
            <w:tcW w:w="7371" w:type="dxa"/>
            <w:tcMar>
              <w:top w:w="40" w:type="dxa"/>
              <w:left w:w="60" w:type="dxa"/>
              <w:bottom w:w="40" w:type="dxa"/>
              <w:right w:w="60" w:type="dxa"/>
            </w:tcMar>
            <w:vAlign w:val="center"/>
          </w:tcPr>
          <w:p w14:paraId="19CEE1D1" w14:textId="77777777" w:rsidR="0009622B" w:rsidRDefault="0009622B" w:rsidP="00DF6623">
            <w:pPr>
              <w:spacing w:after="0"/>
            </w:pPr>
            <w:r w:rsidRPr="00CA0274">
              <w:rPr>
                <w:rFonts w:cs="Times New Roman"/>
                <w:lang w:val="ru-RU"/>
              </w:rPr>
              <w:t xml:space="preserve">Брюки (Южная Корея) — арт. 87440,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21</w:t>
            </w:r>
          </w:p>
        </w:tc>
        <w:tc>
          <w:tcPr>
            <w:tcW w:w="737" w:type="dxa"/>
            <w:tcMar>
              <w:top w:w="40" w:type="dxa"/>
              <w:left w:w="60" w:type="dxa"/>
              <w:bottom w:w="40" w:type="dxa"/>
              <w:right w:w="60" w:type="dxa"/>
            </w:tcMar>
            <w:vAlign w:val="center"/>
          </w:tcPr>
          <w:p w14:paraId="30B9BFDB"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6101FF7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4B32A77" w14:textId="77777777" w:rsidR="009C1061" w:rsidRDefault="00441274">
            <w:pPr>
              <w:jc w:val="right"/>
            </w:pPr>
            <w:r>
              <w:t>550 руб.</w:t>
            </w:r>
          </w:p>
        </w:tc>
        <w:tc>
          <w:tcPr>
            <w:tcW w:w="1587" w:type="dxa"/>
            <w:tcMar>
              <w:top w:w="40" w:type="dxa"/>
              <w:left w:w="60" w:type="dxa"/>
              <w:bottom w:w="40" w:type="dxa"/>
              <w:right w:w="60" w:type="dxa"/>
            </w:tcMar>
            <w:vAlign w:val="center"/>
          </w:tcPr>
          <w:p w14:paraId="0870D8B9" w14:textId="77777777" w:rsidR="009C1061" w:rsidRDefault="00441274">
            <w:pPr>
              <w:jc w:val="right"/>
            </w:pPr>
            <w:r>
              <w:t>2 750 руб.</w:t>
            </w:r>
          </w:p>
        </w:tc>
      </w:tr>
      <w:tr w:rsidR="0009622B" w14:paraId="17CBD474" w14:textId="77777777" w:rsidTr="00DF6623">
        <w:trPr>
          <w:jc w:val="center"/>
        </w:trPr>
        <w:tc>
          <w:tcPr>
            <w:tcW w:w="453" w:type="dxa"/>
            <w:tcMar>
              <w:top w:w="40" w:type="dxa"/>
              <w:left w:w="60" w:type="dxa"/>
              <w:bottom w:w="40" w:type="dxa"/>
              <w:right w:w="60" w:type="dxa"/>
            </w:tcMar>
            <w:vAlign w:val="center"/>
          </w:tcPr>
          <w:p w14:paraId="0F85AF8B" w14:textId="77777777" w:rsidR="0009622B" w:rsidRDefault="0009622B" w:rsidP="00DF6623">
            <w:pPr>
              <w:spacing w:after="0"/>
              <w:jc w:val="center"/>
            </w:pPr>
            <w:r>
              <w:t>86</w:t>
            </w:r>
          </w:p>
        </w:tc>
        <w:tc>
          <w:tcPr>
            <w:tcW w:w="7371" w:type="dxa"/>
            <w:tcMar>
              <w:top w:w="40" w:type="dxa"/>
              <w:left w:w="60" w:type="dxa"/>
              <w:bottom w:w="40" w:type="dxa"/>
              <w:right w:w="60" w:type="dxa"/>
            </w:tcMar>
            <w:vAlign w:val="center"/>
          </w:tcPr>
          <w:p w14:paraId="16AC2F0E"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6695F178"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215D6A1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7BB40CF" w14:textId="77777777" w:rsidR="009C1061" w:rsidRDefault="00441274">
            <w:pPr>
              <w:jc w:val="right"/>
            </w:pPr>
            <w:r>
              <w:t>550 руб.</w:t>
            </w:r>
          </w:p>
        </w:tc>
        <w:tc>
          <w:tcPr>
            <w:tcW w:w="1587" w:type="dxa"/>
            <w:tcMar>
              <w:top w:w="40" w:type="dxa"/>
              <w:left w:w="60" w:type="dxa"/>
              <w:bottom w:w="40" w:type="dxa"/>
              <w:right w:w="60" w:type="dxa"/>
            </w:tcMar>
            <w:vAlign w:val="center"/>
          </w:tcPr>
          <w:p w14:paraId="05B1F9E1" w14:textId="77777777" w:rsidR="009C1061" w:rsidRDefault="00441274">
            <w:pPr>
              <w:jc w:val="right"/>
            </w:pPr>
            <w:r>
              <w:t>4 950 руб.</w:t>
            </w:r>
          </w:p>
        </w:tc>
      </w:tr>
      <w:tr w:rsidR="0009622B" w14:paraId="009FD6E9" w14:textId="77777777" w:rsidTr="00DF6623">
        <w:trPr>
          <w:jc w:val="center"/>
        </w:trPr>
        <w:tc>
          <w:tcPr>
            <w:tcW w:w="453" w:type="dxa"/>
            <w:tcMar>
              <w:top w:w="40" w:type="dxa"/>
              <w:left w:w="60" w:type="dxa"/>
              <w:bottom w:w="40" w:type="dxa"/>
              <w:right w:w="60" w:type="dxa"/>
            </w:tcMar>
            <w:vAlign w:val="center"/>
          </w:tcPr>
          <w:p w14:paraId="01A223F6" w14:textId="77777777" w:rsidR="0009622B" w:rsidRDefault="0009622B" w:rsidP="00DF6623">
            <w:pPr>
              <w:spacing w:after="0"/>
              <w:jc w:val="center"/>
            </w:pPr>
            <w:r>
              <w:t>87</w:t>
            </w:r>
          </w:p>
        </w:tc>
        <w:tc>
          <w:tcPr>
            <w:tcW w:w="7371" w:type="dxa"/>
            <w:tcMar>
              <w:top w:w="40" w:type="dxa"/>
              <w:left w:w="60" w:type="dxa"/>
              <w:bottom w:w="40" w:type="dxa"/>
              <w:right w:w="60" w:type="dxa"/>
            </w:tcMar>
            <w:vAlign w:val="center"/>
          </w:tcPr>
          <w:p w14:paraId="444A4239"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xml:space="preserve">. 23031, </w:t>
            </w:r>
            <w:proofErr w:type="spellStart"/>
            <w:r>
              <w:rPr>
                <w:rFonts w:cs="Times New Roman"/>
              </w:rPr>
              <w:t>разм</w:t>
            </w:r>
            <w:proofErr w:type="spellEnd"/>
            <w:r>
              <w:rPr>
                <w:rFonts w:cs="Times New Roman"/>
              </w:rPr>
              <w:t>. 54, 56</w:t>
            </w:r>
          </w:p>
        </w:tc>
        <w:tc>
          <w:tcPr>
            <w:tcW w:w="737" w:type="dxa"/>
            <w:tcMar>
              <w:top w:w="40" w:type="dxa"/>
              <w:left w:w="60" w:type="dxa"/>
              <w:bottom w:w="40" w:type="dxa"/>
              <w:right w:w="60" w:type="dxa"/>
            </w:tcMar>
            <w:vAlign w:val="center"/>
          </w:tcPr>
          <w:p w14:paraId="6FDB64D7"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4EB8732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525AFE7" w14:textId="77777777" w:rsidR="009C1061" w:rsidRDefault="00441274">
            <w:pPr>
              <w:jc w:val="right"/>
            </w:pPr>
            <w:r>
              <w:t>550 руб.</w:t>
            </w:r>
          </w:p>
        </w:tc>
        <w:tc>
          <w:tcPr>
            <w:tcW w:w="1587" w:type="dxa"/>
            <w:tcMar>
              <w:top w:w="40" w:type="dxa"/>
              <w:left w:w="60" w:type="dxa"/>
              <w:bottom w:w="40" w:type="dxa"/>
              <w:right w:w="60" w:type="dxa"/>
            </w:tcMar>
            <w:vAlign w:val="center"/>
          </w:tcPr>
          <w:p w14:paraId="61D9EE82" w14:textId="77777777" w:rsidR="009C1061" w:rsidRDefault="00441274">
            <w:pPr>
              <w:jc w:val="right"/>
            </w:pPr>
            <w:r>
              <w:t>1 100 руб.</w:t>
            </w:r>
          </w:p>
        </w:tc>
      </w:tr>
      <w:tr w:rsidR="0009622B" w14:paraId="7C7726CF" w14:textId="77777777" w:rsidTr="00DF6623">
        <w:trPr>
          <w:jc w:val="center"/>
        </w:trPr>
        <w:tc>
          <w:tcPr>
            <w:tcW w:w="453" w:type="dxa"/>
            <w:tcMar>
              <w:top w:w="40" w:type="dxa"/>
              <w:left w:w="60" w:type="dxa"/>
              <w:bottom w:w="40" w:type="dxa"/>
              <w:right w:w="60" w:type="dxa"/>
            </w:tcMar>
            <w:vAlign w:val="center"/>
          </w:tcPr>
          <w:p w14:paraId="0F04486B" w14:textId="77777777" w:rsidR="0009622B" w:rsidRDefault="0009622B" w:rsidP="00DF6623">
            <w:pPr>
              <w:spacing w:after="0"/>
              <w:jc w:val="center"/>
            </w:pPr>
            <w:r>
              <w:t>88</w:t>
            </w:r>
          </w:p>
        </w:tc>
        <w:tc>
          <w:tcPr>
            <w:tcW w:w="7371" w:type="dxa"/>
            <w:tcMar>
              <w:top w:w="40" w:type="dxa"/>
              <w:left w:w="60" w:type="dxa"/>
              <w:bottom w:w="40" w:type="dxa"/>
              <w:right w:w="60" w:type="dxa"/>
            </w:tcMar>
            <w:vAlign w:val="center"/>
          </w:tcPr>
          <w:p w14:paraId="325AE4F3" w14:textId="77777777" w:rsidR="0009622B" w:rsidRDefault="0009622B" w:rsidP="00DF6623">
            <w:pPr>
              <w:spacing w:after="0"/>
            </w:pPr>
            <w:r w:rsidRPr="00CA0274">
              <w:rPr>
                <w:rFonts w:cs="Times New Roman"/>
                <w:lang w:val="ru-RU"/>
              </w:rPr>
              <w:t xml:space="preserve">Костюм </w:t>
            </w:r>
            <w:r>
              <w:rPr>
                <w:rFonts w:cs="Times New Roman"/>
              </w:rPr>
              <w:t>Domani</w:t>
            </w:r>
            <w:r w:rsidRPr="00CA0274">
              <w:rPr>
                <w:rFonts w:cs="Times New Roman"/>
                <w:lang w:val="ru-RU"/>
              </w:rPr>
              <w:t xml:space="preserve"> (Домани) — мод. </w:t>
            </w:r>
            <w:proofErr w:type="gramStart"/>
            <w:r w:rsidRPr="00CA0274">
              <w:rPr>
                <w:rFonts w:cs="Times New Roman"/>
                <w:lang w:val="ru-RU"/>
              </w:rPr>
              <w:t>417-240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64</w:t>
            </w:r>
          </w:p>
        </w:tc>
        <w:tc>
          <w:tcPr>
            <w:tcW w:w="737" w:type="dxa"/>
            <w:tcMar>
              <w:top w:w="40" w:type="dxa"/>
              <w:left w:w="60" w:type="dxa"/>
              <w:bottom w:w="40" w:type="dxa"/>
              <w:right w:w="60" w:type="dxa"/>
            </w:tcMar>
            <w:vAlign w:val="center"/>
          </w:tcPr>
          <w:p w14:paraId="640E067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91B170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F4F3936" w14:textId="77777777" w:rsidR="009C1061" w:rsidRDefault="00441274">
            <w:pPr>
              <w:jc w:val="right"/>
            </w:pPr>
            <w:r>
              <w:t>1 800 руб.</w:t>
            </w:r>
          </w:p>
        </w:tc>
        <w:tc>
          <w:tcPr>
            <w:tcW w:w="1587" w:type="dxa"/>
            <w:tcMar>
              <w:top w:w="40" w:type="dxa"/>
              <w:left w:w="60" w:type="dxa"/>
              <w:bottom w:w="40" w:type="dxa"/>
              <w:right w:w="60" w:type="dxa"/>
            </w:tcMar>
            <w:vAlign w:val="center"/>
          </w:tcPr>
          <w:p w14:paraId="4D52CC5F" w14:textId="77777777" w:rsidR="009C1061" w:rsidRDefault="00441274">
            <w:pPr>
              <w:jc w:val="right"/>
            </w:pPr>
            <w:r>
              <w:t>1 800 руб.</w:t>
            </w:r>
          </w:p>
        </w:tc>
      </w:tr>
      <w:tr w:rsidR="0009622B" w14:paraId="79B68016" w14:textId="77777777" w:rsidTr="00DF6623">
        <w:trPr>
          <w:jc w:val="center"/>
        </w:trPr>
        <w:tc>
          <w:tcPr>
            <w:tcW w:w="453" w:type="dxa"/>
            <w:tcMar>
              <w:top w:w="40" w:type="dxa"/>
              <w:left w:w="60" w:type="dxa"/>
              <w:bottom w:w="40" w:type="dxa"/>
              <w:right w:w="60" w:type="dxa"/>
            </w:tcMar>
            <w:vAlign w:val="center"/>
          </w:tcPr>
          <w:p w14:paraId="0218CC4A" w14:textId="77777777" w:rsidR="0009622B" w:rsidRDefault="0009622B" w:rsidP="00DF6623">
            <w:pPr>
              <w:spacing w:after="0"/>
              <w:jc w:val="center"/>
            </w:pPr>
            <w:r>
              <w:t>89</w:t>
            </w:r>
          </w:p>
        </w:tc>
        <w:tc>
          <w:tcPr>
            <w:tcW w:w="7371" w:type="dxa"/>
            <w:tcMar>
              <w:top w:w="40" w:type="dxa"/>
              <w:left w:w="60" w:type="dxa"/>
              <w:bottom w:w="40" w:type="dxa"/>
              <w:right w:w="60" w:type="dxa"/>
            </w:tcMar>
            <w:vAlign w:val="center"/>
          </w:tcPr>
          <w:p w14:paraId="0C61D461" w14:textId="77777777" w:rsidR="0009622B" w:rsidRDefault="0009622B" w:rsidP="00DF6623">
            <w:pPr>
              <w:spacing w:after="0"/>
            </w:pPr>
            <w:r w:rsidRPr="00CA0274">
              <w:rPr>
                <w:rFonts w:cs="Times New Roman"/>
                <w:lang w:val="ru-RU"/>
              </w:rPr>
              <w:t xml:space="preserve">Костюм </w:t>
            </w:r>
            <w:r>
              <w:rPr>
                <w:rFonts w:cs="Times New Roman"/>
              </w:rPr>
              <w:t>Cardiff</w:t>
            </w:r>
            <w:r w:rsidRPr="00CA0274">
              <w:rPr>
                <w:rFonts w:cs="Times New Roman"/>
                <w:lang w:val="ru-RU"/>
              </w:rPr>
              <w:t xml:space="preserve"> (Кардифф) — мод. </w:t>
            </w:r>
            <w:proofErr w:type="gramStart"/>
            <w:r w:rsidRPr="00CA0274">
              <w:rPr>
                <w:rFonts w:cs="Times New Roman"/>
                <w:lang w:val="ru-RU"/>
              </w:rPr>
              <w:t>411-240</w:t>
            </w:r>
            <w:proofErr w:type="gramEnd"/>
            <w:r w:rsidRPr="00CA0274">
              <w:rPr>
                <w:rFonts w:cs="Times New Roman"/>
                <w:lang w:val="ru-RU"/>
              </w:rPr>
              <w:t xml:space="preserve">,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64</w:t>
            </w:r>
          </w:p>
        </w:tc>
        <w:tc>
          <w:tcPr>
            <w:tcW w:w="737" w:type="dxa"/>
            <w:tcMar>
              <w:top w:w="40" w:type="dxa"/>
              <w:left w:w="60" w:type="dxa"/>
              <w:bottom w:w="40" w:type="dxa"/>
              <w:right w:w="60" w:type="dxa"/>
            </w:tcMar>
            <w:vAlign w:val="center"/>
          </w:tcPr>
          <w:p w14:paraId="201D482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E65285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9C9870F" w14:textId="77777777" w:rsidR="009C1061" w:rsidRDefault="00441274">
            <w:pPr>
              <w:jc w:val="right"/>
            </w:pPr>
            <w:r>
              <w:t>1 800 руб.</w:t>
            </w:r>
          </w:p>
        </w:tc>
        <w:tc>
          <w:tcPr>
            <w:tcW w:w="1587" w:type="dxa"/>
            <w:tcMar>
              <w:top w:w="40" w:type="dxa"/>
              <w:left w:w="60" w:type="dxa"/>
              <w:bottom w:w="40" w:type="dxa"/>
              <w:right w:w="60" w:type="dxa"/>
            </w:tcMar>
            <w:vAlign w:val="center"/>
          </w:tcPr>
          <w:p w14:paraId="334F066E" w14:textId="77777777" w:rsidR="009C1061" w:rsidRDefault="00441274">
            <w:pPr>
              <w:jc w:val="right"/>
            </w:pPr>
            <w:r>
              <w:t>1 800 руб.</w:t>
            </w:r>
          </w:p>
        </w:tc>
      </w:tr>
      <w:tr w:rsidR="0009622B" w14:paraId="0D26B4F7" w14:textId="77777777" w:rsidTr="00DF6623">
        <w:trPr>
          <w:jc w:val="center"/>
        </w:trPr>
        <w:tc>
          <w:tcPr>
            <w:tcW w:w="453" w:type="dxa"/>
            <w:tcMar>
              <w:top w:w="40" w:type="dxa"/>
              <w:left w:w="60" w:type="dxa"/>
              <w:bottom w:w="40" w:type="dxa"/>
              <w:right w:w="60" w:type="dxa"/>
            </w:tcMar>
            <w:vAlign w:val="center"/>
          </w:tcPr>
          <w:p w14:paraId="695CD78B" w14:textId="77777777" w:rsidR="0009622B" w:rsidRDefault="0009622B" w:rsidP="00DF6623">
            <w:pPr>
              <w:spacing w:after="0"/>
              <w:jc w:val="center"/>
            </w:pPr>
            <w:r>
              <w:t>90</w:t>
            </w:r>
          </w:p>
        </w:tc>
        <w:tc>
          <w:tcPr>
            <w:tcW w:w="7371" w:type="dxa"/>
            <w:tcMar>
              <w:top w:w="40" w:type="dxa"/>
              <w:left w:w="60" w:type="dxa"/>
              <w:bottom w:w="40" w:type="dxa"/>
              <w:right w:w="60" w:type="dxa"/>
            </w:tcMar>
            <w:vAlign w:val="center"/>
          </w:tcPr>
          <w:p w14:paraId="29C5E85B" w14:textId="77777777" w:rsidR="0009622B" w:rsidRDefault="0009622B" w:rsidP="00DF6623">
            <w:pPr>
              <w:spacing w:after="0"/>
            </w:pPr>
            <w:r w:rsidRPr="00CA0274">
              <w:rPr>
                <w:rFonts w:cs="Times New Roman"/>
                <w:lang w:val="ru-RU"/>
              </w:rPr>
              <w:t xml:space="preserve">Брюки (Южная Корея) — арт. 87440,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21</w:t>
            </w:r>
          </w:p>
        </w:tc>
        <w:tc>
          <w:tcPr>
            <w:tcW w:w="737" w:type="dxa"/>
            <w:tcMar>
              <w:top w:w="40" w:type="dxa"/>
              <w:left w:w="60" w:type="dxa"/>
              <w:bottom w:w="40" w:type="dxa"/>
              <w:right w:w="60" w:type="dxa"/>
            </w:tcMar>
            <w:vAlign w:val="center"/>
          </w:tcPr>
          <w:p w14:paraId="286FC460"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62CD5E2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BA10E39" w14:textId="77777777" w:rsidR="009C1061" w:rsidRDefault="00441274">
            <w:pPr>
              <w:jc w:val="right"/>
            </w:pPr>
            <w:r>
              <w:t>550 руб.</w:t>
            </w:r>
          </w:p>
        </w:tc>
        <w:tc>
          <w:tcPr>
            <w:tcW w:w="1587" w:type="dxa"/>
            <w:tcMar>
              <w:top w:w="40" w:type="dxa"/>
              <w:left w:w="60" w:type="dxa"/>
              <w:bottom w:w="40" w:type="dxa"/>
              <w:right w:w="60" w:type="dxa"/>
            </w:tcMar>
            <w:vAlign w:val="center"/>
          </w:tcPr>
          <w:p w14:paraId="6CAB92AC" w14:textId="77777777" w:rsidR="009C1061" w:rsidRDefault="00441274">
            <w:pPr>
              <w:jc w:val="right"/>
            </w:pPr>
            <w:r>
              <w:t>2 750 руб.</w:t>
            </w:r>
          </w:p>
        </w:tc>
      </w:tr>
      <w:tr w:rsidR="0009622B" w14:paraId="6EF26E72" w14:textId="77777777" w:rsidTr="00DF6623">
        <w:trPr>
          <w:jc w:val="center"/>
        </w:trPr>
        <w:tc>
          <w:tcPr>
            <w:tcW w:w="453" w:type="dxa"/>
            <w:tcMar>
              <w:top w:w="40" w:type="dxa"/>
              <w:left w:w="60" w:type="dxa"/>
              <w:bottom w:w="40" w:type="dxa"/>
              <w:right w:w="60" w:type="dxa"/>
            </w:tcMar>
            <w:vAlign w:val="center"/>
          </w:tcPr>
          <w:p w14:paraId="20F93189" w14:textId="77777777" w:rsidR="0009622B" w:rsidRDefault="0009622B" w:rsidP="00DF6623">
            <w:pPr>
              <w:spacing w:after="0"/>
              <w:jc w:val="center"/>
            </w:pPr>
            <w:r>
              <w:t>91</w:t>
            </w:r>
          </w:p>
        </w:tc>
        <w:tc>
          <w:tcPr>
            <w:tcW w:w="7371" w:type="dxa"/>
            <w:tcMar>
              <w:top w:w="40" w:type="dxa"/>
              <w:left w:w="60" w:type="dxa"/>
              <w:bottom w:w="40" w:type="dxa"/>
              <w:right w:w="60" w:type="dxa"/>
            </w:tcMar>
            <w:vAlign w:val="center"/>
          </w:tcPr>
          <w:p w14:paraId="12EE2B64"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56034DE7"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57D0880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6008BED" w14:textId="77777777" w:rsidR="009C1061" w:rsidRDefault="00441274">
            <w:pPr>
              <w:jc w:val="right"/>
            </w:pPr>
            <w:r>
              <w:t>550 руб.</w:t>
            </w:r>
          </w:p>
        </w:tc>
        <w:tc>
          <w:tcPr>
            <w:tcW w:w="1587" w:type="dxa"/>
            <w:tcMar>
              <w:top w:w="40" w:type="dxa"/>
              <w:left w:w="60" w:type="dxa"/>
              <w:bottom w:w="40" w:type="dxa"/>
              <w:right w:w="60" w:type="dxa"/>
            </w:tcMar>
            <w:vAlign w:val="center"/>
          </w:tcPr>
          <w:p w14:paraId="0E04F332" w14:textId="77777777" w:rsidR="009C1061" w:rsidRDefault="00441274">
            <w:pPr>
              <w:jc w:val="right"/>
            </w:pPr>
            <w:r>
              <w:t>4 950 руб.</w:t>
            </w:r>
          </w:p>
        </w:tc>
      </w:tr>
      <w:tr w:rsidR="0009622B" w14:paraId="0D875722" w14:textId="77777777" w:rsidTr="00DF6623">
        <w:trPr>
          <w:jc w:val="center"/>
        </w:trPr>
        <w:tc>
          <w:tcPr>
            <w:tcW w:w="453" w:type="dxa"/>
            <w:tcMar>
              <w:top w:w="40" w:type="dxa"/>
              <w:left w:w="60" w:type="dxa"/>
              <w:bottom w:w="40" w:type="dxa"/>
              <w:right w:w="60" w:type="dxa"/>
            </w:tcMar>
            <w:vAlign w:val="center"/>
          </w:tcPr>
          <w:p w14:paraId="65840ED6" w14:textId="77777777" w:rsidR="0009622B" w:rsidRDefault="0009622B" w:rsidP="00DF6623">
            <w:pPr>
              <w:spacing w:after="0"/>
              <w:jc w:val="center"/>
            </w:pPr>
            <w:r>
              <w:t>92</w:t>
            </w:r>
          </w:p>
        </w:tc>
        <w:tc>
          <w:tcPr>
            <w:tcW w:w="7371" w:type="dxa"/>
            <w:tcMar>
              <w:top w:w="40" w:type="dxa"/>
              <w:left w:w="60" w:type="dxa"/>
              <w:bottom w:w="40" w:type="dxa"/>
              <w:right w:w="60" w:type="dxa"/>
            </w:tcMar>
            <w:vAlign w:val="center"/>
          </w:tcPr>
          <w:p w14:paraId="163A18A9"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xml:space="preserve">. 9120,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4DD0DAF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06D322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82B29F6" w14:textId="77777777" w:rsidR="009C1061" w:rsidRDefault="00441274">
            <w:pPr>
              <w:jc w:val="right"/>
            </w:pPr>
            <w:r>
              <w:t>550 руб.</w:t>
            </w:r>
          </w:p>
        </w:tc>
        <w:tc>
          <w:tcPr>
            <w:tcW w:w="1587" w:type="dxa"/>
            <w:tcMar>
              <w:top w:w="40" w:type="dxa"/>
              <w:left w:w="60" w:type="dxa"/>
              <w:bottom w:w="40" w:type="dxa"/>
              <w:right w:w="60" w:type="dxa"/>
            </w:tcMar>
            <w:vAlign w:val="center"/>
          </w:tcPr>
          <w:p w14:paraId="0AF5A9FF" w14:textId="77777777" w:rsidR="009C1061" w:rsidRDefault="00441274">
            <w:pPr>
              <w:jc w:val="right"/>
            </w:pPr>
            <w:r>
              <w:t>550 руб.</w:t>
            </w:r>
          </w:p>
        </w:tc>
      </w:tr>
      <w:tr w:rsidR="0009622B" w14:paraId="4A80E48E" w14:textId="77777777" w:rsidTr="00DF6623">
        <w:trPr>
          <w:jc w:val="center"/>
        </w:trPr>
        <w:tc>
          <w:tcPr>
            <w:tcW w:w="453" w:type="dxa"/>
            <w:tcMar>
              <w:top w:w="40" w:type="dxa"/>
              <w:left w:w="60" w:type="dxa"/>
              <w:bottom w:w="40" w:type="dxa"/>
              <w:right w:w="60" w:type="dxa"/>
            </w:tcMar>
            <w:vAlign w:val="center"/>
          </w:tcPr>
          <w:p w14:paraId="1C266F5F" w14:textId="77777777" w:rsidR="0009622B" w:rsidRDefault="0009622B" w:rsidP="00DF6623">
            <w:pPr>
              <w:spacing w:after="0"/>
              <w:jc w:val="center"/>
            </w:pPr>
            <w:r>
              <w:t>93</w:t>
            </w:r>
          </w:p>
        </w:tc>
        <w:tc>
          <w:tcPr>
            <w:tcW w:w="7371" w:type="dxa"/>
            <w:tcMar>
              <w:top w:w="40" w:type="dxa"/>
              <w:left w:w="60" w:type="dxa"/>
              <w:bottom w:w="40" w:type="dxa"/>
              <w:right w:w="60" w:type="dxa"/>
            </w:tcMar>
            <w:vAlign w:val="center"/>
          </w:tcPr>
          <w:p w14:paraId="098B55F3"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416CF4D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BFA94D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72D75D8" w14:textId="77777777" w:rsidR="009C1061" w:rsidRDefault="00441274">
            <w:pPr>
              <w:jc w:val="right"/>
            </w:pPr>
            <w:r>
              <w:t>550 руб.</w:t>
            </w:r>
          </w:p>
        </w:tc>
        <w:tc>
          <w:tcPr>
            <w:tcW w:w="1587" w:type="dxa"/>
            <w:tcMar>
              <w:top w:w="40" w:type="dxa"/>
              <w:left w:w="60" w:type="dxa"/>
              <w:bottom w:w="40" w:type="dxa"/>
              <w:right w:w="60" w:type="dxa"/>
            </w:tcMar>
            <w:vAlign w:val="center"/>
          </w:tcPr>
          <w:p w14:paraId="160EA29B" w14:textId="77777777" w:rsidR="009C1061" w:rsidRDefault="00441274">
            <w:pPr>
              <w:jc w:val="right"/>
            </w:pPr>
            <w:r>
              <w:t>550 руб.</w:t>
            </w:r>
          </w:p>
        </w:tc>
      </w:tr>
      <w:tr w:rsidR="0009622B" w14:paraId="4F716441" w14:textId="77777777" w:rsidTr="00DF6623">
        <w:trPr>
          <w:jc w:val="center"/>
        </w:trPr>
        <w:tc>
          <w:tcPr>
            <w:tcW w:w="453" w:type="dxa"/>
            <w:tcMar>
              <w:top w:w="40" w:type="dxa"/>
              <w:left w:w="60" w:type="dxa"/>
              <w:bottom w:w="40" w:type="dxa"/>
              <w:right w:w="60" w:type="dxa"/>
            </w:tcMar>
            <w:vAlign w:val="center"/>
          </w:tcPr>
          <w:p w14:paraId="4DCD0A08" w14:textId="77777777" w:rsidR="0009622B" w:rsidRDefault="0009622B" w:rsidP="00DF6623">
            <w:pPr>
              <w:spacing w:after="0"/>
              <w:jc w:val="center"/>
            </w:pPr>
            <w:r>
              <w:lastRenderedPageBreak/>
              <w:t>94</w:t>
            </w:r>
          </w:p>
        </w:tc>
        <w:tc>
          <w:tcPr>
            <w:tcW w:w="7371" w:type="dxa"/>
            <w:tcMar>
              <w:top w:w="40" w:type="dxa"/>
              <w:left w:w="60" w:type="dxa"/>
              <w:bottom w:w="40" w:type="dxa"/>
              <w:right w:w="60" w:type="dxa"/>
            </w:tcMar>
            <w:vAlign w:val="center"/>
          </w:tcPr>
          <w:p w14:paraId="4E06A4B4" w14:textId="77777777" w:rsidR="0009622B" w:rsidRDefault="0009622B" w:rsidP="00DF6623">
            <w:pPr>
              <w:spacing w:after="0"/>
            </w:pPr>
            <w:r w:rsidRPr="00CA0274">
              <w:rPr>
                <w:rFonts w:cs="Times New Roman"/>
                <w:lang w:val="ru-RU"/>
              </w:rPr>
              <w:t xml:space="preserve">Брюки (Южная Корея) — арт. 87440,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21</w:t>
            </w:r>
          </w:p>
        </w:tc>
        <w:tc>
          <w:tcPr>
            <w:tcW w:w="737" w:type="dxa"/>
            <w:tcMar>
              <w:top w:w="40" w:type="dxa"/>
              <w:left w:w="60" w:type="dxa"/>
              <w:bottom w:w="40" w:type="dxa"/>
              <w:right w:w="60" w:type="dxa"/>
            </w:tcMar>
            <w:vAlign w:val="center"/>
          </w:tcPr>
          <w:p w14:paraId="6FE97863"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6ABC567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64EE23C" w14:textId="77777777" w:rsidR="009C1061" w:rsidRDefault="00441274">
            <w:pPr>
              <w:jc w:val="right"/>
            </w:pPr>
            <w:r>
              <w:t>550 руб.</w:t>
            </w:r>
          </w:p>
        </w:tc>
        <w:tc>
          <w:tcPr>
            <w:tcW w:w="1587" w:type="dxa"/>
            <w:tcMar>
              <w:top w:w="40" w:type="dxa"/>
              <w:left w:w="60" w:type="dxa"/>
              <w:bottom w:w="40" w:type="dxa"/>
              <w:right w:w="60" w:type="dxa"/>
            </w:tcMar>
            <w:vAlign w:val="center"/>
          </w:tcPr>
          <w:p w14:paraId="2B49F60F" w14:textId="77777777" w:rsidR="009C1061" w:rsidRDefault="00441274">
            <w:pPr>
              <w:jc w:val="right"/>
            </w:pPr>
            <w:r>
              <w:t>2 750 руб.</w:t>
            </w:r>
          </w:p>
        </w:tc>
      </w:tr>
      <w:tr w:rsidR="0009622B" w14:paraId="67813A01" w14:textId="77777777" w:rsidTr="00DF6623">
        <w:trPr>
          <w:jc w:val="center"/>
        </w:trPr>
        <w:tc>
          <w:tcPr>
            <w:tcW w:w="453" w:type="dxa"/>
            <w:tcMar>
              <w:top w:w="40" w:type="dxa"/>
              <w:left w:w="60" w:type="dxa"/>
              <w:bottom w:w="40" w:type="dxa"/>
              <w:right w:w="60" w:type="dxa"/>
            </w:tcMar>
            <w:vAlign w:val="center"/>
          </w:tcPr>
          <w:p w14:paraId="4C200467" w14:textId="77777777" w:rsidR="0009622B" w:rsidRDefault="0009622B" w:rsidP="00DF6623">
            <w:pPr>
              <w:spacing w:after="0"/>
              <w:jc w:val="center"/>
            </w:pPr>
            <w:r>
              <w:t>95</w:t>
            </w:r>
          </w:p>
        </w:tc>
        <w:tc>
          <w:tcPr>
            <w:tcW w:w="7371" w:type="dxa"/>
            <w:tcMar>
              <w:top w:w="40" w:type="dxa"/>
              <w:left w:w="60" w:type="dxa"/>
              <w:bottom w:w="40" w:type="dxa"/>
              <w:right w:w="60" w:type="dxa"/>
            </w:tcMar>
            <w:vAlign w:val="center"/>
          </w:tcPr>
          <w:p w14:paraId="0355C7C0"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0CDCCC8C"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0D9FC86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5D75A47" w14:textId="77777777" w:rsidR="009C1061" w:rsidRDefault="00441274">
            <w:pPr>
              <w:jc w:val="right"/>
            </w:pPr>
            <w:r>
              <w:t>550 руб.</w:t>
            </w:r>
          </w:p>
        </w:tc>
        <w:tc>
          <w:tcPr>
            <w:tcW w:w="1587" w:type="dxa"/>
            <w:tcMar>
              <w:top w:w="40" w:type="dxa"/>
              <w:left w:w="60" w:type="dxa"/>
              <w:bottom w:w="40" w:type="dxa"/>
              <w:right w:w="60" w:type="dxa"/>
            </w:tcMar>
            <w:vAlign w:val="center"/>
          </w:tcPr>
          <w:p w14:paraId="71AF273D" w14:textId="77777777" w:rsidR="009C1061" w:rsidRDefault="00441274">
            <w:pPr>
              <w:jc w:val="right"/>
            </w:pPr>
            <w:r>
              <w:t>4 950 руб.</w:t>
            </w:r>
          </w:p>
        </w:tc>
      </w:tr>
      <w:tr w:rsidR="0009622B" w14:paraId="383F6043" w14:textId="77777777" w:rsidTr="00DF6623">
        <w:trPr>
          <w:jc w:val="center"/>
        </w:trPr>
        <w:tc>
          <w:tcPr>
            <w:tcW w:w="453" w:type="dxa"/>
            <w:tcMar>
              <w:top w:w="40" w:type="dxa"/>
              <w:left w:w="60" w:type="dxa"/>
              <w:bottom w:w="40" w:type="dxa"/>
              <w:right w:w="60" w:type="dxa"/>
            </w:tcMar>
            <w:vAlign w:val="center"/>
          </w:tcPr>
          <w:p w14:paraId="639B3976" w14:textId="77777777" w:rsidR="0009622B" w:rsidRDefault="0009622B" w:rsidP="00DF6623">
            <w:pPr>
              <w:spacing w:after="0"/>
              <w:jc w:val="center"/>
            </w:pPr>
            <w:r>
              <w:t>96</w:t>
            </w:r>
          </w:p>
        </w:tc>
        <w:tc>
          <w:tcPr>
            <w:tcW w:w="7371" w:type="dxa"/>
            <w:tcMar>
              <w:top w:w="40" w:type="dxa"/>
              <w:left w:w="60" w:type="dxa"/>
              <w:bottom w:w="40" w:type="dxa"/>
              <w:right w:w="60" w:type="dxa"/>
            </w:tcMar>
            <w:vAlign w:val="center"/>
          </w:tcPr>
          <w:p w14:paraId="54F862CB"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xml:space="preserve">. 9120,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57F2FA6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F7D60D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7F9EC82" w14:textId="77777777" w:rsidR="009C1061" w:rsidRDefault="00441274">
            <w:pPr>
              <w:jc w:val="right"/>
            </w:pPr>
            <w:r>
              <w:t>550 руб.</w:t>
            </w:r>
          </w:p>
        </w:tc>
        <w:tc>
          <w:tcPr>
            <w:tcW w:w="1587" w:type="dxa"/>
            <w:tcMar>
              <w:top w:w="40" w:type="dxa"/>
              <w:left w:w="60" w:type="dxa"/>
              <w:bottom w:w="40" w:type="dxa"/>
              <w:right w:w="60" w:type="dxa"/>
            </w:tcMar>
            <w:vAlign w:val="center"/>
          </w:tcPr>
          <w:p w14:paraId="39F2F21F" w14:textId="77777777" w:rsidR="009C1061" w:rsidRDefault="00441274">
            <w:pPr>
              <w:jc w:val="right"/>
            </w:pPr>
            <w:r>
              <w:t>550 руб.</w:t>
            </w:r>
          </w:p>
        </w:tc>
      </w:tr>
      <w:tr w:rsidR="0009622B" w14:paraId="2CF9F4FC" w14:textId="77777777" w:rsidTr="00DF6623">
        <w:trPr>
          <w:jc w:val="center"/>
        </w:trPr>
        <w:tc>
          <w:tcPr>
            <w:tcW w:w="453" w:type="dxa"/>
            <w:tcMar>
              <w:top w:w="40" w:type="dxa"/>
              <w:left w:w="60" w:type="dxa"/>
              <w:bottom w:w="40" w:type="dxa"/>
              <w:right w:w="60" w:type="dxa"/>
            </w:tcMar>
            <w:vAlign w:val="center"/>
          </w:tcPr>
          <w:p w14:paraId="725CAB60" w14:textId="77777777" w:rsidR="0009622B" w:rsidRDefault="0009622B" w:rsidP="00DF6623">
            <w:pPr>
              <w:spacing w:after="0"/>
              <w:jc w:val="center"/>
            </w:pPr>
            <w:r>
              <w:t>97</w:t>
            </w:r>
          </w:p>
        </w:tc>
        <w:tc>
          <w:tcPr>
            <w:tcW w:w="7371" w:type="dxa"/>
            <w:tcMar>
              <w:top w:w="40" w:type="dxa"/>
              <w:left w:w="60" w:type="dxa"/>
              <w:bottom w:w="40" w:type="dxa"/>
              <w:right w:w="60" w:type="dxa"/>
            </w:tcMar>
            <w:vAlign w:val="center"/>
          </w:tcPr>
          <w:p w14:paraId="68277530"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4CC7A14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1822D4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A0EED02" w14:textId="77777777" w:rsidR="009C1061" w:rsidRDefault="00441274">
            <w:pPr>
              <w:jc w:val="right"/>
            </w:pPr>
            <w:r>
              <w:t>550 руб.</w:t>
            </w:r>
          </w:p>
        </w:tc>
        <w:tc>
          <w:tcPr>
            <w:tcW w:w="1587" w:type="dxa"/>
            <w:tcMar>
              <w:top w:w="40" w:type="dxa"/>
              <w:left w:w="60" w:type="dxa"/>
              <w:bottom w:w="40" w:type="dxa"/>
              <w:right w:w="60" w:type="dxa"/>
            </w:tcMar>
            <w:vAlign w:val="center"/>
          </w:tcPr>
          <w:p w14:paraId="49A729C3" w14:textId="77777777" w:rsidR="009C1061" w:rsidRDefault="00441274">
            <w:pPr>
              <w:jc w:val="right"/>
            </w:pPr>
            <w:r>
              <w:t>550 руб.</w:t>
            </w:r>
          </w:p>
        </w:tc>
      </w:tr>
      <w:tr w:rsidR="0009622B" w14:paraId="54ABDF72" w14:textId="77777777" w:rsidTr="00DF6623">
        <w:trPr>
          <w:jc w:val="center"/>
        </w:trPr>
        <w:tc>
          <w:tcPr>
            <w:tcW w:w="453" w:type="dxa"/>
            <w:tcMar>
              <w:top w:w="40" w:type="dxa"/>
              <w:left w:w="60" w:type="dxa"/>
              <w:bottom w:w="40" w:type="dxa"/>
              <w:right w:w="60" w:type="dxa"/>
            </w:tcMar>
            <w:vAlign w:val="center"/>
          </w:tcPr>
          <w:p w14:paraId="0C38248B" w14:textId="77777777" w:rsidR="0009622B" w:rsidRDefault="0009622B" w:rsidP="00DF6623">
            <w:pPr>
              <w:spacing w:after="0"/>
              <w:jc w:val="center"/>
            </w:pPr>
            <w:r>
              <w:t>98</w:t>
            </w:r>
          </w:p>
        </w:tc>
        <w:tc>
          <w:tcPr>
            <w:tcW w:w="7371" w:type="dxa"/>
            <w:tcMar>
              <w:top w:w="40" w:type="dxa"/>
              <w:left w:w="60" w:type="dxa"/>
              <w:bottom w:w="40" w:type="dxa"/>
              <w:right w:w="60" w:type="dxa"/>
            </w:tcMar>
            <w:vAlign w:val="center"/>
          </w:tcPr>
          <w:p w14:paraId="60DE966D" w14:textId="77777777" w:rsidR="0009622B" w:rsidRDefault="0009622B" w:rsidP="00DF6623">
            <w:pPr>
              <w:spacing w:after="0"/>
            </w:pPr>
            <w:r w:rsidRPr="00CA0274">
              <w:rPr>
                <w:rFonts w:cs="Times New Roman"/>
                <w:lang w:val="ru-RU"/>
              </w:rPr>
              <w:t xml:space="preserve">Брюки (Южная Корея) — арт. 87440,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21</w:t>
            </w:r>
          </w:p>
        </w:tc>
        <w:tc>
          <w:tcPr>
            <w:tcW w:w="737" w:type="dxa"/>
            <w:tcMar>
              <w:top w:w="40" w:type="dxa"/>
              <w:left w:w="60" w:type="dxa"/>
              <w:bottom w:w="40" w:type="dxa"/>
              <w:right w:w="60" w:type="dxa"/>
            </w:tcMar>
            <w:vAlign w:val="center"/>
          </w:tcPr>
          <w:p w14:paraId="563DBAB3"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19303C7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A8CA075" w14:textId="77777777" w:rsidR="009C1061" w:rsidRDefault="00441274">
            <w:pPr>
              <w:jc w:val="right"/>
            </w:pPr>
            <w:r>
              <w:t>550 руб.</w:t>
            </w:r>
          </w:p>
        </w:tc>
        <w:tc>
          <w:tcPr>
            <w:tcW w:w="1587" w:type="dxa"/>
            <w:tcMar>
              <w:top w:w="40" w:type="dxa"/>
              <w:left w:w="60" w:type="dxa"/>
              <w:bottom w:w="40" w:type="dxa"/>
              <w:right w:w="60" w:type="dxa"/>
            </w:tcMar>
            <w:vAlign w:val="center"/>
          </w:tcPr>
          <w:p w14:paraId="2FF492AE" w14:textId="77777777" w:rsidR="009C1061" w:rsidRDefault="00441274">
            <w:pPr>
              <w:jc w:val="right"/>
            </w:pPr>
            <w:r>
              <w:t>2 750 руб.</w:t>
            </w:r>
          </w:p>
        </w:tc>
      </w:tr>
      <w:tr w:rsidR="0009622B" w14:paraId="1C7EADB2" w14:textId="77777777" w:rsidTr="00DF6623">
        <w:trPr>
          <w:jc w:val="center"/>
        </w:trPr>
        <w:tc>
          <w:tcPr>
            <w:tcW w:w="453" w:type="dxa"/>
            <w:tcMar>
              <w:top w:w="40" w:type="dxa"/>
              <w:left w:w="60" w:type="dxa"/>
              <w:bottom w:w="40" w:type="dxa"/>
              <w:right w:w="60" w:type="dxa"/>
            </w:tcMar>
            <w:vAlign w:val="center"/>
          </w:tcPr>
          <w:p w14:paraId="60A80821" w14:textId="77777777" w:rsidR="0009622B" w:rsidRDefault="0009622B" w:rsidP="00DF6623">
            <w:pPr>
              <w:spacing w:after="0"/>
              <w:jc w:val="center"/>
            </w:pPr>
            <w:r>
              <w:t>99</w:t>
            </w:r>
          </w:p>
        </w:tc>
        <w:tc>
          <w:tcPr>
            <w:tcW w:w="7371" w:type="dxa"/>
            <w:tcMar>
              <w:top w:w="40" w:type="dxa"/>
              <w:left w:w="60" w:type="dxa"/>
              <w:bottom w:w="40" w:type="dxa"/>
              <w:right w:w="60" w:type="dxa"/>
            </w:tcMar>
            <w:vAlign w:val="center"/>
          </w:tcPr>
          <w:p w14:paraId="294CD386"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035B86FD"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69563A1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BFEE483" w14:textId="77777777" w:rsidR="009C1061" w:rsidRDefault="00441274">
            <w:pPr>
              <w:jc w:val="right"/>
            </w:pPr>
            <w:r>
              <w:t>550 руб.</w:t>
            </w:r>
          </w:p>
        </w:tc>
        <w:tc>
          <w:tcPr>
            <w:tcW w:w="1587" w:type="dxa"/>
            <w:tcMar>
              <w:top w:w="40" w:type="dxa"/>
              <w:left w:w="60" w:type="dxa"/>
              <w:bottom w:w="40" w:type="dxa"/>
              <w:right w:w="60" w:type="dxa"/>
            </w:tcMar>
            <w:vAlign w:val="center"/>
          </w:tcPr>
          <w:p w14:paraId="6C9147DC" w14:textId="77777777" w:rsidR="009C1061" w:rsidRDefault="00441274">
            <w:pPr>
              <w:jc w:val="right"/>
            </w:pPr>
            <w:r>
              <w:t>4 950 руб.</w:t>
            </w:r>
          </w:p>
        </w:tc>
      </w:tr>
      <w:tr w:rsidR="0009622B" w14:paraId="7AAE52D4" w14:textId="77777777" w:rsidTr="00DF6623">
        <w:trPr>
          <w:jc w:val="center"/>
        </w:trPr>
        <w:tc>
          <w:tcPr>
            <w:tcW w:w="453" w:type="dxa"/>
            <w:tcMar>
              <w:top w:w="40" w:type="dxa"/>
              <w:left w:w="60" w:type="dxa"/>
              <w:bottom w:w="40" w:type="dxa"/>
              <w:right w:w="60" w:type="dxa"/>
            </w:tcMar>
            <w:vAlign w:val="center"/>
          </w:tcPr>
          <w:p w14:paraId="42DA595C" w14:textId="77777777" w:rsidR="0009622B" w:rsidRDefault="0009622B" w:rsidP="00DF6623">
            <w:pPr>
              <w:spacing w:after="0"/>
              <w:jc w:val="center"/>
            </w:pPr>
            <w:r>
              <w:t>100</w:t>
            </w:r>
          </w:p>
        </w:tc>
        <w:tc>
          <w:tcPr>
            <w:tcW w:w="7371" w:type="dxa"/>
            <w:tcMar>
              <w:top w:w="40" w:type="dxa"/>
              <w:left w:w="60" w:type="dxa"/>
              <w:bottom w:w="40" w:type="dxa"/>
              <w:right w:w="60" w:type="dxa"/>
            </w:tcMar>
            <w:vAlign w:val="center"/>
          </w:tcPr>
          <w:p w14:paraId="4DA2F424"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xml:space="preserve">. 9120,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7F7CDB1F"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3EF307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A2431E8" w14:textId="77777777" w:rsidR="009C1061" w:rsidRDefault="00441274">
            <w:pPr>
              <w:jc w:val="right"/>
            </w:pPr>
            <w:r>
              <w:t>550 руб.</w:t>
            </w:r>
          </w:p>
        </w:tc>
        <w:tc>
          <w:tcPr>
            <w:tcW w:w="1587" w:type="dxa"/>
            <w:tcMar>
              <w:top w:w="40" w:type="dxa"/>
              <w:left w:w="60" w:type="dxa"/>
              <w:bottom w:w="40" w:type="dxa"/>
              <w:right w:w="60" w:type="dxa"/>
            </w:tcMar>
            <w:vAlign w:val="center"/>
          </w:tcPr>
          <w:p w14:paraId="199B6CEC" w14:textId="77777777" w:rsidR="009C1061" w:rsidRDefault="00441274">
            <w:pPr>
              <w:jc w:val="right"/>
            </w:pPr>
            <w:r>
              <w:t>550 руб.</w:t>
            </w:r>
          </w:p>
        </w:tc>
      </w:tr>
      <w:tr w:rsidR="0009622B" w14:paraId="3B0E18FA" w14:textId="77777777" w:rsidTr="00DF6623">
        <w:trPr>
          <w:jc w:val="center"/>
        </w:trPr>
        <w:tc>
          <w:tcPr>
            <w:tcW w:w="453" w:type="dxa"/>
            <w:tcMar>
              <w:top w:w="40" w:type="dxa"/>
              <w:left w:w="60" w:type="dxa"/>
              <w:bottom w:w="40" w:type="dxa"/>
              <w:right w:w="60" w:type="dxa"/>
            </w:tcMar>
            <w:vAlign w:val="center"/>
          </w:tcPr>
          <w:p w14:paraId="0CAC7898" w14:textId="77777777" w:rsidR="0009622B" w:rsidRDefault="0009622B" w:rsidP="00DF6623">
            <w:pPr>
              <w:spacing w:after="0"/>
              <w:jc w:val="center"/>
            </w:pPr>
            <w:r>
              <w:t>101</w:t>
            </w:r>
          </w:p>
        </w:tc>
        <w:tc>
          <w:tcPr>
            <w:tcW w:w="7371" w:type="dxa"/>
            <w:tcMar>
              <w:top w:w="40" w:type="dxa"/>
              <w:left w:w="60" w:type="dxa"/>
              <w:bottom w:w="40" w:type="dxa"/>
              <w:right w:w="60" w:type="dxa"/>
            </w:tcMar>
            <w:vAlign w:val="center"/>
          </w:tcPr>
          <w:p w14:paraId="4F9B1025"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0AC74CB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AD7945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B63022E" w14:textId="77777777" w:rsidR="009C1061" w:rsidRDefault="00441274">
            <w:pPr>
              <w:jc w:val="right"/>
            </w:pPr>
            <w:r>
              <w:t>550 руб.</w:t>
            </w:r>
          </w:p>
        </w:tc>
        <w:tc>
          <w:tcPr>
            <w:tcW w:w="1587" w:type="dxa"/>
            <w:tcMar>
              <w:top w:w="40" w:type="dxa"/>
              <w:left w:w="60" w:type="dxa"/>
              <w:bottom w:w="40" w:type="dxa"/>
              <w:right w:w="60" w:type="dxa"/>
            </w:tcMar>
            <w:vAlign w:val="center"/>
          </w:tcPr>
          <w:p w14:paraId="0057957A" w14:textId="77777777" w:rsidR="009C1061" w:rsidRDefault="00441274">
            <w:pPr>
              <w:jc w:val="right"/>
            </w:pPr>
            <w:r>
              <w:t>550 руб.</w:t>
            </w:r>
          </w:p>
        </w:tc>
      </w:tr>
      <w:tr w:rsidR="0009622B" w14:paraId="778E3918" w14:textId="77777777" w:rsidTr="00DF6623">
        <w:trPr>
          <w:jc w:val="center"/>
        </w:trPr>
        <w:tc>
          <w:tcPr>
            <w:tcW w:w="453" w:type="dxa"/>
            <w:tcMar>
              <w:top w:w="40" w:type="dxa"/>
              <w:left w:w="60" w:type="dxa"/>
              <w:bottom w:w="40" w:type="dxa"/>
              <w:right w:w="60" w:type="dxa"/>
            </w:tcMar>
            <w:vAlign w:val="center"/>
          </w:tcPr>
          <w:p w14:paraId="26E0F661" w14:textId="77777777" w:rsidR="0009622B" w:rsidRDefault="0009622B" w:rsidP="00DF6623">
            <w:pPr>
              <w:spacing w:after="0"/>
              <w:jc w:val="center"/>
            </w:pPr>
            <w:r>
              <w:t>102</w:t>
            </w:r>
          </w:p>
        </w:tc>
        <w:tc>
          <w:tcPr>
            <w:tcW w:w="7371" w:type="dxa"/>
            <w:tcMar>
              <w:top w:w="40" w:type="dxa"/>
              <w:left w:w="60" w:type="dxa"/>
              <w:bottom w:w="40" w:type="dxa"/>
              <w:right w:w="60" w:type="dxa"/>
            </w:tcMar>
            <w:vAlign w:val="center"/>
          </w:tcPr>
          <w:p w14:paraId="1F58BB03"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xml:space="preserve">. 23031, </w:t>
            </w:r>
            <w:proofErr w:type="spellStart"/>
            <w:r>
              <w:rPr>
                <w:rFonts w:cs="Times New Roman"/>
              </w:rPr>
              <w:t>разм</w:t>
            </w:r>
            <w:proofErr w:type="spellEnd"/>
            <w:r>
              <w:rPr>
                <w:rFonts w:cs="Times New Roman"/>
              </w:rPr>
              <w:t>. 54, 56</w:t>
            </w:r>
          </w:p>
        </w:tc>
        <w:tc>
          <w:tcPr>
            <w:tcW w:w="737" w:type="dxa"/>
            <w:tcMar>
              <w:top w:w="40" w:type="dxa"/>
              <w:left w:w="60" w:type="dxa"/>
              <w:bottom w:w="40" w:type="dxa"/>
              <w:right w:w="60" w:type="dxa"/>
            </w:tcMar>
            <w:vAlign w:val="center"/>
          </w:tcPr>
          <w:p w14:paraId="2A0B186A"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06B4687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2174091" w14:textId="77777777" w:rsidR="009C1061" w:rsidRDefault="00441274">
            <w:pPr>
              <w:jc w:val="right"/>
            </w:pPr>
            <w:r>
              <w:t>550 руб.</w:t>
            </w:r>
          </w:p>
        </w:tc>
        <w:tc>
          <w:tcPr>
            <w:tcW w:w="1587" w:type="dxa"/>
            <w:tcMar>
              <w:top w:w="40" w:type="dxa"/>
              <w:left w:w="60" w:type="dxa"/>
              <w:bottom w:w="40" w:type="dxa"/>
              <w:right w:w="60" w:type="dxa"/>
            </w:tcMar>
            <w:vAlign w:val="center"/>
          </w:tcPr>
          <w:p w14:paraId="6114D723" w14:textId="77777777" w:rsidR="009C1061" w:rsidRDefault="00441274">
            <w:pPr>
              <w:jc w:val="right"/>
            </w:pPr>
            <w:r>
              <w:t>1 650 руб.</w:t>
            </w:r>
          </w:p>
        </w:tc>
      </w:tr>
      <w:tr w:rsidR="0009622B" w14:paraId="420B3670" w14:textId="77777777" w:rsidTr="00DF6623">
        <w:trPr>
          <w:jc w:val="center"/>
        </w:trPr>
        <w:tc>
          <w:tcPr>
            <w:tcW w:w="453" w:type="dxa"/>
            <w:tcMar>
              <w:top w:w="40" w:type="dxa"/>
              <w:left w:w="60" w:type="dxa"/>
              <w:bottom w:w="40" w:type="dxa"/>
              <w:right w:w="60" w:type="dxa"/>
            </w:tcMar>
            <w:vAlign w:val="center"/>
          </w:tcPr>
          <w:p w14:paraId="263156B1" w14:textId="77777777" w:rsidR="0009622B" w:rsidRDefault="0009622B" w:rsidP="00DF6623">
            <w:pPr>
              <w:spacing w:after="0"/>
              <w:jc w:val="center"/>
            </w:pPr>
            <w:r>
              <w:t>103</w:t>
            </w:r>
          </w:p>
        </w:tc>
        <w:tc>
          <w:tcPr>
            <w:tcW w:w="7371" w:type="dxa"/>
            <w:tcMar>
              <w:top w:w="40" w:type="dxa"/>
              <w:left w:w="60" w:type="dxa"/>
              <w:bottom w:w="40" w:type="dxa"/>
              <w:right w:w="60" w:type="dxa"/>
            </w:tcMar>
            <w:vAlign w:val="center"/>
          </w:tcPr>
          <w:p w14:paraId="4DD77946"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5E545C60"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6568C8E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FF14E8A" w14:textId="77777777" w:rsidR="009C1061" w:rsidRDefault="00441274">
            <w:pPr>
              <w:jc w:val="right"/>
            </w:pPr>
            <w:r>
              <w:t>550 руб.</w:t>
            </w:r>
          </w:p>
        </w:tc>
        <w:tc>
          <w:tcPr>
            <w:tcW w:w="1587" w:type="dxa"/>
            <w:tcMar>
              <w:top w:w="40" w:type="dxa"/>
              <w:left w:w="60" w:type="dxa"/>
              <w:bottom w:w="40" w:type="dxa"/>
              <w:right w:w="60" w:type="dxa"/>
            </w:tcMar>
            <w:vAlign w:val="center"/>
          </w:tcPr>
          <w:p w14:paraId="675EFC8A" w14:textId="77777777" w:rsidR="009C1061" w:rsidRDefault="00441274">
            <w:pPr>
              <w:jc w:val="right"/>
            </w:pPr>
            <w:r>
              <w:t>4 950 руб.</w:t>
            </w:r>
          </w:p>
        </w:tc>
      </w:tr>
      <w:tr w:rsidR="0009622B" w14:paraId="6DAD6075" w14:textId="77777777" w:rsidTr="00DF6623">
        <w:trPr>
          <w:jc w:val="center"/>
        </w:trPr>
        <w:tc>
          <w:tcPr>
            <w:tcW w:w="453" w:type="dxa"/>
            <w:tcMar>
              <w:top w:w="40" w:type="dxa"/>
              <w:left w:w="60" w:type="dxa"/>
              <w:bottom w:w="40" w:type="dxa"/>
              <w:right w:w="60" w:type="dxa"/>
            </w:tcMar>
            <w:vAlign w:val="center"/>
          </w:tcPr>
          <w:p w14:paraId="43344DA4" w14:textId="77777777" w:rsidR="0009622B" w:rsidRDefault="0009622B" w:rsidP="00DF6623">
            <w:pPr>
              <w:spacing w:after="0"/>
              <w:jc w:val="center"/>
            </w:pPr>
            <w:r>
              <w:t>104</w:t>
            </w:r>
          </w:p>
        </w:tc>
        <w:tc>
          <w:tcPr>
            <w:tcW w:w="7371" w:type="dxa"/>
            <w:tcMar>
              <w:top w:w="40" w:type="dxa"/>
              <w:left w:w="60" w:type="dxa"/>
              <w:bottom w:w="40" w:type="dxa"/>
              <w:right w:w="60" w:type="dxa"/>
            </w:tcMar>
            <w:vAlign w:val="center"/>
          </w:tcPr>
          <w:p w14:paraId="48935615"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xml:space="preserve">. 23031, </w:t>
            </w:r>
            <w:proofErr w:type="spellStart"/>
            <w:r>
              <w:rPr>
                <w:rFonts w:cs="Times New Roman"/>
              </w:rPr>
              <w:t>разм</w:t>
            </w:r>
            <w:proofErr w:type="spellEnd"/>
            <w:r>
              <w:rPr>
                <w:rFonts w:cs="Times New Roman"/>
              </w:rPr>
              <w:t>. 54, 56</w:t>
            </w:r>
          </w:p>
        </w:tc>
        <w:tc>
          <w:tcPr>
            <w:tcW w:w="737" w:type="dxa"/>
            <w:tcMar>
              <w:top w:w="40" w:type="dxa"/>
              <w:left w:w="60" w:type="dxa"/>
              <w:bottom w:w="40" w:type="dxa"/>
              <w:right w:w="60" w:type="dxa"/>
            </w:tcMar>
            <w:vAlign w:val="center"/>
          </w:tcPr>
          <w:p w14:paraId="575A44BC"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3D0BC9B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846877E" w14:textId="77777777" w:rsidR="009C1061" w:rsidRDefault="00441274">
            <w:pPr>
              <w:jc w:val="right"/>
            </w:pPr>
            <w:r>
              <w:t>550 руб.</w:t>
            </w:r>
          </w:p>
        </w:tc>
        <w:tc>
          <w:tcPr>
            <w:tcW w:w="1587" w:type="dxa"/>
            <w:tcMar>
              <w:top w:w="40" w:type="dxa"/>
              <w:left w:w="60" w:type="dxa"/>
              <w:bottom w:w="40" w:type="dxa"/>
              <w:right w:w="60" w:type="dxa"/>
            </w:tcMar>
            <w:vAlign w:val="center"/>
          </w:tcPr>
          <w:p w14:paraId="14C8929D" w14:textId="77777777" w:rsidR="009C1061" w:rsidRDefault="00441274">
            <w:pPr>
              <w:jc w:val="right"/>
            </w:pPr>
            <w:r>
              <w:t>1 100 руб.</w:t>
            </w:r>
          </w:p>
        </w:tc>
      </w:tr>
      <w:tr w:rsidR="0009622B" w14:paraId="34087074" w14:textId="77777777" w:rsidTr="00DF6623">
        <w:trPr>
          <w:jc w:val="center"/>
        </w:trPr>
        <w:tc>
          <w:tcPr>
            <w:tcW w:w="453" w:type="dxa"/>
            <w:tcMar>
              <w:top w:w="40" w:type="dxa"/>
              <w:left w:w="60" w:type="dxa"/>
              <w:bottom w:w="40" w:type="dxa"/>
              <w:right w:w="60" w:type="dxa"/>
            </w:tcMar>
            <w:vAlign w:val="center"/>
          </w:tcPr>
          <w:p w14:paraId="2F5A5706" w14:textId="77777777" w:rsidR="0009622B" w:rsidRDefault="0009622B" w:rsidP="00DF6623">
            <w:pPr>
              <w:spacing w:after="0"/>
              <w:jc w:val="center"/>
            </w:pPr>
            <w:r>
              <w:t>105</w:t>
            </w:r>
          </w:p>
        </w:tc>
        <w:tc>
          <w:tcPr>
            <w:tcW w:w="7371" w:type="dxa"/>
            <w:tcMar>
              <w:top w:w="40" w:type="dxa"/>
              <w:left w:w="60" w:type="dxa"/>
              <w:bottom w:w="40" w:type="dxa"/>
              <w:right w:w="60" w:type="dxa"/>
            </w:tcMar>
            <w:vAlign w:val="center"/>
          </w:tcPr>
          <w:p w14:paraId="37C95806"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4242A5A9"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11DA292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96A6295" w14:textId="77777777" w:rsidR="009C1061" w:rsidRDefault="00441274">
            <w:pPr>
              <w:jc w:val="right"/>
            </w:pPr>
            <w:r>
              <w:t>550 руб.</w:t>
            </w:r>
          </w:p>
        </w:tc>
        <w:tc>
          <w:tcPr>
            <w:tcW w:w="1587" w:type="dxa"/>
            <w:tcMar>
              <w:top w:w="40" w:type="dxa"/>
              <w:left w:w="60" w:type="dxa"/>
              <w:bottom w:w="40" w:type="dxa"/>
              <w:right w:w="60" w:type="dxa"/>
            </w:tcMar>
            <w:vAlign w:val="center"/>
          </w:tcPr>
          <w:p w14:paraId="0154FA06" w14:textId="77777777" w:rsidR="009C1061" w:rsidRDefault="00441274">
            <w:pPr>
              <w:jc w:val="right"/>
            </w:pPr>
            <w:r>
              <w:t>2 750 руб.</w:t>
            </w:r>
          </w:p>
        </w:tc>
      </w:tr>
      <w:tr w:rsidR="0009622B" w14:paraId="24669F17" w14:textId="77777777" w:rsidTr="00DF6623">
        <w:trPr>
          <w:jc w:val="center"/>
        </w:trPr>
        <w:tc>
          <w:tcPr>
            <w:tcW w:w="453" w:type="dxa"/>
            <w:tcMar>
              <w:top w:w="40" w:type="dxa"/>
              <w:left w:w="60" w:type="dxa"/>
              <w:bottom w:w="40" w:type="dxa"/>
              <w:right w:w="60" w:type="dxa"/>
            </w:tcMar>
            <w:vAlign w:val="center"/>
          </w:tcPr>
          <w:p w14:paraId="42CED56D" w14:textId="77777777" w:rsidR="0009622B" w:rsidRDefault="0009622B" w:rsidP="00DF6623">
            <w:pPr>
              <w:spacing w:after="0"/>
              <w:jc w:val="center"/>
            </w:pPr>
            <w:r>
              <w:t>106</w:t>
            </w:r>
          </w:p>
        </w:tc>
        <w:tc>
          <w:tcPr>
            <w:tcW w:w="7371" w:type="dxa"/>
            <w:tcMar>
              <w:top w:w="40" w:type="dxa"/>
              <w:left w:w="60" w:type="dxa"/>
              <w:bottom w:w="40" w:type="dxa"/>
              <w:right w:w="60" w:type="dxa"/>
            </w:tcMar>
            <w:vAlign w:val="center"/>
          </w:tcPr>
          <w:p w14:paraId="13DEA049"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xml:space="preserve">. 9120,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5EB7DF0B"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4EF4909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75D059F" w14:textId="77777777" w:rsidR="009C1061" w:rsidRDefault="00441274">
            <w:pPr>
              <w:jc w:val="right"/>
            </w:pPr>
            <w:r>
              <w:t>550 руб.</w:t>
            </w:r>
          </w:p>
        </w:tc>
        <w:tc>
          <w:tcPr>
            <w:tcW w:w="1587" w:type="dxa"/>
            <w:tcMar>
              <w:top w:w="40" w:type="dxa"/>
              <w:left w:w="60" w:type="dxa"/>
              <w:bottom w:w="40" w:type="dxa"/>
              <w:right w:w="60" w:type="dxa"/>
            </w:tcMar>
            <w:vAlign w:val="center"/>
          </w:tcPr>
          <w:p w14:paraId="66AD60C7" w14:textId="77777777" w:rsidR="009C1061" w:rsidRDefault="00441274">
            <w:pPr>
              <w:jc w:val="right"/>
            </w:pPr>
            <w:r>
              <w:t>1 650 руб.</w:t>
            </w:r>
          </w:p>
        </w:tc>
      </w:tr>
      <w:tr w:rsidR="0009622B" w14:paraId="2D18EF9D" w14:textId="77777777" w:rsidTr="00DF6623">
        <w:trPr>
          <w:jc w:val="center"/>
        </w:trPr>
        <w:tc>
          <w:tcPr>
            <w:tcW w:w="453" w:type="dxa"/>
            <w:tcMar>
              <w:top w:w="40" w:type="dxa"/>
              <w:left w:w="60" w:type="dxa"/>
              <w:bottom w:w="40" w:type="dxa"/>
              <w:right w:w="60" w:type="dxa"/>
            </w:tcMar>
            <w:vAlign w:val="center"/>
          </w:tcPr>
          <w:p w14:paraId="0FF2054F" w14:textId="77777777" w:rsidR="0009622B" w:rsidRDefault="0009622B" w:rsidP="00DF6623">
            <w:pPr>
              <w:spacing w:after="0"/>
              <w:jc w:val="center"/>
            </w:pPr>
            <w:r>
              <w:lastRenderedPageBreak/>
              <w:t>107</w:t>
            </w:r>
          </w:p>
        </w:tc>
        <w:tc>
          <w:tcPr>
            <w:tcW w:w="7371" w:type="dxa"/>
            <w:tcMar>
              <w:top w:w="40" w:type="dxa"/>
              <w:left w:w="60" w:type="dxa"/>
              <w:bottom w:w="40" w:type="dxa"/>
              <w:right w:w="60" w:type="dxa"/>
            </w:tcMar>
            <w:vAlign w:val="center"/>
          </w:tcPr>
          <w:p w14:paraId="52C253E8"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разм</w:t>
            </w:r>
            <w:proofErr w:type="spellEnd"/>
            <w:r>
              <w:rPr>
                <w:rFonts w:cs="Times New Roman"/>
              </w:rPr>
              <w:t>. 52, 54</w:t>
            </w:r>
          </w:p>
        </w:tc>
        <w:tc>
          <w:tcPr>
            <w:tcW w:w="737" w:type="dxa"/>
            <w:tcMar>
              <w:top w:w="40" w:type="dxa"/>
              <w:left w:w="60" w:type="dxa"/>
              <w:bottom w:w="40" w:type="dxa"/>
              <w:right w:w="60" w:type="dxa"/>
            </w:tcMar>
            <w:vAlign w:val="center"/>
          </w:tcPr>
          <w:p w14:paraId="0419CB9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CA33CC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D60C7CF" w14:textId="77777777" w:rsidR="009C1061" w:rsidRDefault="00441274">
            <w:pPr>
              <w:jc w:val="right"/>
            </w:pPr>
            <w:r>
              <w:t>550 руб.</w:t>
            </w:r>
          </w:p>
        </w:tc>
        <w:tc>
          <w:tcPr>
            <w:tcW w:w="1587" w:type="dxa"/>
            <w:tcMar>
              <w:top w:w="40" w:type="dxa"/>
              <w:left w:w="60" w:type="dxa"/>
              <w:bottom w:w="40" w:type="dxa"/>
              <w:right w:w="60" w:type="dxa"/>
            </w:tcMar>
            <w:vAlign w:val="center"/>
          </w:tcPr>
          <w:p w14:paraId="14DE3EB9" w14:textId="77777777" w:rsidR="009C1061" w:rsidRDefault="00441274">
            <w:pPr>
              <w:jc w:val="right"/>
            </w:pPr>
            <w:r>
              <w:t>550 руб.</w:t>
            </w:r>
          </w:p>
        </w:tc>
      </w:tr>
      <w:tr w:rsidR="0009622B" w14:paraId="1C29C095" w14:textId="77777777" w:rsidTr="00DF6623">
        <w:trPr>
          <w:jc w:val="center"/>
        </w:trPr>
        <w:tc>
          <w:tcPr>
            <w:tcW w:w="453" w:type="dxa"/>
            <w:tcMar>
              <w:top w:w="40" w:type="dxa"/>
              <w:left w:w="60" w:type="dxa"/>
              <w:bottom w:w="40" w:type="dxa"/>
              <w:right w:w="60" w:type="dxa"/>
            </w:tcMar>
            <w:vAlign w:val="center"/>
          </w:tcPr>
          <w:p w14:paraId="30AD1A8D" w14:textId="77777777" w:rsidR="0009622B" w:rsidRDefault="0009622B" w:rsidP="00DF6623">
            <w:pPr>
              <w:spacing w:after="0"/>
              <w:jc w:val="center"/>
            </w:pPr>
            <w:r>
              <w:t>108</w:t>
            </w:r>
          </w:p>
        </w:tc>
        <w:tc>
          <w:tcPr>
            <w:tcW w:w="7371" w:type="dxa"/>
            <w:tcMar>
              <w:top w:w="40" w:type="dxa"/>
              <w:left w:w="60" w:type="dxa"/>
              <w:bottom w:w="40" w:type="dxa"/>
              <w:right w:w="60" w:type="dxa"/>
            </w:tcMar>
            <w:vAlign w:val="center"/>
          </w:tcPr>
          <w:p w14:paraId="7BE055C1"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xml:space="preserve">. 9120,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6846D8B4"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0F45A8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9414DB9" w14:textId="77777777" w:rsidR="009C1061" w:rsidRDefault="00441274">
            <w:pPr>
              <w:jc w:val="right"/>
            </w:pPr>
            <w:r>
              <w:t>550 руб.</w:t>
            </w:r>
          </w:p>
        </w:tc>
        <w:tc>
          <w:tcPr>
            <w:tcW w:w="1587" w:type="dxa"/>
            <w:tcMar>
              <w:top w:w="40" w:type="dxa"/>
              <w:left w:w="60" w:type="dxa"/>
              <w:bottom w:w="40" w:type="dxa"/>
              <w:right w:w="60" w:type="dxa"/>
            </w:tcMar>
            <w:vAlign w:val="center"/>
          </w:tcPr>
          <w:p w14:paraId="194F8EE6" w14:textId="77777777" w:rsidR="009C1061" w:rsidRDefault="00441274">
            <w:pPr>
              <w:jc w:val="right"/>
            </w:pPr>
            <w:r>
              <w:t>550 руб.</w:t>
            </w:r>
          </w:p>
        </w:tc>
      </w:tr>
      <w:tr w:rsidR="0009622B" w14:paraId="15906D87" w14:textId="77777777" w:rsidTr="00DF6623">
        <w:trPr>
          <w:jc w:val="center"/>
        </w:trPr>
        <w:tc>
          <w:tcPr>
            <w:tcW w:w="453" w:type="dxa"/>
            <w:tcMar>
              <w:top w:w="40" w:type="dxa"/>
              <w:left w:w="60" w:type="dxa"/>
              <w:bottom w:w="40" w:type="dxa"/>
              <w:right w:w="60" w:type="dxa"/>
            </w:tcMar>
            <w:vAlign w:val="center"/>
          </w:tcPr>
          <w:p w14:paraId="08CDE25C" w14:textId="77777777" w:rsidR="0009622B" w:rsidRDefault="0009622B" w:rsidP="00DF6623">
            <w:pPr>
              <w:spacing w:after="0"/>
              <w:jc w:val="center"/>
            </w:pPr>
            <w:r>
              <w:t>109</w:t>
            </w:r>
          </w:p>
        </w:tc>
        <w:tc>
          <w:tcPr>
            <w:tcW w:w="7371" w:type="dxa"/>
            <w:tcMar>
              <w:top w:w="40" w:type="dxa"/>
              <w:left w:w="60" w:type="dxa"/>
              <w:bottom w:w="40" w:type="dxa"/>
              <w:right w:w="60" w:type="dxa"/>
            </w:tcMar>
            <w:vAlign w:val="center"/>
          </w:tcPr>
          <w:p w14:paraId="5D7188CF"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арт</w:t>
            </w:r>
            <w:proofErr w:type="spellEnd"/>
            <w:r>
              <w:rPr>
                <w:rFonts w:cs="Times New Roman"/>
              </w:rPr>
              <w:t xml:space="preserve">. 87440, </w:t>
            </w:r>
            <w:proofErr w:type="spellStart"/>
            <w:r>
              <w:rPr>
                <w:rFonts w:cs="Times New Roman"/>
              </w:rPr>
              <w:t>разм</w:t>
            </w:r>
            <w:proofErr w:type="spellEnd"/>
            <w:r>
              <w:rPr>
                <w:rFonts w:cs="Times New Roman"/>
              </w:rPr>
              <w:t>. 21</w:t>
            </w:r>
          </w:p>
        </w:tc>
        <w:tc>
          <w:tcPr>
            <w:tcW w:w="737" w:type="dxa"/>
            <w:tcMar>
              <w:top w:w="40" w:type="dxa"/>
              <w:left w:w="60" w:type="dxa"/>
              <w:bottom w:w="40" w:type="dxa"/>
              <w:right w:w="60" w:type="dxa"/>
            </w:tcMar>
            <w:vAlign w:val="center"/>
          </w:tcPr>
          <w:p w14:paraId="679A5F8A"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2850120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2CFF7F9" w14:textId="77777777" w:rsidR="009C1061" w:rsidRDefault="00441274">
            <w:pPr>
              <w:jc w:val="right"/>
            </w:pPr>
            <w:r>
              <w:t>550 руб.</w:t>
            </w:r>
          </w:p>
        </w:tc>
        <w:tc>
          <w:tcPr>
            <w:tcW w:w="1587" w:type="dxa"/>
            <w:tcMar>
              <w:top w:w="40" w:type="dxa"/>
              <w:left w:w="60" w:type="dxa"/>
              <w:bottom w:w="40" w:type="dxa"/>
              <w:right w:w="60" w:type="dxa"/>
            </w:tcMar>
            <w:vAlign w:val="center"/>
          </w:tcPr>
          <w:p w14:paraId="1F68E11A" w14:textId="77777777" w:rsidR="009C1061" w:rsidRDefault="00441274">
            <w:pPr>
              <w:jc w:val="right"/>
            </w:pPr>
            <w:r>
              <w:t>2 750 руб.</w:t>
            </w:r>
          </w:p>
        </w:tc>
      </w:tr>
      <w:tr w:rsidR="0009622B" w14:paraId="2421A853" w14:textId="77777777" w:rsidTr="00DF6623">
        <w:trPr>
          <w:jc w:val="center"/>
        </w:trPr>
        <w:tc>
          <w:tcPr>
            <w:tcW w:w="453" w:type="dxa"/>
            <w:tcMar>
              <w:top w:w="40" w:type="dxa"/>
              <w:left w:w="60" w:type="dxa"/>
              <w:bottom w:w="40" w:type="dxa"/>
              <w:right w:w="60" w:type="dxa"/>
            </w:tcMar>
            <w:vAlign w:val="center"/>
          </w:tcPr>
          <w:p w14:paraId="60C687AB" w14:textId="77777777" w:rsidR="0009622B" w:rsidRDefault="0009622B" w:rsidP="00DF6623">
            <w:pPr>
              <w:spacing w:after="0"/>
              <w:jc w:val="center"/>
            </w:pPr>
            <w:r>
              <w:t>110</w:t>
            </w:r>
          </w:p>
        </w:tc>
        <w:tc>
          <w:tcPr>
            <w:tcW w:w="7371" w:type="dxa"/>
            <w:tcMar>
              <w:top w:w="40" w:type="dxa"/>
              <w:left w:w="60" w:type="dxa"/>
              <w:bottom w:w="40" w:type="dxa"/>
              <w:right w:w="60" w:type="dxa"/>
            </w:tcMar>
            <w:vAlign w:val="center"/>
          </w:tcPr>
          <w:p w14:paraId="3B4F8ABB"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Luis</w:t>
            </w:r>
            <w:r w:rsidRPr="00CA0274">
              <w:rPr>
                <w:rFonts w:cs="Times New Roman"/>
                <w:lang w:val="ru-RU"/>
              </w:rPr>
              <w:t xml:space="preserve"> (Луис) — арт. 9146, р. 48</w:t>
            </w:r>
          </w:p>
        </w:tc>
        <w:tc>
          <w:tcPr>
            <w:tcW w:w="737" w:type="dxa"/>
            <w:tcMar>
              <w:top w:w="40" w:type="dxa"/>
              <w:left w:w="60" w:type="dxa"/>
              <w:bottom w:w="40" w:type="dxa"/>
              <w:right w:w="60" w:type="dxa"/>
            </w:tcMar>
            <w:vAlign w:val="center"/>
          </w:tcPr>
          <w:p w14:paraId="7589F914"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925699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B51242B" w14:textId="77777777" w:rsidR="009C1061" w:rsidRDefault="00441274">
            <w:pPr>
              <w:jc w:val="right"/>
            </w:pPr>
            <w:r>
              <w:t>1 800 руб.</w:t>
            </w:r>
          </w:p>
        </w:tc>
        <w:tc>
          <w:tcPr>
            <w:tcW w:w="1587" w:type="dxa"/>
            <w:tcMar>
              <w:top w:w="40" w:type="dxa"/>
              <w:left w:w="60" w:type="dxa"/>
              <w:bottom w:w="40" w:type="dxa"/>
              <w:right w:w="60" w:type="dxa"/>
            </w:tcMar>
            <w:vAlign w:val="center"/>
          </w:tcPr>
          <w:p w14:paraId="32E55CB0" w14:textId="77777777" w:rsidR="009C1061" w:rsidRDefault="00441274">
            <w:pPr>
              <w:jc w:val="right"/>
            </w:pPr>
            <w:r>
              <w:t>1 800 руб.</w:t>
            </w:r>
          </w:p>
        </w:tc>
      </w:tr>
      <w:tr w:rsidR="0009622B" w14:paraId="6D70271D" w14:textId="77777777" w:rsidTr="00DF6623">
        <w:trPr>
          <w:jc w:val="center"/>
        </w:trPr>
        <w:tc>
          <w:tcPr>
            <w:tcW w:w="453" w:type="dxa"/>
            <w:tcMar>
              <w:top w:w="40" w:type="dxa"/>
              <w:left w:w="60" w:type="dxa"/>
              <w:bottom w:w="40" w:type="dxa"/>
              <w:right w:w="60" w:type="dxa"/>
            </w:tcMar>
            <w:vAlign w:val="center"/>
          </w:tcPr>
          <w:p w14:paraId="3A435092" w14:textId="77777777" w:rsidR="0009622B" w:rsidRDefault="0009622B" w:rsidP="00DF6623">
            <w:pPr>
              <w:spacing w:after="0"/>
              <w:jc w:val="center"/>
            </w:pPr>
            <w:r>
              <w:t>111</w:t>
            </w:r>
          </w:p>
        </w:tc>
        <w:tc>
          <w:tcPr>
            <w:tcW w:w="7371" w:type="dxa"/>
            <w:tcMar>
              <w:top w:w="40" w:type="dxa"/>
              <w:left w:w="60" w:type="dxa"/>
              <w:bottom w:w="40" w:type="dxa"/>
              <w:right w:w="60" w:type="dxa"/>
            </w:tcMar>
            <w:vAlign w:val="center"/>
          </w:tcPr>
          <w:p w14:paraId="4376B167"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Кипр</w:t>
            </w:r>
            <w:proofErr w:type="spellEnd"/>
            <w:r>
              <w:rPr>
                <w:rFonts w:cs="Times New Roman"/>
              </w:rPr>
              <w:t xml:space="preserve"> — </w:t>
            </w:r>
            <w:proofErr w:type="spellStart"/>
            <w:r>
              <w:rPr>
                <w:rFonts w:cs="Times New Roman"/>
              </w:rPr>
              <w:t>арт</w:t>
            </w:r>
            <w:proofErr w:type="spellEnd"/>
            <w:r>
              <w:rPr>
                <w:rFonts w:cs="Times New Roman"/>
              </w:rPr>
              <w:t>. 3680, р. 50</w:t>
            </w:r>
          </w:p>
        </w:tc>
        <w:tc>
          <w:tcPr>
            <w:tcW w:w="737" w:type="dxa"/>
            <w:tcMar>
              <w:top w:w="40" w:type="dxa"/>
              <w:left w:w="60" w:type="dxa"/>
              <w:bottom w:w="40" w:type="dxa"/>
              <w:right w:w="60" w:type="dxa"/>
            </w:tcMar>
            <w:vAlign w:val="center"/>
          </w:tcPr>
          <w:p w14:paraId="3B809762"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4F3C51B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817750E" w14:textId="77777777" w:rsidR="009C1061" w:rsidRDefault="00441274">
            <w:pPr>
              <w:jc w:val="right"/>
            </w:pPr>
            <w:r>
              <w:t>1 800 руб.</w:t>
            </w:r>
          </w:p>
        </w:tc>
        <w:tc>
          <w:tcPr>
            <w:tcW w:w="1587" w:type="dxa"/>
            <w:tcMar>
              <w:top w:w="40" w:type="dxa"/>
              <w:left w:w="60" w:type="dxa"/>
              <w:bottom w:w="40" w:type="dxa"/>
              <w:right w:w="60" w:type="dxa"/>
            </w:tcMar>
            <w:vAlign w:val="center"/>
          </w:tcPr>
          <w:p w14:paraId="16F26DEF" w14:textId="77777777" w:rsidR="009C1061" w:rsidRDefault="00441274">
            <w:pPr>
              <w:jc w:val="right"/>
            </w:pPr>
            <w:r>
              <w:t>3 600 руб.</w:t>
            </w:r>
          </w:p>
        </w:tc>
      </w:tr>
      <w:tr w:rsidR="0009622B" w14:paraId="120FBE1B" w14:textId="77777777" w:rsidTr="00DF6623">
        <w:trPr>
          <w:jc w:val="center"/>
        </w:trPr>
        <w:tc>
          <w:tcPr>
            <w:tcW w:w="453" w:type="dxa"/>
            <w:tcMar>
              <w:top w:w="40" w:type="dxa"/>
              <w:left w:w="60" w:type="dxa"/>
              <w:bottom w:w="40" w:type="dxa"/>
              <w:right w:w="60" w:type="dxa"/>
            </w:tcMar>
            <w:vAlign w:val="center"/>
          </w:tcPr>
          <w:p w14:paraId="029973B5" w14:textId="77777777" w:rsidR="0009622B" w:rsidRDefault="0009622B" w:rsidP="00DF6623">
            <w:pPr>
              <w:spacing w:after="0"/>
              <w:jc w:val="center"/>
            </w:pPr>
            <w:r>
              <w:t>112</w:t>
            </w:r>
          </w:p>
        </w:tc>
        <w:tc>
          <w:tcPr>
            <w:tcW w:w="7371" w:type="dxa"/>
            <w:tcMar>
              <w:top w:w="40" w:type="dxa"/>
              <w:left w:w="60" w:type="dxa"/>
              <w:bottom w:w="40" w:type="dxa"/>
              <w:right w:w="60" w:type="dxa"/>
            </w:tcMar>
            <w:vAlign w:val="center"/>
          </w:tcPr>
          <w:p w14:paraId="53F89715"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Гектор</w:t>
            </w:r>
            <w:proofErr w:type="spellEnd"/>
            <w:r>
              <w:rPr>
                <w:rFonts w:cs="Times New Roman"/>
              </w:rPr>
              <w:t xml:space="preserve"> — </w:t>
            </w:r>
            <w:proofErr w:type="spellStart"/>
            <w:r>
              <w:rPr>
                <w:rFonts w:cs="Times New Roman"/>
              </w:rPr>
              <w:t>арт</w:t>
            </w:r>
            <w:proofErr w:type="spellEnd"/>
            <w:r>
              <w:rPr>
                <w:rFonts w:cs="Times New Roman"/>
              </w:rPr>
              <w:t>. 9686, р. 50</w:t>
            </w:r>
          </w:p>
        </w:tc>
        <w:tc>
          <w:tcPr>
            <w:tcW w:w="737" w:type="dxa"/>
            <w:tcMar>
              <w:top w:w="40" w:type="dxa"/>
              <w:left w:w="60" w:type="dxa"/>
              <w:bottom w:w="40" w:type="dxa"/>
              <w:right w:w="60" w:type="dxa"/>
            </w:tcMar>
            <w:vAlign w:val="center"/>
          </w:tcPr>
          <w:p w14:paraId="02C8E08B"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6F5AEBC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E14A68A" w14:textId="77777777" w:rsidR="009C1061" w:rsidRDefault="00441274">
            <w:pPr>
              <w:jc w:val="right"/>
            </w:pPr>
            <w:r>
              <w:t>1 800 руб.</w:t>
            </w:r>
          </w:p>
        </w:tc>
        <w:tc>
          <w:tcPr>
            <w:tcW w:w="1587" w:type="dxa"/>
            <w:tcMar>
              <w:top w:w="40" w:type="dxa"/>
              <w:left w:w="60" w:type="dxa"/>
              <w:bottom w:w="40" w:type="dxa"/>
              <w:right w:w="60" w:type="dxa"/>
            </w:tcMar>
            <w:vAlign w:val="center"/>
          </w:tcPr>
          <w:p w14:paraId="4945B3CE" w14:textId="77777777" w:rsidR="009C1061" w:rsidRDefault="00441274">
            <w:pPr>
              <w:jc w:val="right"/>
            </w:pPr>
            <w:r>
              <w:t>3 600 руб.</w:t>
            </w:r>
          </w:p>
        </w:tc>
      </w:tr>
      <w:tr w:rsidR="0009622B" w14:paraId="13CCA9B8" w14:textId="77777777" w:rsidTr="00DF6623">
        <w:trPr>
          <w:jc w:val="center"/>
        </w:trPr>
        <w:tc>
          <w:tcPr>
            <w:tcW w:w="453" w:type="dxa"/>
            <w:tcMar>
              <w:top w:w="40" w:type="dxa"/>
              <w:left w:w="60" w:type="dxa"/>
              <w:bottom w:w="40" w:type="dxa"/>
              <w:right w:w="60" w:type="dxa"/>
            </w:tcMar>
            <w:vAlign w:val="center"/>
          </w:tcPr>
          <w:p w14:paraId="00FCC43D" w14:textId="77777777" w:rsidR="0009622B" w:rsidRDefault="0009622B" w:rsidP="00DF6623">
            <w:pPr>
              <w:spacing w:after="0"/>
              <w:jc w:val="center"/>
            </w:pPr>
            <w:r>
              <w:t>113</w:t>
            </w:r>
          </w:p>
        </w:tc>
        <w:tc>
          <w:tcPr>
            <w:tcW w:w="7371" w:type="dxa"/>
            <w:tcMar>
              <w:top w:w="40" w:type="dxa"/>
              <w:left w:w="60" w:type="dxa"/>
              <w:bottom w:w="40" w:type="dxa"/>
              <w:right w:w="60" w:type="dxa"/>
            </w:tcMar>
            <w:vAlign w:val="center"/>
          </w:tcPr>
          <w:p w14:paraId="7C011500"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Гектор</w:t>
            </w:r>
            <w:proofErr w:type="spellEnd"/>
            <w:r>
              <w:rPr>
                <w:rFonts w:cs="Times New Roman"/>
              </w:rPr>
              <w:t xml:space="preserve"> — р. 52</w:t>
            </w:r>
          </w:p>
        </w:tc>
        <w:tc>
          <w:tcPr>
            <w:tcW w:w="737" w:type="dxa"/>
            <w:tcMar>
              <w:top w:w="40" w:type="dxa"/>
              <w:left w:w="60" w:type="dxa"/>
              <w:bottom w:w="40" w:type="dxa"/>
              <w:right w:w="60" w:type="dxa"/>
            </w:tcMar>
            <w:vAlign w:val="center"/>
          </w:tcPr>
          <w:p w14:paraId="508F8DB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E3CC6C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CA38315" w14:textId="77777777" w:rsidR="009C1061" w:rsidRDefault="00441274">
            <w:pPr>
              <w:jc w:val="right"/>
            </w:pPr>
            <w:r>
              <w:t>1 800 руб.</w:t>
            </w:r>
          </w:p>
        </w:tc>
        <w:tc>
          <w:tcPr>
            <w:tcW w:w="1587" w:type="dxa"/>
            <w:tcMar>
              <w:top w:w="40" w:type="dxa"/>
              <w:left w:w="60" w:type="dxa"/>
              <w:bottom w:w="40" w:type="dxa"/>
              <w:right w:w="60" w:type="dxa"/>
            </w:tcMar>
            <w:vAlign w:val="center"/>
          </w:tcPr>
          <w:p w14:paraId="57E8A9F3" w14:textId="77777777" w:rsidR="009C1061" w:rsidRDefault="00441274">
            <w:pPr>
              <w:jc w:val="right"/>
            </w:pPr>
            <w:r>
              <w:t>1 800 руб.</w:t>
            </w:r>
          </w:p>
        </w:tc>
      </w:tr>
      <w:tr w:rsidR="0009622B" w14:paraId="5767B640" w14:textId="77777777" w:rsidTr="00DF6623">
        <w:trPr>
          <w:jc w:val="center"/>
        </w:trPr>
        <w:tc>
          <w:tcPr>
            <w:tcW w:w="453" w:type="dxa"/>
            <w:tcMar>
              <w:top w:w="40" w:type="dxa"/>
              <w:left w:w="60" w:type="dxa"/>
              <w:bottom w:w="40" w:type="dxa"/>
              <w:right w:w="60" w:type="dxa"/>
            </w:tcMar>
            <w:vAlign w:val="center"/>
          </w:tcPr>
          <w:p w14:paraId="2D97B48A" w14:textId="77777777" w:rsidR="0009622B" w:rsidRDefault="0009622B" w:rsidP="00DF6623">
            <w:pPr>
              <w:spacing w:after="0"/>
              <w:jc w:val="center"/>
            </w:pPr>
            <w:r>
              <w:t>114</w:t>
            </w:r>
          </w:p>
        </w:tc>
        <w:tc>
          <w:tcPr>
            <w:tcW w:w="7371" w:type="dxa"/>
            <w:tcMar>
              <w:top w:w="40" w:type="dxa"/>
              <w:left w:w="60" w:type="dxa"/>
              <w:bottom w:w="40" w:type="dxa"/>
              <w:right w:w="60" w:type="dxa"/>
            </w:tcMar>
            <w:vAlign w:val="center"/>
          </w:tcPr>
          <w:p w14:paraId="2FF5CA8E"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Кипр</w:t>
            </w:r>
            <w:proofErr w:type="spellEnd"/>
            <w:r>
              <w:rPr>
                <w:rFonts w:cs="Times New Roman"/>
              </w:rPr>
              <w:t xml:space="preserve"> — </w:t>
            </w:r>
            <w:proofErr w:type="spellStart"/>
            <w:r>
              <w:rPr>
                <w:rFonts w:cs="Times New Roman"/>
              </w:rPr>
              <w:t>мод</w:t>
            </w:r>
            <w:proofErr w:type="spellEnd"/>
            <w:r>
              <w:rPr>
                <w:rFonts w:cs="Times New Roman"/>
              </w:rPr>
              <w:t>. 411-240, р. 52</w:t>
            </w:r>
          </w:p>
        </w:tc>
        <w:tc>
          <w:tcPr>
            <w:tcW w:w="737" w:type="dxa"/>
            <w:tcMar>
              <w:top w:w="40" w:type="dxa"/>
              <w:left w:w="60" w:type="dxa"/>
              <w:bottom w:w="40" w:type="dxa"/>
              <w:right w:w="60" w:type="dxa"/>
            </w:tcMar>
            <w:vAlign w:val="center"/>
          </w:tcPr>
          <w:p w14:paraId="03687AD0"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A3C2D2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19CA507" w14:textId="77777777" w:rsidR="009C1061" w:rsidRDefault="00441274">
            <w:pPr>
              <w:jc w:val="right"/>
            </w:pPr>
            <w:r>
              <w:t>1 800 руб.</w:t>
            </w:r>
          </w:p>
        </w:tc>
        <w:tc>
          <w:tcPr>
            <w:tcW w:w="1587" w:type="dxa"/>
            <w:tcMar>
              <w:top w:w="40" w:type="dxa"/>
              <w:left w:w="60" w:type="dxa"/>
              <w:bottom w:w="40" w:type="dxa"/>
              <w:right w:w="60" w:type="dxa"/>
            </w:tcMar>
            <w:vAlign w:val="center"/>
          </w:tcPr>
          <w:p w14:paraId="0173ED6A" w14:textId="77777777" w:rsidR="009C1061" w:rsidRDefault="00441274">
            <w:pPr>
              <w:jc w:val="right"/>
            </w:pPr>
            <w:r>
              <w:t>3 600 руб.</w:t>
            </w:r>
          </w:p>
        </w:tc>
      </w:tr>
      <w:tr w:rsidR="0009622B" w14:paraId="147FCE4F" w14:textId="77777777" w:rsidTr="00DF6623">
        <w:trPr>
          <w:jc w:val="center"/>
        </w:trPr>
        <w:tc>
          <w:tcPr>
            <w:tcW w:w="453" w:type="dxa"/>
            <w:tcMar>
              <w:top w:w="40" w:type="dxa"/>
              <w:left w:w="60" w:type="dxa"/>
              <w:bottom w:w="40" w:type="dxa"/>
              <w:right w:w="60" w:type="dxa"/>
            </w:tcMar>
            <w:vAlign w:val="center"/>
          </w:tcPr>
          <w:p w14:paraId="40C79EAD" w14:textId="77777777" w:rsidR="0009622B" w:rsidRDefault="0009622B" w:rsidP="00DF6623">
            <w:pPr>
              <w:spacing w:after="0"/>
              <w:jc w:val="center"/>
            </w:pPr>
            <w:r>
              <w:t>115</w:t>
            </w:r>
          </w:p>
        </w:tc>
        <w:tc>
          <w:tcPr>
            <w:tcW w:w="7371" w:type="dxa"/>
            <w:tcMar>
              <w:top w:w="40" w:type="dxa"/>
              <w:left w:w="60" w:type="dxa"/>
              <w:bottom w:w="40" w:type="dxa"/>
              <w:right w:w="60" w:type="dxa"/>
            </w:tcMar>
            <w:vAlign w:val="center"/>
          </w:tcPr>
          <w:p w14:paraId="451F2797"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Luis</w:t>
            </w:r>
            <w:r w:rsidRPr="00CA0274">
              <w:rPr>
                <w:rFonts w:cs="Times New Roman"/>
                <w:lang w:val="ru-RU"/>
              </w:rPr>
              <w:t xml:space="preserve"> (Луис) — мод. </w:t>
            </w:r>
            <w:proofErr w:type="gramStart"/>
            <w:r w:rsidRPr="00CA0274">
              <w:rPr>
                <w:rFonts w:cs="Times New Roman"/>
                <w:lang w:val="ru-RU"/>
              </w:rPr>
              <w:t>851-249</w:t>
            </w:r>
            <w:proofErr w:type="gramEnd"/>
            <w:r w:rsidRPr="00CA0274">
              <w:rPr>
                <w:rFonts w:cs="Times New Roman"/>
                <w:lang w:val="ru-RU"/>
              </w:rPr>
              <w:t>, р. 52</w:t>
            </w:r>
          </w:p>
        </w:tc>
        <w:tc>
          <w:tcPr>
            <w:tcW w:w="737" w:type="dxa"/>
            <w:tcMar>
              <w:top w:w="40" w:type="dxa"/>
              <w:left w:w="60" w:type="dxa"/>
              <w:bottom w:w="40" w:type="dxa"/>
              <w:right w:w="60" w:type="dxa"/>
            </w:tcMar>
            <w:vAlign w:val="center"/>
          </w:tcPr>
          <w:p w14:paraId="573EB66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BE8728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F7D4D40" w14:textId="77777777" w:rsidR="009C1061" w:rsidRDefault="00441274">
            <w:pPr>
              <w:jc w:val="right"/>
            </w:pPr>
            <w:r>
              <w:t>1 800 руб.</w:t>
            </w:r>
          </w:p>
        </w:tc>
        <w:tc>
          <w:tcPr>
            <w:tcW w:w="1587" w:type="dxa"/>
            <w:tcMar>
              <w:top w:w="40" w:type="dxa"/>
              <w:left w:w="60" w:type="dxa"/>
              <w:bottom w:w="40" w:type="dxa"/>
              <w:right w:w="60" w:type="dxa"/>
            </w:tcMar>
            <w:vAlign w:val="center"/>
          </w:tcPr>
          <w:p w14:paraId="4509654B" w14:textId="77777777" w:rsidR="009C1061" w:rsidRDefault="00441274">
            <w:pPr>
              <w:jc w:val="right"/>
            </w:pPr>
            <w:r>
              <w:t>1 800 руб.</w:t>
            </w:r>
          </w:p>
        </w:tc>
      </w:tr>
      <w:tr w:rsidR="0009622B" w14:paraId="5E3F71D4" w14:textId="77777777" w:rsidTr="00DF6623">
        <w:trPr>
          <w:jc w:val="center"/>
        </w:trPr>
        <w:tc>
          <w:tcPr>
            <w:tcW w:w="453" w:type="dxa"/>
            <w:tcMar>
              <w:top w:w="40" w:type="dxa"/>
              <w:left w:w="60" w:type="dxa"/>
              <w:bottom w:w="40" w:type="dxa"/>
              <w:right w:w="60" w:type="dxa"/>
            </w:tcMar>
            <w:vAlign w:val="center"/>
          </w:tcPr>
          <w:p w14:paraId="061A5AEF" w14:textId="77777777" w:rsidR="0009622B" w:rsidRDefault="0009622B" w:rsidP="00DF6623">
            <w:pPr>
              <w:spacing w:after="0"/>
              <w:jc w:val="center"/>
            </w:pPr>
            <w:r>
              <w:t>116</w:t>
            </w:r>
          </w:p>
        </w:tc>
        <w:tc>
          <w:tcPr>
            <w:tcW w:w="7371" w:type="dxa"/>
            <w:tcMar>
              <w:top w:w="40" w:type="dxa"/>
              <w:left w:w="60" w:type="dxa"/>
              <w:bottom w:w="40" w:type="dxa"/>
              <w:right w:w="60" w:type="dxa"/>
            </w:tcMar>
            <w:vAlign w:val="center"/>
          </w:tcPr>
          <w:p w14:paraId="3C1F3913"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Гектор</w:t>
            </w:r>
            <w:proofErr w:type="spellEnd"/>
            <w:r>
              <w:rPr>
                <w:rFonts w:cs="Times New Roman"/>
              </w:rPr>
              <w:t xml:space="preserve"> — р. 54</w:t>
            </w:r>
          </w:p>
        </w:tc>
        <w:tc>
          <w:tcPr>
            <w:tcW w:w="737" w:type="dxa"/>
            <w:tcMar>
              <w:top w:w="40" w:type="dxa"/>
              <w:left w:w="60" w:type="dxa"/>
              <w:bottom w:w="40" w:type="dxa"/>
              <w:right w:w="60" w:type="dxa"/>
            </w:tcMar>
            <w:vAlign w:val="center"/>
          </w:tcPr>
          <w:p w14:paraId="14DD54DD"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0A0D564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CB40A9B" w14:textId="77777777" w:rsidR="009C1061" w:rsidRDefault="00441274">
            <w:pPr>
              <w:jc w:val="right"/>
            </w:pPr>
            <w:r>
              <w:t>1 800 руб.</w:t>
            </w:r>
          </w:p>
        </w:tc>
        <w:tc>
          <w:tcPr>
            <w:tcW w:w="1587" w:type="dxa"/>
            <w:tcMar>
              <w:top w:w="40" w:type="dxa"/>
              <w:left w:w="60" w:type="dxa"/>
              <w:bottom w:w="40" w:type="dxa"/>
              <w:right w:w="60" w:type="dxa"/>
            </w:tcMar>
            <w:vAlign w:val="center"/>
          </w:tcPr>
          <w:p w14:paraId="6207BF36" w14:textId="77777777" w:rsidR="009C1061" w:rsidRDefault="00441274">
            <w:pPr>
              <w:jc w:val="right"/>
            </w:pPr>
            <w:r>
              <w:t>3 600 руб.</w:t>
            </w:r>
          </w:p>
        </w:tc>
      </w:tr>
      <w:tr w:rsidR="0009622B" w14:paraId="07B8BF9B" w14:textId="77777777" w:rsidTr="00DF6623">
        <w:trPr>
          <w:jc w:val="center"/>
        </w:trPr>
        <w:tc>
          <w:tcPr>
            <w:tcW w:w="453" w:type="dxa"/>
            <w:tcMar>
              <w:top w:w="40" w:type="dxa"/>
              <w:left w:w="60" w:type="dxa"/>
              <w:bottom w:w="40" w:type="dxa"/>
              <w:right w:w="60" w:type="dxa"/>
            </w:tcMar>
            <w:vAlign w:val="center"/>
          </w:tcPr>
          <w:p w14:paraId="42FEAB7B" w14:textId="77777777" w:rsidR="0009622B" w:rsidRDefault="0009622B" w:rsidP="00DF6623">
            <w:pPr>
              <w:spacing w:after="0"/>
              <w:jc w:val="center"/>
            </w:pPr>
            <w:r>
              <w:t>117</w:t>
            </w:r>
          </w:p>
        </w:tc>
        <w:tc>
          <w:tcPr>
            <w:tcW w:w="7371" w:type="dxa"/>
            <w:tcMar>
              <w:top w:w="40" w:type="dxa"/>
              <w:left w:w="60" w:type="dxa"/>
              <w:bottom w:w="40" w:type="dxa"/>
              <w:right w:w="60" w:type="dxa"/>
            </w:tcMar>
            <w:vAlign w:val="center"/>
          </w:tcPr>
          <w:p w14:paraId="3F0562E1"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Кипр</w:t>
            </w:r>
            <w:proofErr w:type="spellEnd"/>
            <w:r>
              <w:rPr>
                <w:rFonts w:cs="Times New Roman"/>
              </w:rPr>
              <w:t xml:space="preserve"> — р. 54</w:t>
            </w:r>
          </w:p>
        </w:tc>
        <w:tc>
          <w:tcPr>
            <w:tcW w:w="737" w:type="dxa"/>
            <w:tcMar>
              <w:top w:w="40" w:type="dxa"/>
              <w:left w:w="60" w:type="dxa"/>
              <w:bottom w:w="40" w:type="dxa"/>
              <w:right w:w="60" w:type="dxa"/>
            </w:tcMar>
            <w:vAlign w:val="center"/>
          </w:tcPr>
          <w:p w14:paraId="4CAF195F"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746D1DD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91F84A6" w14:textId="77777777" w:rsidR="009C1061" w:rsidRDefault="00441274">
            <w:pPr>
              <w:jc w:val="right"/>
            </w:pPr>
            <w:r>
              <w:t>1 800 руб.</w:t>
            </w:r>
          </w:p>
        </w:tc>
        <w:tc>
          <w:tcPr>
            <w:tcW w:w="1587" w:type="dxa"/>
            <w:tcMar>
              <w:top w:w="40" w:type="dxa"/>
              <w:left w:w="60" w:type="dxa"/>
              <w:bottom w:w="40" w:type="dxa"/>
              <w:right w:w="60" w:type="dxa"/>
            </w:tcMar>
            <w:vAlign w:val="center"/>
          </w:tcPr>
          <w:p w14:paraId="6930945E" w14:textId="77777777" w:rsidR="009C1061" w:rsidRDefault="00441274">
            <w:pPr>
              <w:jc w:val="right"/>
            </w:pPr>
            <w:r>
              <w:t>3 600 руб.</w:t>
            </w:r>
          </w:p>
        </w:tc>
      </w:tr>
      <w:tr w:rsidR="0009622B" w14:paraId="4E2F6AE4" w14:textId="77777777" w:rsidTr="00DF6623">
        <w:trPr>
          <w:jc w:val="center"/>
        </w:trPr>
        <w:tc>
          <w:tcPr>
            <w:tcW w:w="453" w:type="dxa"/>
            <w:tcMar>
              <w:top w:w="40" w:type="dxa"/>
              <w:left w:w="60" w:type="dxa"/>
              <w:bottom w:w="40" w:type="dxa"/>
              <w:right w:w="60" w:type="dxa"/>
            </w:tcMar>
            <w:vAlign w:val="center"/>
          </w:tcPr>
          <w:p w14:paraId="559B4E89" w14:textId="77777777" w:rsidR="0009622B" w:rsidRDefault="0009622B" w:rsidP="00DF6623">
            <w:pPr>
              <w:spacing w:after="0"/>
              <w:jc w:val="center"/>
            </w:pPr>
            <w:r>
              <w:t>118</w:t>
            </w:r>
          </w:p>
        </w:tc>
        <w:tc>
          <w:tcPr>
            <w:tcW w:w="7371" w:type="dxa"/>
            <w:tcMar>
              <w:top w:w="40" w:type="dxa"/>
              <w:left w:w="60" w:type="dxa"/>
              <w:bottom w:w="40" w:type="dxa"/>
              <w:right w:w="60" w:type="dxa"/>
            </w:tcMar>
            <w:vAlign w:val="center"/>
          </w:tcPr>
          <w:p w14:paraId="4220C492"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Ламарк</w:t>
            </w:r>
            <w:proofErr w:type="spellEnd"/>
            <w:r>
              <w:rPr>
                <w:rFonts w:cs="Times New Roman"/>
              </w:rPr>
              <w:t xml:space="preserve"> — р. 54</w:t>
            </w:r>
          </w:p>
        </w:tc>
        <w:tc>
          <w:tcPr>
            <w:tcW w:w="737" w:type="dxa"/>
            <w:tcMar>
              <w:top w:w="40" w:type="dxa"/>
              <w:left w:w="60" w:type="dxa"/>
              <w:bottom w:w="40" w:type="dxa"/>
              <w:right w:w="60" w:type="dxa"/>
            </w:tcMar>
            <w:vAlign w:val="center"/>
          </w:tcPr>
          <w:p w14:paraId="7E21F6F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80C717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068E4E1" w14:textId="77777777" w:rsidR="009C1061" w:rsidRDefault="00441274">
            <w:pPr>
              <w:jc w:val="right"/>
            </w:pPr>
            <w:r>
              <w:t>1 800 руб.</w:t>
            </w:r>
          </w:p>
        </w:tc>
        <w:tc>
          <w:tcPr>
            <w:tcW w:w="1587" w:type="dxa"/>
            <w:tcMar>
              <w:top w:w="40" w:type="dxa"/>
              <w:left w:w="60" w:type="dxa"/>
              <w:bottom w:w="40" w:type="dxa"/>
              <w:right w:w="60" w:type="dxa"/>
            </w:tcMar>
            <w:vAlign w:val="center"/>
          </w:tcPr>
          <w:p w14:paraId="232143B6" w14:textId="77777777" w:rsidR="009C1061" w:rsidRDefault="00441274">
            <w:pPr>
              <w:jc w:val="right"/>
            </w:pPr>
            <w:r>
              <w:t>1 800 руб.</w:t>
            </w:r>
          </w:p>
        </w:tc>
      </w:tr>
      <w:tr w:rsidR="0009622B" w14:paraId="6F7B1A16" w14:textId="77777777" w:rsidTr="00DF6623">
        <w:trPr>
          <w:jc w:val="center"/>
        </w:trPr>
        <w:tc>
          <w:tcPr>
            <w:tcW w:w="453" w:type="dxa"/>
            <w:tcMar>
              <w:top w:w="40" w:type="dxa"/>
              <w:left w:w="60" w:type="dxa"/>
              <w:bottom w:w="40" w:type="dxa"/>
              <w:right w:w="60" w:type="dxa"/>
            </w:tcMar>
            <w:vAlign w:val="center"/>
          </w:tcPr>
          <w:p w14:paraId="0C249B80" w14:textId="77777777" w:rsidR="0009622B" w:rsidRDefault="0009622B" w:rsidP="00DF6623">
            <w:pPr>
              <w:spacing w:after="0"/>
              <w:jc w:val="center"/>
            </w:pPr>
            <w:r>
              <w:lastRenderedPageBreak/>
              <w:t>119</w:t>
            </w:r>
          </w:p>
        </w:tc>
        <w:tc>
          <w:tcPr>
            <w:tcW w:w="7371" w:type="dxa"/>
            <w:tcMar>
              <w:top w:w="40" w:type="dxa"/>
              <w:left w:w="60" w:type="dxa"/>
              <w:bottom w:w="40" w:type="dxa"/>
              <w:right w:w="60" w:type="dxa"/>
            </w:tcMar>
            <w:vAlign w:val="center"/>
          </w:tcPr>
          <w:p w14:paraId="736E3BD6" w14:textId="77777777" w:rsidR="0009622B" w:rsidRDefault="0009622B" w:rsidP="00DF6623">
            <w:pPr>
              <w:spacing w:after="0"/>
            </w:pPr>
            <w:proofErr w:type="spellStart"/>
            <w:r>
              <w:rPr>
                <w:rFonts w:cs="Times New Roman"/>
              </w:rPr>
              <w:t>Костюм</w:t>
            </w:r>
            <w:proofErr w:type="spellEnd"/>
            <w:r>
              <w:rPr>
                <w:rFonts w:cs="Times New Roman"/>
              </w:rPr>
              <w:t xml:space="preserve"> Luis (</w:t>
            </w:r>
            <w:proofErr w:type="spellStart"/>
            <w:r>
              <w:rPr>
                <w:rFonts w:cs="Times New Roman"/>
              </w:rPr>
              <w:t>Луис</w:t>
            </w:r>
            <w:proofErr w:type="spellEnd"/>
            <w:r>
              <w:rPr>
                <w:rFonts w:cs="Times New Roman"/>
              </w:rPr>
              <w:t>) — р. 54</w:t>
            </w:r>
          </w:p>
        </w:tc>
        <w:tc>
          <w:tcPr>
            <w:tcW w:w="737" w:type="dxa"/>
            <w:tcMar>
              <w:top w:w="40" w:type="dxa"/>
              <w:left w:w="60" w:type="dxa"/>
              <w:bottom w:w="40" w:type="dxa"/>
              <w:right w:w="60" w:type="dxa"/>
            </w:tcMar>
            <w:vAlign w:val="center"/>
          </w:tcPr>
          <w:p w14:paraId="66FA85B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3E98D6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1E1CDC2" w14:textId="77777777" w:rsidR="009C1061" w:rsidRDefault="00441274">
            <w:pPr>
              <w:jc w:val="right"/>
            </w:pPr>
            <w:r>
              <w:t>1 800 руб.</w:t>
            </w:r>
          </w:p>
        </w:tc>
        <w:tc>
          <w:tcPr>
            <w:tcW w:w="1587" w:type="dxa"/>
            <w:tcMar>
              <w:top w:w="40" w:type="dxa"/>
              <w:left w:w="60" w:type="dxa"/>
              <w:bottom w:w="40" w:type="dxa"/>
              <w:right w:w="60" w:type="dxa"/>
            </w:tcMar>
            <w:vAlign w:val="center"/>
          </w:tcPr>
          <w:p w14:paraId="6E9F4731" w14:textId="77777777" w:rsidR="009C1061" w:rsidRDefault="00441274">
            <w:pPr>
              <w:jc w:val="right"/>
            </w:pPr>
            <w:r>
              <w:t>1 800 руб.</w:t>
            </w:r>
          </w:p>
        </w:tc>
      </w:tr>
      <w:tr w:rsidR="0009622B" w14:paraId="0C744803" w14:textId="77777777" w:rsidTr="00DF6623">
        <w:trPr>
          <w:jc w:val="center"/>
        </w:trPr>
        <w:tc>
          <w:tcPr>
            <w:tcW w:w="453" w:type="dxa"/>
            <w:tcMar>
              <w:top w:w="40" w:type="dxa"/>
              <w:left w:w="60" w:type="dxa"/>
              <w:bottom w:w="40" w:type="dxa"/>
              <w:right w:w="60" w:type="dxa"/>
            </w:tcMar>
            <w:vAlign w:val="center"/>
          </w:tcPr>
          <w:p w14:paraId="60A49E6C" w14:textId="77777777" w:rsidR="0009622B" w:rsidRDefault="0009622B" w:rsidP="00DF6623">
            <w:pPr>
              <w:spacing w:after="0"/>
              <w:jc w:val="center"/>
            </w:pPr>
            <w:r>
              <w:t>120</w:t>
            </w:r>
          </w:p>
        </w:tc>
        <w:tc>
          <w:tcPr>
            <w:tcW w:w="7371" w:type="dxa"/>
            <w:tcMar>
              <w:top w:w="40" w:type="dxa"/>
              <w:left w:w="60" w:type="dxa"/>
              <w:bottom w:w="40" w:type="dxa"/>
              <w:right w:w="60" w:type="dxa"/>
            </w:tcMar>
            <w:vAlign w:val="center"/>
          </w:tcPr>
          <w:p w14:paraId="265E8CBF"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Кипр</w:t>
            </w:r>
            <w:proofErr w:type="spellEnd"/>
            <w:r>
              <w:rPr>
                <w:rFonts w:cs="Times New Roman"/>
              </w:rPr>
              <w:t xml:space="preserve"> — </w:t>
            </w:r>
            <w:proofErr w:type="spellStart"/>
            <w:r>
              <w:rPr>
                <w:rFonts w:cs="Times New Roman"/>
              </w:rPr>
              <w:t>мод</w:t>
            </w:r>
            <w:proofErr w:type="spellEnd"/>
            <w:r>
              <w:rPr>
                <w:rFonts w:cs="Times New Roman"/>
              </w:rPr>
              <w:t>. 411, р. 56</w:t>
            </w:r>
          </w:p>
        </w:tc>
        <w:tc>
          <w:tcPr>
            <w:tcW w:w="737" w:type="dxa"/>
            <w:tcMar>
              <w:top w:w="40" w:type="dxa"/>
              <w:left w:w="60" w:type="dxa"/>
              <w:bottom w:w="40" w:type="dxa"/>
              <w:right w:w="60" w:type="dxa"/>
            </w:tcMar>
            <w:vAlign w:val="center"/>
          </w:tcPr>
          <w:p w14:paraId="144A4A5D"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0113968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7814F44" w14:textId="77777777" w:rsidR="009C1061" w:rsidRDefault="00441274">
            <w:pPr>
              <w:jc w:val="right"/>
            </w:pPr>
            <w:r>
              <w:t>1 800 руб.</w:t>
            </w:r>
          </w:p>
        </w:tc>
        <w:tc>
          <w:tcPr>
            <w:tcW w:w="1587" w:type="dxa"/>
            <w:tcMar>
              <w:top w:w="40" w:type="dxa"/>
              <w:left w:w="60" w:type="dxa"/>
              <w:bottom w:w="40" w:type="dxa"/>
              <w:right w:w="60" w:type="dxa"/>
            </w:tcMar>
            <w:vAlign w:val="center"/>
          </w:tcPr>
          <w:p w14:paraId="66CAC855" w14:textId="77777777" w:rsidR="009C1061" w:rsidRDefault="00441274">
            <w:pPr>
              <w:jc w:val="right"/>
            </w:pPr>
            <w:r>
              <w:t>7 200 руб.</w:t>
            </w:r>
          </w:p>
        </w:tc>
      </w:tr>
      <w:tr w:rsidR="0009622B" w14:paraId="6E6BDCF6" w14:textId="77777777" w:rsidTr="00DF6623">
        <w:trPr>
          <w:jc w:val="center"/>
        </w:trPr>
        <w:tc>
          <w:tcPr>
            <w:tcW w:w="453" w:type="dxa"/>
            <w:tcMar>
              <w:top w:w="40" w:type="dxa"/>
              <w:left w:w="60" w:type="dxa"/>
              <w:bottom w:w="40" w:type="dxa"/>
              <w:right w:w="60" w:type="dxa"/>
            </w:tcMar>
            <w:vAlign w:val="center"/>
          </w:tcPr>
          <w:p w14:paraId="63FB5A7A" w14:textId="77777777" w:rsidR="0009622B" w:rsidRDefault="0009622B" w:rsidP="00DF6623">
            <w:pPr>
              <w:spacing w:after="0"/>
              <w:jc w:val="center"/>
            </w:pPr>
            <w:r>
              <w:t>121</w:t>
            </w:r>
          </w:p>
        </w:tc>
        <w:tc>
          <w:tcPr>
            <w:tcW w:w="7371" w:type="dxa"/>
            <w:tcMar>
              <w:top w:w="40" w:type="dxa"/>
              <w:left w:w="60" w:type="dxa"/>
              <w:bottom w:w="40" w:type="dxa"/>
              <w:right w:w="60" w:type="dxa"/>
            </w:tcMar>
            <w:vAlign w:val="center"/>
          </w:tcPr>
          <w:p w14:paraId="3CCAEDC9"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Гектор</w:t>
            </w:r>
            <w:proofErr w:type="spellEnd"/>
            <w:r>
              <w:rPr>
                <w:rFonts w:cs="Times New Roman"/>
              </w:rPr>
              <w:t xml:space="preserve"> — р. 56</w:t>
            </w:r>
          </w:p>
        </w:tc>
        <w:tc>
          <w:tcPr>
            <w:tcW w:w="737" w:type="dxa"/>
            <w:tcMar>
              <w:top w:w="40" w:type="dxa"/>
              <w:left w:w="60" w:type="dxa"/>
              <w:bottom w:w="40" w:type="dxa"/>
              <w:right w:w="60" w:type="dxa"/>
            </w:tcMar>
            <w:vAlign w:val="center"/>
          </w:tcPr>
          <w:p w14:paraId="50110E56"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395FDCA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DA18DC0" w14:textId="77777777" w:rsidR="009C1061" w:rsidRDefault="00441274">
            <w:pPr>
              <w:jc w:val="right"/>
            </w:pPr>
            <w:r>
              <w:t>1 800 руб.</w:t>
            </w:r>
          </w:p>
        </w:tc>
        <w:tc>
          <w:tcPr>
            <w:tcW w:w="1587" w:type="dxa"/>
            <w:tcMar>
              <w:top w:w="40" w:type="dxa"/>
              <w:left w:w="60" w:type="dxa"/>
              <w:bottom w:w="40" w:type="dxa"/>
              <w:right w:w="60" w:type="dxa"/>
            </w:tcMar>
            <w:vAlign w:val="center"/>
          </w:tcPr>
          <w:p w14:paraId="29C7BB5E" w14:textId="77777777" w:rsidR="009C1061" w:rsidRDefault="00441274">
            <w:pPr>
              <w:jc w:val="right"/>
            </w:pPr>
            <w:r>
              <w:t>3 600 руб.</w:t>
            </w:r>
          </w:p>
        </w:tc>
      </w:tr>
      <w:tr w:rsidR="0009622B" w14:paraId="13D89138" w14:textId="77777777" w:rsidTr="00DF6623">
        <w:trPr>
          <w:jc w:val="center"/>
        </w:trPr>
        <w:tc>
          <w:tcPr>
            <w:tcW w:w="453" w:type="dxa"/>
            <w:tcMar>
              <w:top w:w="40" w:type="dxa"/>
              <w:left w:w="60" w:type="dxa"/>
              <w:bottom w:w="40" w:type="dxa"/>
              <w:right w:w="60" w:type="dxa"/>
            </w:tcMar>
            <w:vAlign w:val="center"/>
          </w:tcPr>
          <w:p w14:paraId="3B08C513" w14:textId="77777777" w:rsidR="0009622B" w:rsidRDefault="0009622B" w:rsidP="00DF6623">
            <w:pPr>
              <w:spacing w:after="0"/>
              <w:jc w:val="center"/>
            </w:pPr>
            <w:r>
              <w:t>122</w:t>
            </w:r>
          </w:p>
        </w:tc>
        <w:tc>
          <w:tcPr>
            <w:tcW w:w="7371" w:type="dxa"/>
            <w:tcMar>
              <w:top w:w="40" w:type="dxa"/>
              <w:left w:w="60" w:type="dxa"/>
              <w:bottom w:w="40" w:type="dxa"/>
              <w:right w:w="60" w:type="dxa"/>
            </w:tcMar>
            <w:vAlign w:val="center"/>
          </w:tcPr>
          <w:p w14:paraId="5A7D3F8B"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Гектор</w:t>
            </w:r>
            <w:proofErr w:type="spellEnd"/>
            <w:r>
              <w:rPr>
                <w:rFonts w:cs="Times New Roman"/>
              </w:rPr>
              <w:t xml:space="preserve"> — р. 58</w:t>
            </w:r>
          </w:p>
        </w:tc>
        <w:tc>
          <w:tcPr>
            <w:tcW w:w="737" w:type="dxa"/>
            <w:tcMar>
              <w:top w:w="40" w:type="dxa"/>
              <w:left w:w="60" w:type="dxa"/>
              <w:bottom w:w="40" w:type="dxa"/>
              <w:right w:w="60" w:type="dxa"/>
            </w:tcMar>
            <w:vAlign w:val="center"/>
          </w:tcPr>
          <w:p w14:paraId="11FBA8F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E8CD92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C7472F4" w14:textId="77777777" w:rsidR="009C1061" w:rsidRDefault="00441274">
            <w:pPr>
              <w:jc w:val="right"/>
            </w:pPr>
            <w:r>
              <w:t>1 800 руб.</w:t>
            </w:r>
          </w:p>
        </w:tc>
        <w:tc>
          <w:tcPr>
            <w:tcW w:w="1587" w:type="dxa"/>
            <w:tcMar>
              <w:top w:w="40" w:type="dxa"/>
              <w:left w:w="60" w:type="dxa"/>
              <w:bottom w:w="40" w:type="dxa"/>
              <w:right w:w="60" w:type="dxa"/>
            </w:tcMar>
            <w:vAlign w:val="center"/>
          </w:tcPr>
          <w:p w14:paraId="1A6AF227" w14:textId="77777777" w:rsidR="009C1061" w:rsidRDefault="00441274">
            <w:pPr>
              <w:jc w:val="right"/>
            </w:pPr>
            <w:r>
              <w:t>1 800 руб.</w:t>
            </w:r>
          </w:p>
        </w:tc>
      </w:tr>
      <w:tr w:rsidR="0009622B" w14:paraId="73AC09E1" w14:textId="77777777" w:rsidTr="00DF6623">
        <w:trPr>
          <w:jc w:val="center"/>
        </w:trPr>
        <w:tc>
          <w:tcPr>
            <w:tcW w:w="453" w:type="dxa"/>
            <w:tcMar>
              <w:top w:w="40" w:type="dxa"/>
              <w:left w:w="60" w:type="dxa"/>
              <w:bottom w:w="40" w:type="dxa"/>
              <w:right w:w="60" w:type="dxa"/>
            </w:tcMar>
            <w:vAlign w:val="center"/>
          </w:tcPr>
          <w:p w14:paraId="7647DD05" w14:textId="77777777" w:rsidR="0009622B" w:rsidRDefault="0009622B" w:rsidP="00DF6623">
            <w:pPr>
              <w:spacing w:after="0"/>
              <w:jc w:val="center"/>
            </w:pPr>
            <w:r>
              <w:t>123</w:t>
            </w:r>
          </w:p>
        </w:tc>
        <w:tc>
          <w:tcPr>
            <w:tcW w:w="7371" w:type="dxa"/>
            <w:tcMar>
              <w:top w:w="40" w:type="dxa"/>
              <w:left w:w="60" w:type="dxa"/>
              <w:bottom w:w="40" w:type="dxa"/>
              <w:right w:w="60" w:type="dxa"/>
            </w:tcMar>
            <w:vAlign w:val="center"/>
          </w:tcPr>
          <w:p w14:paraId="3DF6F430"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Кипр</w:t>
            </w:r>
            <w:proofErr w:type="spellEnd"/>
            <w:r>
              <w:rPr>
                <w:rFonts w:cs="Times New Roman"/>
              </w:rPr>
              <w:t xml:space="preserve"> — р. 58</w:t>
            </w:r>
          </w:p>
        </w:tc>
        <w:tc>
          <w:tcPr>
            <w:tcW w:w="737" w:type="dxa"/>
            <w:tcMar>
              <w:top w:w="40" w:type="dxa"/>
              <w:left w:w="60" w:type="dxa"/>
              <w:bottom w:w="40" w:type="dxa"/>
              <w:right w:w="60" w:type="dxa"/>
            </w:tcMar>
            <w:vAlign w:val="center"/>
          </w:tcPr>
          <w:p w14:paraId="4602BA84"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71BA351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F92A239" w14:textId="77777777" w:rsidR="009C1061" w:rsidRDefault="00441274">
            <w:pPr>
              <w:jc w:val="right"/>
            </w:pPr>
            <w:r>
              <w:t>1 800 руб.</w:t>
            </w:r>
          </w:p>
        </w:tc>
        <w:tc>
          <w:tcPr>
            <w:tcW w:w="1587" w:type="dxa"/>
            <w:tcMar>
              <w:top w:w="40" w:type="dxa"/>
              <w:left w:w="60" w:type="dxa"/>
              <w:bottom w:w="40" w:type="dxa"/>
              <w:right w:w="60" w:type="dxa"/>
            </w:tcMar>
            <w:vAlign w:val="center"/>
          </w:tcPr>
          <w:p w14:paraId="07661E7B" w14:textId="77777777" w:rsidR="009C1061" w:rsidRDefault="00441274">
            <w:pPr>
              <w:jc w:val="right"/>
            </w:pPr>
            <w:r>
              <w:t>3 600 руб.</w:t>
            </w:r>
          </w:p>
        </w:tc>
      </w:tr>
      <w:tr w:rsidR="0009622B" w14:paraId="0826B5CD" w14:textId="77777777" w:rsidTr="00DF6623">
        <w:trPr>
          <w:jc w:val="center"/>
        </w:trPr>
        <w:tc>
          <w:tcPr>
            <w:tcW w:w="453" w:type="dxa"/>
            <w:tcMar>
              <w:top w:w="40" w:type="dxa"/>
              <w:left w:w="60" w:type="dxa"/>
              <w:bottom w:w="40" w:type="dxa"/>
              <w:right w:w="60" w:type="dxa"/>
            </w:tcMar>
            <w:vAlign w:val="center"/>
          </w:tcPr>
          <w:p w14:paraId="2A03FB98" w14:textId="77777777" w:rsidR="0009622B" w:rsidRDefault="0009622B" w:rsidP="00DF6623">
            <w:pPr>
              <w:spacing w:after="0"/>
              <w:jc w:val="center"/>
            </w:pPr>
            <w:r>
              <w:t>124</w:t>
            </w:r>
          </w:p>
        </w:tc>
        <w:tc>
          <w:tcPr>
            <w:tcW w:w="7371" w:type="dxa"/>
            <w:tcMar>
              <w:top w:w="40" w:type="dxa"/>
              <w:left w:w="60" w:type="dxa"/>
              <w:bottom w:w="40" w:type="dxa"/>
              <w:right w:w="60" w:type="dxa"/>
            </w:tcMar>
            <w:vAlign w:val="center"/>
          </w:tcPr>
          <w:p w14:paraId="75D7BD9F"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Вегос</w:t>
            </w:r>
            <w:proofErr w:type="spellEnd"/>
            <w:r>
              <w:rPr>
                <w:rFonts w:cs="Times New Roman"/>
              </w:rPr>
              <w:t xml:space="preserve"> — р. 58</w:t>
            </w:r>
          </w:p>
        </w:tc>
        <w:tc>
          <w:tcPr>
            <w:tcW w:w="737" w:type="dxa"/>
            <w:tcMar>
              <w:top w:w="40" w:type="dxa"/>
              <w:left w:w="60" w:type="dxa"/>
              <w:bottom w:w="40" w:type="dxa"/>
              <w:right w:w="60" w:type="dxa"/>
            </w:tcMar>
            <w:vAlign w:val="center"/>
          </w:tcPr>
          <w:p w14:paraId="709280EF"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F693A8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2F7F216" w14:textId="77777777" w:rsidR="009C1061" w:rsidRDefault="00441274">
            <w:pPr>
              <w:jc w:val="right"/>
            </w:pPr>
            <w:r>
              <w:t>1 800 руб.</w:t>
            </w:r>
          </w:p>
        </w:tc>
        <w:tc>
          <w:tcPr>
            <w:tcW w:w="1587" w:type="dxa"/>
            <w:tcMar>
              <w:top w:w="40" w:type="dxa"/>
              <w:left w:w="60" w:type="dxa"/>
              <w:bottom w:w="40" w:type="dxa"/>
              <w:right w:w="60" w:type="dxa"/>
            </w:tcMar>
            <w:vAlign w:val="center"/>
          </w:tcPr>
          <w:p w14:paraId="3D0F1F0B" w14:textId="77777777" w:rsidR="009C1061" w:rsidRDefault="00441274">
            <w:pPr>
              <w:jc w:val="right"/>
            </w:pPr>
            <w:r>
              <w:t>1 800 руб.</w:t>
            </w:r>
          </w:p>
        </w:tc>
      </w:tr>
      <w:tr w:rsidR="0009622B" w14:paraId="2E2F4AD3" w14:textId="77777777" w:rsidTr="00DF6623">
        <w:trPr>
          <w:jc w:val="center"/>
        </w:trPr>
        <w:tc>
          <w:tcPr>
            <w:tcW w:w="453" w:type="dxa"/>
            <w:tcMar>
              <w:top w:w="40" w:type="dxa"/>
              <w:left w:w="60" w:type="dxa"/>
              <w:bottom w:w="40" w:type="dxa"/>
              <w:right w:w="60" w:type="dxa"/>
            </w:tcMar>
            <w:vAlign w:val="center"/>
          </w:tcPr>
          <w:p w14:paraId="501933EB" w14:textId="77777777" w:rsidR="0009622B" w:rsidRDefault="0009622B" w:rsidP="00DF6623">
            <w:pPr>
              <w:spacing w:after="0"/>
              <w:jc w:val="center"/>
            </w:pPr>
            <w:r>
              <w:t>125</w:t>
            </w:r>
          </w:p>
        </w:tc>
        <w:tc>
          <w:tcPr>
            <w:tcW w:w="7371" w:type="dxa"/>
            <w:tcMar>
              <w:top w:w="40" w:type="dxa"/>
              <w:left w:w="60" w:type="dxa"/>
              <w:bottom w:w="40" w:type="dxa"/>
              <w:right w:w="60" w:type="dxa"/>
            </w:tcMar>
            <w:vAlign w:val="center"/>
          </w:tcPr>
          <w:p w14:paraId="71E98BEB"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Кипр</w:t>
            </w:r>
            <w:proofErr w:type="spellEnd"/>
            <w:r>
              <w:rPr>
                <w:rFonts w:cs="Times New Roman"/>
              </w:rPr>
              <w:t xml:space="preserve"> — р. 60</w:t>
            </w:r>
          </w:p>
        </w:tc>
        <w:tc>
          <w:tcPr>
            <w:tcW w:w="737" w:type="dxa"/>
            <w:tcMar>
              <w:top w:w="40" w:type="dxa"/>
              <w:left w:w="60" w:type="dxa"/>
              <w:bottom w:w="40" w:type="dxa"/>
              <w:right w:w="60" w:type="dxa"/>
            </w:tcMar>
            <w:vAlign w:val="center"/>
          </w:tcPr>
          <w:p w14:paraId="27A9B680"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34CB175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E4BC324" w14:textId="77777777" w:rsidR="009C1061" w:rsidRDefault="00441274">
            <w:pPr>
              <w:jc w:val="right"/>
            </w:pPr>
            <w:r>
              <w:t>1 800 руб.</w:t>
            </w:r>
          </w:p>
        </w:tc>
        <w:tc>
          <w:tcPr>
            <w:tcW w:w="1587" w:type="dxa"/>
            <w:tcMar>
              <w:top w:w="40" w:type="dxa"/>
              <w:left w:w="60" w:type="dxa"/>
              <w:bottom w:w="40" w:type="dxa"/>
              <w:right w:w="60" w:type="dxa"/>
            </w:tcMar>
            <w:vAlign w:val="center"/>
          </w:tcPr>
          <w:p w14:paraId="6B8A280C" w14:textId="77777777" w:rsidR="009C1061" w:rsidRDefault="00441274">
            <w:pPr>
              <w:jc w:val="right"/>
            </w:pPr>
            <w:r>
              <w:t>3 600 руб.</w:t>
            </w:r>
          </w:p>
        </w:tc>
      </w:tr>
      <w:tr w:rsidR="0009622B" w14:paraId="659C3776" w14:textId="77777777" w:rsidTr="00DF6623">
        <w:trPr>
          <w:jc w:val="center"/>
        </w:trPr>
        <w:tc>
          <w:tcPr>
            <w:tcW w:w="453" w:type="dxa"/>
            <w:tcMar>
              <w:top w:w="40" w:type="dxa"/>
              <w:left w:w="60" w:type="dxa"/>
              <w:bottom w:w="40" w:type="dxa"/>
              <w:right w:w="60" w:type="dxa"/>
            </w:tcMar>
            <w:vAlign w:val="center"/>
          </w:tcPr>
          <w:p w14:paraId="67563ADF" w14:textId="77777777" w:rsidR="0009622B" w:rsidRDefault="0009622B" w:rsidP="00DF6623">
            <w:pPr>
              <w:spacing w:after="0"/>
              <w:jc w:val="center"/>
            </w:pPr>
            <w:r>
              <w:t>126</w:t>
            </w:r>
          </w:p>
        </w:tc>
        <w:tc>
          <w:tcPr>
            <w:tcW w:w="7371" w:type="dxa"/>
            <w:tcMar>
              <w:top w:w="40" w:type="dxa"/>
              <w:left w:w="60" w:type="dxa"/>
              <w:bottom w:w="40" w:type="dxa"/>
              <w:right w:w="60" w:type="dxa"/>
            </w:tcMar>
            <w:vAlign w:val="center"/>
          </w:tcPr>
          <w:p w14:paraId="721D5C05"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Гектор</w:t>
            </w:r>
            <w:proofErr w:type="spellEnd"/>
            <w:r>
              <w:rPr>
                <w:rFonts w:cs="Times New Roman"/>
              </w:rPr>
              <w:t xml:space="preserve"> — р. 60</w:t>
            </w:r>
          </w:p>
        </w:tc>
        <w:tc>
          <w:tcPr>
            <w:tcW w:w="737" w:type="dxa"/>
            <w:tcMar>
              <w:top w:w="40" w:type="dxa"/>
              <w:left w:w="60" w:type="dxa"/>
              <w:bottom w:w="40" w:type="dxa"/>
              <w:right w:w="60" w:type="dxa"/>
            </w:tcMar>
            <w:vAlign w:val="center"/>
          </w:tcPr>
          <w:p w14:paraId="6B6011F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F9D3A9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DDCBBCC" w14:textId="77777777" w:rsidR="009C1061" w:rsidRDefault="00441274">
            <w:pPr>
              <w:jc w:val="right"/>
            </w:pPr>
            <w:r>
              <w:t>1 800 руб.</w:t>
            </w:r>
          </w:p>
        </w:tc>
        <w:tc>
          <w:tcPr>
            <w:tcW w:w="1587" w:type="dxa"/>
            <w:tcMar>
              <w:top w:w="40" w:type="dxa"/>
              <w:left w:w="60" w:type="dxa"/>
              <w:bottom w:w="40" w:type="dxa"/>
              <w:right w:w="60" w:type="dxa"/>
            </w:tcMar>
            <w:vAlign w:val="center"/>
          </w:tcPr>
          <w:p w14:paraId="081D42E6" w14:textId="77777777" w:rsidR="009C1061" w:rsidRDefault="00441274">
            <w:pPr>
              <w:jc w:val="right"/>
            </w:pPr>
            <w:r>
              <w:t>1 800 руб.</w:t>
            </w:r>
          </w:p>
        </w:tc>
      </w:tr>
      <w:tr w:rsidR="0009622B" w14:paraId="4C3CDA25" w14:textId="77777777" w:rsidTr="00DF6623">
        <w:trPr>
          <w:jc w:val="center"/>
        </w:trPr>
        <w:tc>
          <w:tcPr>
            <w:tcW w:w="453" w:type="dxa"/>
            <w:tcMar>
              <w:top w:w="40" w:type="dxa"/>
              <w:left w:w="60" w:type="dxa"/>
              <w:bottom w:w="40" w:type="dxa"/>
              <w:right w:w="60" w:type="dxa"/>
            </w:tcMar>
            <w:vAlign w:val="center"/>
          </w:tcPr>
          <w:p w14:paraId="350895C4" w14:textId="77777777" w:rsidR="0009622B" w:rsidRDefault="0009622B" w:rsidP="00DF6623">
            <w:pPr>
              <w:spacing w:after="0"/>
              <w:jc w:val="center"/>
            </w:pPr>
            <w:r>
              <w:t>127</w:t>
            </w:r>
          </w:p>
        </w:tc>
        <w:tc>
          <w:tcPr>
            <w:tcW w:w="7371" w:type="dxa"/>
            <w:tcMar>
              <w:top w:w="40" w:type="dxa"/>
              <w:left w:w="60" w:type="dxa"/>
              <w:bottom w:w="40" w:type="dxa"/>
              <w:right w:w="60" w:type="dxa"/>
            </w:tcMar>
            <w:vAlign w:val="center"/>
          </w:tcPr>
          <w:p w14:paraId="25664943" w14:textId="77777777" w:rsidR="0009622B" w:rsidRDefault="0009622B" w:rsidP="00DF6623">
            <w:pPr>
              <w:spacing w:after="0"/>
            </w:pPr>
            <w:proofErr w:type="spellStart"/>
            <w:r>
              <w:rPr>
                <w:rFonts w:cs="Times New Roman"/>
              </w:rPr>
              <w:t>Костюм</w:t>
            </w:r>
            <w:proofErr w:type="spellEnd"/>
            <w:r>
              <w:rPr>
                <w:rFonts w:cs="Times New Roman"/>
              </w:rPr>
              <w:t xml:space="preserve"> Luis (</w:t>
            </w:r>
            <w:proofErr w:type="spellStart"/>
            <w:r>
              <w:rPr>
                <w:rFonts w:cs="Times New Roman"/>
              </w:rPr>
              <w:t>Луис</w:t>
            </w:r>
            <w:proofErr w:type="spellEnd"/>
            <w:r>
              <w:rPr>
                <w:rFonts w:cs="Times New Roman"/>
              </w:rPr>
              <w:t>) — р. 62</w:t>
            </w:r>
          </w:p>
        </w:tc>
        <w:tc>
          <w:tcPr>
            <w:tcW w:w="737" w:type="dxa"/>
            <w:tcMar>
              <w:top w:w="40" w:type="dxa"/>
              <w:left w:w="60" w:type="dxa"/>
              <w:bottom w:w="40" w:type="dxa"/>
              <w:right w:w="60" w:type="dxa"/>
            </w:tcMar>
            <w:vAlign w:val="center"/>
          </w:tcPr>
          <w:p w14:paraId="601546A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B43B70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FD06865" w14:textId="77777777" w:rsidR="009C1061" w:rsidRDefault="00441274">
            <w:pPr>
              <w:jc w:val="right"/>
            </w:pPr>
            <w:r>
              <w:t>1 800 руб.</w:t>
            </w:r>
          </w:p>
        </w:tc>
        <w:tc>
          <w:tcPr>
            <w:tcW w:w="1587" w:type="dxa"/>
            <w:tcMar>
              <w:top w:w="40" w:type="dxa"/>
              <w:left w:w="60" w:type="dxa"/>
              <w:bottom w:w="40" w:type="dxa"/>
              <w:right w:w="60" w:type="dxa"/>
            </w:tcMar>
            <w:vAlign w:val="center"/>
          </w:tcPr>
          <w:p w14:paraId="5941CC06" w14:textId="77777777" w:rsidR="009C1061" w:rsidRDefault="00441274">
            <w:pPr>
              <w:jc w:val="right"/>
            </w:pPr>
            <w:r>
              <w:t>1 800 руб.</w:t>
            </w:r>
          </w:p>
        </w:tc>
      </w:tr>
      <w:tr w:rsidR="0009622B" w14:paraId="5DCBE1BD" w14:textId="77777777" w:rsidTr="00DF6623">
        <w:trPr>
          <w:jc w:val="center"/>
        </w:trPr>
        <w:tc>
          <w:tcPr>
            <w:tcW w:w="453" w:type="dxa"/>
            <w:tcMar>
              <w:top w:w="40" w:type="dxa"/>
              <w:left w:w="60" w:type="dxa"/>
              <w:bottom w:w="40" w:type="dxa"/>
              <w:right w:w="60" w:type="dxa"/>
            </w:tcMar>
            <w:vAlign w:val="center"/>
          </w:tcPr>
          <w:p w14:paraId="5589A0B8" w14:textId="77777777" w:rsidR="0009622B" w:rsidRDefault="0009622B" w:rsidP="00DF6623">
            <w:pPr>
              <w:spacing w:after="0"/>
              <w:jc w:val="center"/>
            </w:pPr>
            <w:r>
              <w:t>128</w:t>
            </w:r>
          </w:p>
        </w:tc>
        <w:tc>
          <w:tcPr>
            <w:tcW w:w="7371" w:type="dxa"/>
            <w:tcMar>
              <w:top w:w="40" w:type="dxa"/>
              <w:left w:w="60" w:type="dxa"/>
              <w:bottom w:w="40" w:type="dxa"/>
              <w:right w:w="60" w:type="dxa"/>
            </w:tcMar>
            <w:vAlign w:val="center"/>
          </w:tcPr>
          <w:p w14:paraId="1BE7A689"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Кипр</w:t>
            </w:r>
            <w:proofErr w:type="spellEnd"/>
            <w:r>
              <w:rPr>
                <w:rFonts w:cs="Times New Roman"/>
              </w:rPr>
              <w:t xml:space="preserve"> — р. 62</w:t>
            </w:r>
          </w:p>
        </w:tc>
        <w:tc>
          <w:tcPr>
            <w:tcW w:w="737" w:type="dxa"/>
            <w:tcMar>
              <w:top w:w="40" w:type="dxa"/>
              <w:left w:w="60" w:type="dxa"/>
              <w:bottom w:w="40" w:type="dxa"/>
              <w:right w:w="60" w:type="dxa"/>
            </w:tcMar>
            <w:vAlign w:val="center"/>
          </w:tcPr>
          <w:p w14:paraId="20EC9AA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FF4E98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1B0C8F9" w14:textId="77777777" w:rsidR="009C1061" w:rsidRDefault="00441274">
            <w:pPr>
              <w:jc w:val="right"/>
            </w:pPr>
            <w:r>
              <w:t>1 800 руб.</w:t>
            </w:r>
          </w:p>
        </w:tc>
        <w:tc>
          <w:tcPr>
            <w:tcW w:w="1587" w:type="dxa"/>
            <w:tcMar>
              <w:top w:w="40" w:type="dxa"/>
              <w:left w:w="60" w:type="dxa"/>
              <w:bottom w:w="40" w:type="dxa"/>
              <w:right w:w="60" w:type="dxa"/>
            </w:tcMar>
            <w:vAlign w:val="center"/>
          </w:tcPr>
          <w:p w14:paraId="561AD0DF" w14:textId="77777777" w:rsidR="009C1061" w:rsidRDefault="00441274">
            <w:pPr>
              <w:jc w:val="right"/>
            </w:pPr>
            <w:r>
              <w:t>1 800 руб.</w:t>
            </w:r>
          </w:p>
        </w:tc>
      </w:tr>
      <w:tr w:rsidR="0009622B" w14:paraId="3E80EF95" w14:textId="77777777" w:rsidTr="00DF6623">
        <w:trPr>
          <w:jc w:val="center"/>
        </w:trPr>
        <w:tc>
          <w:tcPr>
            <w:tcW w:w="453" w:type="dxa"/>
            <w:tcMar>
              <w:top w:w="40" w:type="dxa"/>
              <w:left w:w="60" w:type="dxa"/>
              <w:bottom w:w="40" w:type="dxa"/>
              <w:right w:w="60" w:type="dxa"/>
            </w:tcMar>
            <w:vAlign w:val="center"/>
          </w:tcPr>
          <w:p w14:paraId="719FEA9F" w14:textId="77777777" w:rsidR="0009622B" w:rsidRDefault="0009622B" w:rsidP="00DF6623">
            <w:pPr>
              <w:spacing w:after="0"/>
              <w:jc w:val="center"/>
            </w:pPr>
            <w:r>
              <w:t>129</w:t>
            </w:r>
          </w:p>
        </w:tc>
        <w:tc>
          <w:tcPr>
            <w:tcW w:w="7371" w:type="dxa"/>
            <w:tcMar>
              <w:top w:w="40" w:type="dxa"/>
              <w:left w:w="60" w:type="dxa"/>
              <w:bottom w:w="40" w:type="dxa"/>
              <w:right w:w="60" w:type="dxa"/>
            </w:tcMar>
            <w:vAlign w:val="center"/>
          </w:tcPr>
          <w:p w14:paraId="1EF8C33C" w14:textId="77777777" w:rsidR="0009622B" w:rsidRDefault="0009622B" w:rsidP="00DF6623">
            <w:pPr>
              <w:spacing w:after="0"/>
            </w:pPr>
            <w:proofErr w:type="spellStart"/>
            <w:r>
              <w:rPr>
                <w:rFonts w:cs="Times New Roman"/>
              </w:rPr>
              <w:t>Костюм</w:t>
            </w:r>
            <w:proofErr w:type="spellEnd"/>
            <w:r>
              <w:rPr>
                <w:rFonts w:cs="Times New Roman"/>
              </w:rPr>
              <w:t xml:space="preserve"> King Size — р. 50</w:t>
            </w:r>
          </w:p>
        </w:tc>
        <w:tc>
          <w:tcPr>
            <w:tcW w:w="737" w:type="dxa"/>
            <w:tcMar>
              <w:top w:w="40" w:type="dxa"/>
              <w:left w:w="60" w:type="dxa"/>
              <w:bottom w:w="40" w:type="dxa"/>
              <w:right w:w="60" w:type="dxa"/>
            </w:tcMar>
            <w:vAlign w:val="center"/>
          </w:tcPr>
          <w:p w14:paraId="486696CF"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2B45E0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C87789F" w14:textId="77777777" w:rsidR="009C1061" w:rsidRDefault="00441274">
            <w:pPr>
              <w:jc w:val="right"/>
            </w:pPr>
            <w:r>
              <w:t>1 800 руб.</w:t>
            </w:r>
          </w:p>
        </w:tc>
        <w:tc>
          <w:tcPr>
            <w:tcW w:w="1587" w:type="dxa"/>
            <w:tcMar>
              <w:top w:w="40" w:type="dxa"/>
              <w:left w:w="60" w:type="dxa"/>
              <w:bottom w:w="40" w:type="dxa"/>
              <w:right w:w="60" w:type="dxa"/>
            </w:tcMar>
            <w:vAlign w:val="center"/>
          </w:tcPr>
          <w:p w14:paraId="742B5C4D" w14:textId="77777777" w:rsidR="009C1061" w:rsidRDefault="00441274">
            <w:pPr>
              <w:jc w:val="right"/>
            </w:pPr>
            <w:r>
              <w:t>1 800 руб.</w:t>
            </w:r>
          </w:p>
        </w:tc>
      </w:tr>
      <w:tr w:rsidR="0009622B" w14:paraId="4CEF3FC2" w14:textId="77777777" w:rsidTr="00DF6623">
        <w:trPr>
          <w:jc w:val="center"/>
        </w:trPr>
        <w:tc>
          <w:tcPr>
            <w:tcW w:w="453" w:type="dxa"/>
            <w:tcMar>
              <w:top w:w="40" w:type="dxa"/>
              <w:left w:w="60" w:type="dxa"/>
              <w:bottom w:w="40" w:type="dxa"/>
              <w:right w:w="60" w:type="dxa"/>
            </w:tcMar>
            <w:vAlign w:val="center"/>
          </w:tcPr>
          <w:p w14:paraId="7373F979" w14:textId="77777777" w:rsidR="0009622B" w:rsidRDefault="0009622B" w:rsidP="00DF6623">
            <w:pPr>
              <w:spacing w:after="0"/>
              <w:jc w:val="center"/>
            </w:pPr>
            <w:r>
              <w:t>130</w:t>
            </w:r>
          </w:p>
        </w:tc>
        <w:tc>
          <w:tcPr>
            <w:tcW w:w="7371" w:type="dxa"/>
            <w:tcMar>
              <w:top w:w="40" w:type="dxa"/>
              <w:left w:w="60" w:type="dxa"/>
              <w:bottom w:w="40" w:type="dxa"/>
              <w:right w:w="60" w:type="dxa"/>
            </w:tcMar>
            <w:vAlign w:val="center"/>
          </w:tcPr>
          <w:p w14:paraId="433688B3" w14:textId="77777777" w:rsidR="0009622B" w:rsidRDefault="0009622B" w:rsidP="00DF6623">
            <w:pPr>
              <w:spacing w:after="0"/>
            </w:pPr>
            <w:proofErr w:type="spellStart"/>
            <w:r>
              <w:rPr>
                <w:rFonts w:cs="Times New Roman"/>
              </w:rPr>
              <w:t>Костюм</w:t>
            </w:r>
            <w:proofErr w:type="spellEnd"/>
            <w:r>
              <w:rPr>
                <w:rFonts w:cs="Times New Roman"/>
              </w:rPr>
              <w:t xml:space="preserve"> King Size — р. 52</w:t>
            </w:r>
          </w:p>
        </w:tc>
        <w:tc>
          <w:tcPr>
            <w:tcW w:w="737" w:type="dxa"/>
            <w:tcMar>
              <w:top w:w="40" w:type="dxa"/>
              <w:left w:w="60" w:type="dxa"/>
              <w:bottom w:w="40" w:type="dxa"/>
              <w:right w:w="60" w:type="dxa"/>
            </w:tcMar>
            <w:vAlign w:val="center"/>
          </w:tcPr>
          <w:p w14:paraId="1E270AA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AD16BE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F25940D" w14:textId="77777777" w:rsidR="009C1061" w:rsidRDefault="00441274">
            <w:pPr>
              <w:jc w:val="right"/>
            </w:pPr>
            <w:r>
              <w:t>1 800 руб.</w:t>
            </w:r>
          </w:p>
        </w:tc>
        <w:tc>
          <w:tcPr>
            <w:tcW w:w="1587" w:type="dxa"/>
            <w:tcMar>
              <w:top w:w="40" w:type="dxa"/>
              <w:left w:w="60" w:type="dxa"/>
              <w:bottom w:w="40" w:type="dxa"/>
              <w:right w:w="60" w:type="dxa"/>
            </w:tcMar>
            <w:vAlign w:val="center"/>
          </w:tcPr>
          <w:p w14:paraId="4FAD785C" w14:textId="77777777" w:rsidR="009C1061" w:rsidRDefault="00441274">
            <w:pPr>
              <w:jc w:val="right"/>
            </w:pPr>
            <w:r>
              <w:t>1 800 руб.</w:t>
            </w:r>
          </w:p>
        </w:tc>
      </w:tr>
      <w:tr w:rsidR="0009622B" w14:paraId="5F4CA82D" w14:textId="77777777" w:rsidTr="00DF6623">
        <w:trPr>
          <w:jc w:val="center"/>
        </w:trPr>
        <w:tc>
          <w:tcPr>
            <w:tcW w:w="453" w:type="dxa"/>
            <w:tcMar>
              <w:top w:w="40" w:type="dxa"/>
              <w:left w:w="60" w:type="dxa"/>
              <w:bottom w:w="40" w:type="dxa"/>
              <w:right w:w="60" w:type="dxa"/>
            </w:tcMar>
            <w:vAlign w:val="center"/>
          </w:tcPr>
          <w:p w14:paraId="116DC341" w14:textId="77777777" w:rsidR="0009622B" w:rsidRDefault="0009622B" w:rsidP="00DF6623">
            <w:pPr>
              <w:spacing w:after="0"/>
              <w:jc w:val="center"/>
            </w:pPr>
            <w:r>
              <w:lastRenderedPageBreak/>
              <w:t>131</w:t>
            </w:r>
          </w:p>
        </w:tc>
        <w:tc>
          <w:tcPr>
            <w:tcW w:w="7371" w:type="dxa"/>
            <w:tcMar>
              <w:top w:w="40" w:type="dxa"/>
              <w:left w:w="60" w:type="dxa"/>
              <w:bottom w:w="40" w:type="dxa"/>
              <w:right w:w="60" w:type="dxa"/>
            </w:tcMar>
            <w:vAlign w:val="center"/>
          </w:tcPr>
          <w:p w14:paraId="3AE85CEB"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Бишкек</w:t>
            </w:r>
            <w:proofErr w:type="spellEnd"/>
            <w:r>
              <w:rPr>
                <w:rFonts w:cs="Times New Roman"/>
              </w:rPr>
              <w:t xml:space="preserve"> — р. 52</w:t>
            </w:r>
          </w:p>
        </w:tc>
        <w:tc>
          <w:tcPr>
            <w:tcW w:w="737" w:type="dxa"/>
            <w:tcMar>
              <w:top w:w="40" w:type="dxa"/>
              <w:left w:w="60" w:type="dxa"/>
              <w:bottom w:w="40" w:type="dxa"/>
              <w:right w:w="60" w:type="dxa"/>
            </w:tcMar>
            <w:vAlign w:val="center"/>
          </w:tcPr>
          <w:p w14:paraId="7F418812"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100E1F8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8DCB47F" w14:textId="77777777" w:rsidR="009C1061" w:rsidRDefault="00441274">
            <w:pPr>
              <w:jc w:val="right"/>
            </w:pPr>
            <w:r>
              <w:t>1 500 руб.</w:t>
            </w:r>
          </w:p>
        </w:tc>
        <w:tc>
          <w:tcPr>
            <w:tcW w:w="1587" w:type="dxa"/>
            <w:tcMar>
              <w:top w:w="40" w:type="dxa"/>
              <w:left w:w="60" w:type="dxa"/>
              <w:bottom w:w="40" w:type="dxa"/>
              <w:right w:w="60" w:type="dxa"/>
            </w:tcMar>
            <w:vAlign w:val="center"/>
          </w:tcPr>
          <w:p w14:paraId="16052AEE" w14:textId="77777777" w:rsidR="009C1061" w:rsidRDefault="00441274">
            <w:pPr>
              <w:jc w:val="right"/>
            </w:pPr>
            <w:r>
              <w:t>3 000 руб.</w:t>
            </w:r>
          </w:p>
        </w:tc>
      </w:tr>
      <w:tr w:rsidR="0009622B" w14:paraId="7950A9A2" w14:textId="77777777" w:rsidTr="00DF6623">
        <w:trPr>
          <w:jc w:val="center"/>
        </w:trPr>
        <w:tc>
          <w:tcPr>
            <w:tcW w:w="453" w:type="dxa"/>
            <w:tcMar>
              <w:top w:w="40" w:type="dxa"/>
              <w:left w:w="60" w:type="dxa"/>
              <w:bottom w:w="40" w:type="dxa"/>
              <w:right w:w="60" w:type="dxa"/>
            </w:tcMar>
            <w:vAlign w:val="center"/>
          </w:tcPr>
          <w:p w14:paraId="1ADCBDA3" w14:textId="77777777" w:rsidR="0009622B" w:rsidRDefault="0009622B" w:rsidP="00DF6623">
            <w:pPr>
              <w:spacing w:after="0"/>
              <w:jc w:val="center"/>
            </w:pPr>
            <w:r>
              <w:t>132</w:t>
            </w:r>
          </w:p>
        </w:tc>
        <w:tc>
          <w:tcPr>
            <w:tcW w:w="7371" w:type="dxa"/>
            <w:tcMar>
              <w:top w:w="40" w:type="dxa"/>
              <w:left w:w="60" w:type="dxa"/>
              <w:bottom w:w="40" w:type="dxa"/>
              <w:right w:w="60" w:type="dxa"/>
            </w:tcMar>
            <w:vAlign w:val="center"/>
          </w:tcPr>
          <w:p w14:paraId="2163D049" w14:textId="77777777" w:rsidR="0009622B" w:rsidRDefault="0009622B" w:rsidP="00DF6623">
            <w:pPr>
              <w:spacing w:after="0"/>
            </w:pPr>
            <w:proofErr w:type="spellStart"/>
            <w:r>
              <w:rPr>
                <w:rFonts w:cs="Times New Roman"/>
              </w:rPr>
              <w:t>Костюм</w:t>
            </w:r>
            <w:proofErr w:type="spellEnd"/>
            <w:r>
              <w:rPr>
                <w:rFonts w:cs="Times New Roman"/>
              </w:rPr>
              <w:t xml:space="preserve"> Bettis — р. 50</w:t>
            </w:r>
          </w:p>
        </w:tc>
        <w:tc>
          <w:tcPr>
            <w:tcW w:w="737" w:type="dxa"/>
            <w:tcMar>
              <w:top w:w="40" w:type="dxa"/>
              <w:left w:w="60" w:type="dxa"/>
              <w:bottom w:w="40" w:type="dxa"/>
              <w:right w:w="60" w:type="dxa"/>
            </w:tcMar>
            <w:vAlign w:val="center"/>
          </w:tcPr>
          <w:p w14:paraId="0D3A5198"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1158FC3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DD105E7" w14:textId="77777777" w:rsidR="009C1061" w:rsidRDefault="00441274">
            <w:pPr>
              <w:jc w:val="right"/>
            </w:pPr>
            <w:r>
              <w:t>1 800 руб.</w:t>
            </w:r>
          </w:p>
        </w:tc>
        <w:tc>
          <w:tcPr>
            <w:tcW w:w="1587" w:type="dxa"/>
            <w:tcMar>
              <w:top w:w="40" w:type="dxa"/>
              <w:left w:w="60" w:type="dxa"/>
              <w:bottom w:w="40" w:type="dxa"/>
              <w:right w:w="60" w:type="dxa"/>
            </w:tcMar>
            <w:vAlign w:val="center"/>
          </w:tcPr>
          <w:p w14:paraId="76DC37AC" w14:textId="77777777" w:rsidR="009C1061" w:rsidRDefault="00441274">
            <w:pPr>
              <w:jc w:val="right"/>
            </w:pPr>
            <w:r>
              <w:t>3 600 руб.</w:t>
            </w:r>
          </w:p>
        </w:tc>
      </w:tr>
      <w:tr w:rsidR="0009622B" w14:paraId="613D4FBE" w14:textId="77777777" w:rsidTr="00DF6623">
        <w:trPr>
          <w:jc w:val="center"/>
        </w:trPr>
        <w:tc>
          <w:tcPr>
            <w:tcW w:w="453" w:type="dxa"/>
            <w:tcMar>
              <w:top w:w="40" w:type="dxa"/>
              <w:left w:w="60" w:type="dxa"/>
              <w:bottom w:w="40" w:type="dxa"/>
              <w:right w:w="60" w:type="dxa"/>
            </w:tcMar>
            <w:vAlign w:val="center"/>
          </w:tcPr>
          <w:p w14:paraId="26889846" w14:textId="77777777" w:rsidR="0009622B" w:rsidRDefault="0009622B" w:rsidP="00DF6623">
            <w:pPr>
              <w:spacing w:after="0"/>
              <w:jc w:val="center"/>
            </w:pPr>
            <w:r>
              <w:t>133</w:t>
            </w:r>
          </w:p>
        </w:tc>
        <w:tc>
          <w:tcPr>
            <w:tcW w:w="7371" w:type="dxa"/>
            <w:tcMar>
              <w:top w:w="40" w:type="dxa"/>
              <w:left w:w="60" w:type="dxa"/>
              <w:bottom w:w="40" w:type="dxa"/>
              <w:right w:w="60" w:type="dxa"/>
            </w:tcMar>
            <w:vAlign w:val="center"/>
          </w:tcPr>
          <w:p w14:paraId="614688F9" w14:textId="77777777" w:rsidR="0009622B" w:rsidRDefault="0009622B" w:rsidP="00DF6623">
            <w:pPr>
              <w:spacing w:after="0"/>
            </w:pPr>
            <w:proofErr w:type="spellStart"/>
            <w:r>
              <w:rPr>
                <w:rFonts w:cs="Times New Roman"/>
              </w:rPr>
              <w:t>Костюм</w:t>
            </w:r>
            <w:proofErr w:type="spellEnd"/>
            <w:r>
              <w:rPr>
                <w:rFonts w:cs="Times New Roman"/>
              </w:rPr>
              <w:t xml:space="preserve"> Bettis — р. 54</w:t>
            </w:r>
          </w:p>
        </w:tc>
        <w:tc>
          <w:tcPr>
            <w:tcW w:w="737" w:type="dxa"/>
            <w:tcMar>
              <w:top w:w="40" w:type="dxa"/>
              <w:left w:w="60" w:type="dxa"/>
              <w:bottom w:w="40" w:type="dxa"/>
              <w:right w:w="60" w:type="dxa"/>
            </w:tcMar>
            <w:vAlign w:val="center"/>
          </w:tcPr>
          <w:p w14:paraId="6A01A69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C613C3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9509EEB" w14:textId="77777777" w:rsidR="009C1061" w:rsidRDefault="00441274">
            <w:pPr>
              <w:jc w:val="right"/>
            </w:pPr>
            <w:r>
              <w:t>1 800 руб.</w:t>
            </w:r>
          </w:p>
        </w:tc>
        <w:tc>
          <w:tcPr>
            <w:tcW w:w="1587" w:type="dxa"/>
            <w:tcMar>
              <w:top w:w="40" w:type="dxa"/>
              <w:left w:w="60" w:type="dxa"/>
              <w:bottom w:w="40" w:type="dxa"/>
              <w:right w:w="60" w:type="dxa"/>
            </w:tcMar>
            <w:vAlign w:val="center"/>
          </w:tcPr>
          <w:p w14:paraId="44ED5E09" w14:textId="77777777" w:rsidR="009C1061" w:rsidRDefault="00441274">
            <w:pPr>
              <w:jc w:val="right"/>
            </w:pPr>
            <w:r>
              <w:t>1 800 руб.</w:t>
            </w:r>
          </w:p>
        </w:tc>
      </w:tr>
      <w:tr w:rsidR="0009622B" w14:paraId="25D0B151" w14:textId="77777777" w:rsidTr="00DF6623">
        <w:trPr>
          <w:jc w:val="center"/>
        </w:trPr>
        <w:tc>
          <w:tcPr>
            <w:tcW w:w="453" w:type="dxa"/>
            <w:tcMar>
              <w:top w:w="40" w:type="dxa"/>
              <w:left w:w="60" w:type="dxa"/>
              <w:bottom w:w="40" w:type="dxa"/>
              <w:right w:w="60" w:type="dxa"/>
            </w:tcMar>
            <w:vAlign w:val="center"/>
          </w:tcPr>
          <w:p w14:paraId="08290903" w14:textId="77777777" w:rsidR="0009622B" w:rsidRDefault="0009622B" w:rsidP="00DF6623">
            <w:pPr>
              <w:spacing w:after="0"/>
              <w:jc w:val="center"/>
            </w:pPr>
            <w:r>
              <w:t>134</w:t>
            </w:r>
          </w:p>
        </w:tc>
        <w:tc>
          <w:tcPr>
            <w:tcW w:w="7371" w:type="dxa"/>
            <w:tcMar>
              <w:top w:w="40" w:type="dxa"/>
              <w:left w:w="60" w:type="dxa"/>
              <w:bottom w:w="40" w:type="dxa"/>
              <w:right w:w="60" w:type="dxa"/>
            </w:tcMar>
            <w:vAlign w:val="center"/>
          </w:tcPr>
          <w:p w14:paraId="294B7B87"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Titan</w:t>
            </w:r>
            <w:r w:rsidRPr="00CA0274">
              <w:rPr>
                <w:rFonts w:cs="Times New Roman"/>
                <w:lang w:val="ru-RU"/>
              </w:rPr>
              <w:t xml:space="preserve"> (Титан) — арт. 3003, р. 56</w:t>
            </w:r>
          </w:p>
        </w:tc>
        <w:tc>
          <w:tcPr>
            <w:tcW w:w="737" w:type="dxa"/>
            <w:tcMar>
              <w:top w:w="40" w:type="dxa"/>
              <w:left w:w="60" w:type="dxa"/>
              <w:bottom w:w="40" w:type="dxa"/>
              <w:right w:w="60" w:type="dxa"/>
            </w:tcMar>
            <w:vAlign w:val="center"/>
          </w:tcPr>
          <w:p w14:paraId="4FCEAFC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73B296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3B1589F" w14:textId="77777777" w:rsidR="009C1061" w:rsidRDefault="00441274">
            <w:pPr>
              <w:jc w:val="right"/>
            </w:pPr>
            <w:r>
              <w:t>1 800 руб.</w:t>
            </w:r>
          </w:p>
        </w:tc>
        <w:tc>
          <w:tcPr>
            <w:tcW w:w="1587" w:type="dxa"/>
            <w:tcMar>
              <w:top w:w="40" w:type="dxa"/>
              <w:left w:w="60" w:type="dxa"/>
              <w:bottom w:w="40" w:type="dxa"/>
              <w:right w:w="60" w:type="dxa"/>
            </w:tcMar>
            <w:vAlign w:val="center"/>
          </w:tcPr>
          <w:p w14:paraId="05A1A8AD" w14:textId="77777777" w:rsidR="009C1061" w:rsidRDefault="00441274">
            <w:pPr>
              <w:jc w:val="right"/>
            </w:pPr>
            <w:r>
              <w:t>1 800 руб.</w:t>
            </w:r>
          </w:p>
        </w:tc>
      </w:tr>
      <w:tr w:rsidR="0009622B" w14:paraId="7BD8A7FC" w14:textId="77777777" w:rsidTr="00DF6623">
        <w:trPr>
          <w:jc w:val="center"/>
        </w:trPr>
        <w:tc>
          <w:tcPr>
            <w:tcW w:w="453" w:type="dxa"/>
            <w:tcMar>
              <w:top w:w="40" w:type="dxa"/>
              <w:left w:w="60" w:type="dxa"/>
              <w:bottom w:w="40" w:type="dxa"/>
              <w:right w:w="60" w:type="dxa"/>
            </w:tcMar>
            <w:vAlign w:val="center"/>
          </w:tcPr>
          <w:p w14:paraId="522F3A4E" w14:textId="77777777" w:rsidR="0009622B" w:rsidRDefault="0009622B" w:rsidP="00DF6623">
            <w:pPr>
              <w:spacing w:after="0"/>
              <w:jc w:val="center"/>
            </w:pPr>
            <w:r>
              <w:t>135</w:t>
            </w:r>
          </w:p>
        </w:tc>
        <w:tc>
          <w:tcPr>
            <w:tcW w:w="7371" w:type="dxa"/>
            <w:tcMar>
              <w:top w:w="40" w:type="dxa"/>
              <w:left w:w="60" w:type="dxa"/>
              <w:bottom w:w="40" w:type="dxa"/>
              <w:right w:w="60" w:type="dxa"/>
            </w:tcMar>
            <w:vAlign w:val="center"/>
          </w:tcPr>
          <w:p w14:paraId="78DC9FEB"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Диплома</w:t>
            </w:r>
            <w:proofErr w:type="spellEnd"/>
            <w:r>
              <w:rPr>
                <w:rFonts w:cs="Times New Roman"/>
              </w:rPr>
              <w:t xml:space="preserve"> — р. 64</w:t>
            </w:r>
          </w:p>
        </w:tc>
        <w:tc>
          <w:tcPr>
            <w:tcW w:w="737" w:type="dxa"/>
            <w:tcMar>
              <w:top w:w="40" w:type="dxa"/>
              <w:left w:w="60" w:type="dxa"/>
              <w:bottom w:w="40" w:type="dxa"/>
              <w:right w:w="60" w:type="dxa"/>
            </w:tcMar>
            <w:vAlign w:val="center"/>
          </w:tcPr>
          <w:p w14:paraId="42EFF58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AAC13B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67E1A9F" w14:textId="77777777" w:rsidR="009C1061" w:rsidRDefault="00441274">
            <w:pPr>
              <w:jc w:val="right"/>
            </w:pPr>
            <w:r>
              <w:t>1 800 руб.</w:t>
            </w:r>
          </w:p>
        </w:tc>
        <w:tc>
          <w:tcPr>
            <w:tcW w:w="1587" w:type="dxa"/>
            <w:tcMar>
              <w:top w:w="40" w:type="dxa"/>
              <w:left w:w="60" w:type="dxa"/>
              <w:bottom w:w="40" w:type="dxa"/>
              <w:right w:w="60" w:type="dxa"/>
            </w:tcMar>
            <w:vAlign w:val="center"/>
          </w:tcPr>
          <w:p w14:paraId="2ECFFAE3" w14:textId="77777777" w:rsidR="009C1061" w:rsidRDefault="00441274">
            <w:pPr>
              <w:jc w:val="right"/>
            </w:pPr>
            <w:r>
              <w:t>1 800 руб.</w:t>
            </w:r>
          </w:p>
        </w:tc>
      </w:tr>
      <w:tr w:rsidR="0009622B" w14:paraId="42B8FE3F" w14:textId="77777777" w:rsidTr="00DF6623">
        <w:trPr>
          <w:jc w:val="center"/>
        </w:trPr>
        <w:tc>
          <w:tcPr>
            <w:tcW w:w="453" w:type="dxa"/>
            <w:tcMar>
              <w:top w:w="40" w:type="dxa"/>
              <w:left w:w="60" w:type="dxa"/>
              <w:bottom w:w="40" w:type="dxa"/>
              <w:right w:w="60" w:type="dxa"/>
            </w:tcMar>
            <w:vAlign w:val="center"/>
          </w:tcPr>
          <w:p w14:paraId="41B1605D" w14:textId="77777777" w:rsidR="0009622B" w:rsidRDefault="0009622B" w:rsidP="00DF6623">
            <w:pPr>
              <w:spacing w:after="0"/>
              <w:jc w:val="center"/>
            </w:pPr>
            <w:r>
              <w:t>136</w:t>
            </w:r>
          </w:p>
        </w:tc>
        <w:tc>
          <w:tcPr>
            <w:tcW w:w="7371" w:type="dxa"/>
            <w:tcMar>
              <w:top w:w="40" w:type="dxa"/>
              <w:left w:w="60" w:type="dxa"/>
              <w:bottom w:w="40" w:type="dxa"/>
              <w:right w:w="60" w:type="dxa"/>
            </w:tcMar>
            <w:vAlign w:val="center"/>
          </w:tcPr>
          <w:p w14:paraId="4CCAA654"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Domani</w:t>
            </w:r>
            <w:r w:rsidRPr="00CA0274">
              <w:rPr>
                <w:rFonts w:cs="Times New Roman"/>
                <w:lang w:val="ru-RU"/>
              </w:rPr>
              <w:t xml:space="preserve"> (Домани) — мод. </w:t>
            </w:r>
            <w:proofErr w:type="gramStart"/>
            <w:r w:rsidRPr="00CA0274">
              <w:rPr>
                <w:rFonts w:cs="Times New Roman"/>
                <w:lang w:val="ru-RU"/>
              </w:rPr>
              <w:t>417-240</w:t>
            </w:r>
            <w:proofErr w:type="gramEnd"/>
            <w:r w:rsidRPr="00CA0274">
              <w:rPr>
                <w:rFonts w:cs="Times New Roman"/>
                <w:lang w:val="ru-RU"/>
              </w:rPr>
              <w:t>, р. 64</w:t>
            </w:r>
          </w:p>
        </w:tc>
        <w:tc>
          <w:tcPr>
            <w:tcW w:w="737" w:type="dxa"/>
            <w:tcMar>
              <w:top w:w="40" w:type="dxa"/>
              <w:left w:w="60" w:type="dxa"/>
              <w:bottom w:w="40" w:type="dxa"/>
              <w:right w:w="60" w:type="dxa"/>
            </w:tcMar>
            <w:vAlign w:val="center"/>
          </w:tcPr>
          <w:p w14:paraId="155BB67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A74A84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869C2CD" w14:textId="77777777" w:rsidR="009C1061" w:rsidRDefault="00441274">
            <w:pPr>
              <w:jc w:val="right"/>
            </w:pPr>
            <w:r>
              <w:t>1 800 руб.</w:t>
            </w:r>
          </w:p>
        </w:tc>
        <w:tc>
          <w:tcPr>
            <w:tcW w:w="1587" w:type="dxa"/>
            <w:tcMar>
              <w:top w:w="40" w:type="dxa"/>
              <w:left w:w="60" w:type="dxa"/>
              <w:bottom w:w="40" w:type="dxa"/>
              <w:right w:w="60" w:type="dxa"/>
            </w:tcMar>
            <w:vAlign w:val="center"/>
          </w:tcPr>
          <w:p w14:paraId="3C632616" w14:textId="77777777" w:rsidR="009C1061" w:rsidRDefault="00441274">
            <w:pPr>
              <w:jc w:val="right"/>
            </w:pPr>
            <w:r>
              <w:t>1 800 руб.</w:t>
            </w:r>
          </w:p>
        </w:tc>
      </w:tr>
      <w:tr w:rsidR="0009622B" w14:paraId="2F60AD10" w14:textId="77777777" w:rsidTr="00DF6623">
        <w:trPr>
          <w:jc w:val="center"/>
        </w:trPr>
        <w:tc>
          <w:tcPr>
            <w:tcW w:w="453" w:type="dxa"/>
            <w:tcMar>
              <w:top w:w="40" w:type="dxa"/>
              <w:left w:w="60" w:type="dxa"/>
              <w:bottom w:w="40" w:type="dxa"/>
              <w:right w:w="60" w:type="dxa"/>
            </w:tcMar>
            <w:vAlign w:val="center"/>
          </w:tcPr>
          <w:p w14:paraId="4DFE9213" w14:textId="77777777" w:rsidR="0009622B" w:rsidRDefault="0009622B" w:rsidP="00DF6623">
            <w:pPr>
              <w:spacing w:after="0"/>
              <w:jc w:val="center"/>
            </w:pPr>
            <w:r>
              <w:t>137</w:t>
            </w:r>
          </w:p>
        </w:tc>
        <w:tc>
          <w:tcPr>
            <w:tcW w:w="7371" w:type="dxa"/>
            <w:tcMar>
              <w:top w:w="40" w:type="dxa"/>
              <w:left w:w="60" w:type="dxa"/>
              <w:bottom w:w="40" w:type="dxa"/>
              <w:right w:w="60" w:type="dxa"/>
            </w:tcMar>
            <w:vAlign w:val="center"/>
          </w:tcPr>
          <w:p w14:paraId="3A36BEEA"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Cardiff</w:t>
            </w:r>
            <w:r w:rsidRPr="00CA0274">
              <w:rPr>
                <w:rFonts w:cs="Times New Roman"/>
                <w:lang w:val="ru-RU"/>
              </w:rPr>
              <w:t xml:space="preserve"> (Кардифф) — мод. </w:t>
            </w:r>
            <w:proofErr w:type="gramStart"/>
            <w:r w:rsidRPr="00CA0274">
              <w:rPr>
                <w:rFonts w:cs="Times New Roman"/>
                <w:lang w:val="ru-RU"/>
              </w:rPr>
              <w:t>411-240</w:t>
            </w:r>
            <w:proofErr w:type="gramEnd"/>
            <w:r w:rsidRPr="00CA0274">
              <w:rPr>
                <w:rFonts w:cs="Times New Roman"/>
                <w:lang w:val="ru-RU"/>
              </w:rPr>
              <w:t>, р. 64</w:t>
            </w:r>
          </w:p>
        </w:tc>
        <w:tc>
          <w:tcPr>
            <w:tcW w:w="737" w:type="dxa"/>
            <w:tcMar>
              <w:top w:w="40" w:type="dxa"/>
              <w:left w:w="60" w:type="dxa"/>
              <w:bottom w:w="40" w:type="dxa"/>
              <w:right w:w="60" w:type="dxa"/>
            </w:tcMar>
            <w:vAlign w:val="center"/>
          </w:tcPr>
          <w:p w14:paraId="6146F2F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9E302E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4F27132" w14:textId="77777777" w:rsidR="009C1061" w:rsidRDefault="00441274">
            <w:pPr>
              <w:jc w:val="right"/>
            </w:pPr>
            <w:r>
              <w:t>1 800 руб.</w:t>
            </w:r>
          </w:p>
        </w:tc>
        <w:tc>
          <w:tcPr>
            <w:tcW w:w="1587" w:type="dxa"/>
            <w:tcMar>
              <w:top w:w="40" w:type="dxa"/>
              <w:left w:w="60" w:type="dxa"/>
              <w:bottom w:w="40" w:type="dxa"/>
              <w:right w:w="60" w:type="dxa"/>
            </w:tcMar>
            <w:vAlign w:val="center"/>
          </w:tcPr>
          <w:p w14:paraId="33ED3D98" w14:textId="77777777" w:rsidR="009C1061" w:rsidRDefault="00441274">
            <w:pPr>
              <w:jc w:val="right"/>
            </w:pPr>
            <w:r>
              <w:t>1 800 руб.</w:t>
            </w:r>
          </w:p>
        </w:tc>
      </w:tr>
      <w:tr w:rsidR="0009622B" w14:paraId="110BD845" w14:textId="77777777" w:rsidTr="00DF6623">
        <w:trPr>
          <w:jc w:val="center"/>
        </w:trPr>
        <w:tc>
          <w:tcPr>
            <w:tcW w:w="453" w:type="dxa"/>
            <w:tcMar>
              <w:top w:w="40" w:type="dxa"/>
              <w:left w:w="60" w:type="dxa"/>
              <w:bottom w:w="40" w:type="dxa"/>
              <w:right w:w="60" w:type="dxa"/>
            </w:tcMar>
            <w:vAlign w:val="center"/>
          </w:tcPr>
          <w:p w14:paraId="2ADC052C" w14:textId="77777777" w:rsidR="0009622B" w:rsidRDefault="0009622B" w:rsidP="00DF6623">
            <w:pPr>
              <w:spacing w:after="0"/>
              <w:jc w:val="center"/>
            </w:pPr>
            <w:r>
              <w:t>138</w:t>
            </w:r>
          </w:p>
        </w:tc>
        <w:tc>
          <w:tcPr>
            <w:tcW w:w="7371" w:type="dxa"/>
            <w:tcMar>
              <w:top w:w="40" w:type="dxa"/>
              <w:left w:w="60" w:type="dxa"/>
              <w:bottom w:w="40" w:type="dxa"/>
              <w:right w:w="60" w:type="dxa"/>
            </w:tcMar>
            <w:vAlign w:val="center"/>
          </w:tcPr>
          <w:p w14:paraId="55BF31F7"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Domani</w:t>
            </w:r>
            <w:r w:rsidRPr="00CA0274">
              <w:rPr>
                <w:rFonts w:cs="Times New Roman"/>
                <w:lang w:val="ru-RU"/>
              </w:rPr>
              <w:t xml:space="preserve"> (Домани) — мод. </w:t>
            </w:r>
            <w:proofErr w:type="gramStart"/>
            <w:r w:rsidRPr="00CA0274">
              <w:rPr>
                <w:rFonts w:cs="Times New Roman"/>
                <w:lang w:val="ru-RU"/>
              </w:rPr>
              <w:t>411-240</w:t>
            </w:r>
            <w:proofErr w:type="gramEnd"/>
            <w:r w:rsidRPr="00CA0274">
              <w:rPr>
                <w:rFonts w:cs="Times New Roman"/>
                <w:lang w:val="ru-RU"/>
              </w:rPr>
              <w:t>, р. 62</w:t>
            </w:r>
          </w:p>
        </w:tc>
        <w:tc>
          <w:tcPr>
            <w:tcW w:w="737" w:type="dxa"/>
            <w:tcMar>
              <w:top w:w="40" w:type="dxa"/>
              <w:left w:w="60" w:type="dxa"/>
              <w:bottom w:w="40" w:type="dxa"/>
              <w:right w:w="60" w:type="dxa"/>
            </w:tcMar>
            <w:vAlign w:val="center"/>
          </w:tcPr>
          <w:p w14:paraId="22ECA76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BDFBA2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0F4E41A" w14:textId="77777777" w:rsidR="009C1061" w:rsidRDefault="00441274">
            <w:pPr>
              <w:jc w:val="right"/>
            </w:pPr>
            <w:r>
              <w:t>1 800 руб.</w:t>
            </w:r>
          </w:p>
        </w:tc>
        <w:tc>
          <w:tcPr>
            <w:tcW w:w="1587" w:type="dxa"/>
            <w:tcMar>
              <w:top w:w="40" w:type="dxa"/>
              <w:left w:w="60" w:type="dxa"/>
              <w:bottom w:w="40" w:type="dxa"/>
              <w:right w:w="60" w:type="dxa"/>
            </w:tcMar>
            <w:vAlign w:val="center"/>
          </w:tcPr>
          <w:p w14:paraId="4DDF7803" w14:textId="77777777" w:rsidR="009C1061" w:rsidRDefault="00441274">
            <w:pPr>
              <w:jc w:val="right"/>
            </w:pPr>
            <w:r>
              <w:t>1 800 руб.</w:t>
            </w:r>
          </w:p>
        </w:tc>
      </w:tr>
      <w:tr w:rsidR="0009622B" w14:paraId="029D1690" w14:textId="77777777" w:rsidTr="00DF6623">
        <w:trPr>
          <w:jc w:val="center"/>
        </w:trPr>
        <w:tc>
          <w:tcPr>
            <w:tcW w:w="453" w:type="dxa"/>
            <w:tcMar>
              <w:top w:w="40" w:type="dxa"/>
              <w:left w:w="60" w:type="dxa"/>
              <w:bottom w:w="40" w:type="dxa"/>
              <w:right w:w="60" w:type="dxa"/>
            </w:tcMar>
            <w:vAlign w:val="center"/>
          </w:tcPr>
          <w:p w14:paraId="0E749175" w14:textId="77777777" w:rsidR="0009622B" w:rsidRDefault="0009622B" w:rsidP="00DF6623">
            <w:pPr>
              <w:spacing w:after="0"/>
              <w:jc w:val="center"/>
            </w:pPr>
            <w:r>
              <w:t>139</w:t>
            </w:r>
          </w:p>
        </w:tc>
        <w:tc>
          <w:tcPr>
            <w:tcW w:w="7371" w:type="dxa"/>
            <w:tcMar>
              <w:top w:w="40" w:type="dxa"/>
              <w:left w:w="60" w:type="dxa"/>
              <w:bottom w:w="40" w:type="dxa"/>
              <w:right w:w="60" w:type="dxa"/>
            </w:tcMar>
            <w:vAlign w:val="center"/>
          </w:tcPr>
          <w:p w14:paraId="28FCE66F" w14:textId="77777777" w:rsidR="0009622B" w:rsidRPr="00CA0274" w:rsidRDefault="0009622B" w:rsidP="00DF6623">
            <w:pPr>
              <w:spacing w:after="0"/>
              <w:rPr>
                <w:lang w:val="ru-RU"/>
              </w:rPr>
            </w:pPr>
            <w:r w:rsidRPr="00CA0274">
              <w:rPr>
                <w:rFonts w:cs="Times New Roman"/>
                <w:lang w:val="ru-RU"/>
              </w:rPr>
              <w:t xml:space="preserve">Костюм </w:t>
            </w:r>
            <w:proofErr w:type="spellStart"/>
            <w:r>
              <w:rPr>
                <w:rFonts w:cs="Times New Roman"/>
              </w:rPr>
              <w:t>Contata</w:t>
            </w:r>
            <w:proofErr w:type="spellEnd"/>
            <w:r w:rsidRPr="00CA0274">
              <w:rPr>
                <w:rFonts w:cs="Times New Roman"/>
                <w:lang w:val="ru-RU"/>
              </w:rPr>
              <w:t xml:space="preserve"> (</w:t>
            </w:r>
            <w:proofErr w:type="spellStart"/>
            <w:r w:rsidRPr="00CA0274">
              <w:rPr>
                <w:rFonts w:cs="Times New Roman"/>
                <w:lang w:val="ru-RU"/>
              </w:rPr>
              <w:t>Контата</w:t>
            </w:r>
            <w:proofErr w:type="spellEnd"/>
            <w:r w:rsidRPr="00CA0274">
              <w:rPr>
                <w:rFonts w:cs="Times New Roman"/>
                <w:lang w:val="ru-RU"/>
              </w:rPr>
              <w:t>) — мод. 8041, р. 62</w:t>
            </w:r>
          </w:p>
        </w:tc>
        <w:tc>
          <w:tcPr>
            <w:tcW w:w="737" w:type="dxa"/>
            <w:tcMar>
              <w:top w:w="40" w:type="dxa"/>
              <w:left w:w="60" w:type="dxa"/>
              <w:bottom w:w="40" w:type="dxa"/>
              <w:right w:w="60" w:type="dxa"/>
            </w:tcMar>
            <w:vAlign w:val="center"/>
          </w:tcPr>
          <w:p w14:paraId="0920FB4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153B8A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3E0399D" w14:textId="77777777" w:rsidR="009C1061" w:rsidRDefault="00441274">
            <w:pPr>
              <w:jc w:val="right"/>
            </w:pPr>
            <w:r>
              <w:t>1 800 руб.</w:t>
            </w:r>
          </w:p>
        </w:tc>
        <w:tc>
          <w:tcPr>
            <w:tcW w:w="1587" w:type="dxa"/>
            <w:tcMar>
              <w:top w:w="40" w:type="dxa"/>
              <w:left w:w="60" w:type="dxa"/>
              <w:bottom w:w="40" w:type="dxa"/>
              <w:right w:w="60" w:type="dxa"/>
            </w:tcMar>
            <w:vAlign w:val="center"/>
          </w:tcPr>
          <w:p w14:paraId="1C0EE613" w14:textId="77777777" w:rsidR="009C1061" w:rsidRDefault="00441274">
            <w:pPr>
              <w:jc w:val="right"/>
            </w:pPr>
            <w:r>
              <w:t>1 800 руб.</w:t>
            </w:r>
          </w:p>
        </w:tc>
      </w:tr>
      <w:tr w:rsidR="0009622B" w14:paraId="443A1991" w14:textId="77777777" w:rsidTr="00DF6623">
        <w:trPr>
          <w:jc w:val="center"/>
        </w:trPr>
        <w:tc>
          <w:tcPr>
            <w:tcW w:w="453" w:type="dxa"/>
            <w:tcMar>
              <w:top w:w="40" w:type="dxa"/>
              <w:left w:w="60" w:type="dxa"/>
              <w:bottom w:w="40" w:type="dxa"/>
              <w:right w:w="60" w:type="dxa"/>
            </w:tcMar>
            <w:vAlign w:val="center"/>
          </w:tcPr>
          <w:p w14:paraId="5F773381" w14:textId="77777777" w:rsidR="0009622B" w:rsidRDefault="0009622B" w:rsidP="00DF6623">
            <w:pPr>
              <w:spacing w:after="0"/>
              <w:jc w:val="center"/>
            </w:pPr>
            <w:r>
              <w:t>140</w:t>
            </w:r>
          </w:p>
        </w:tc>
        <w:tc>
          <w:tcPr>
            <w:tcW w:w="7371" w:type="dxa"/>
            <w:tcMar>
              <w:top w:w="40" w:type="dxa"/>
              <w:left w:w="60" w:type="dxa"/>
              <w:bottom w:w="40" w:type="dxa"/>
              <w:right w:w="60" w:type="dxa"/>
            </w:tcMar>
            <w:vAlign w:val="center"/>
          </w:tcPr>
          <w:p w14:paraId="7AFFC79C"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мужской</w:t>
            </w:r>
            <w:proofErr w:type="spellEnd"/>
            <w:r>
              <w:rPr>
                <w:rFonts w:cs="Times New Roman"/>
              </w:rPr>
              <w:t xml:space="preserve"> — </w:t>
            </w:r>
            <w:proofErr w:type="spellStart"/>
            <w:r>
              <w:rPr>
                <w:rFonts w:cs="Times New Roman"/>
              </w:rPr>
              <w:t>арт</w:t>
            </w:r>
            <w:proofErr w:type="spellEnd"/>
            <w:r>
              <w:rPr>
                <w:rFonts w:cs="Times New Roman"/>
              </w:rPr>
              <w:t>. 490, р. 62/182</w:t>
            </w:r>
          </w:p>
        </w:tc>
        <w:tc>
          <w:tcPr>
            <w:tcW w:w="737" w:type="dxa"/>
            <w:tcMar>
              <w:top w:w="40" w:type="dxa"/>
              <w:left w:w="60" w:type="dxa"/>
              <w:bottom w:w="40" w:type="dxa"/>
              <w:right w:w="60" w:type="dxa"/>
            </w:tcMar>
            <w:vAlign w:val="center"/>
          </w:tcPr>
          <w:p w14:paraId="4199A42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E3B6F5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92C4504" w14:textId="77777777" w:rsidR="009C1061" w:rsidRDefault="00441274">
            <w:pPr>
              <w:jc w:val="right"/>
            </w:pPr>
            <w:r>
              <w:t>1 800 руб.</w:t>
            </w:r>
          </w:p>
        </w:tc>
        <w:tc>
          <w:tcPr>
            <w:tcW w:w="1587" w:type="dxa"/>
            <w:tcMar>
              <w:top w:w="40" w:type="dxa"/>
              <w:left w:w="60" w:type="dxa"/>
              <w:bottom w:w="40" w:type="dxa"/>
              <w:right w:w="60" w:type="dxa"/>
            </w:tcMar>
            <w:vAlign w:val="center"/>
          </w:tcPr>
          <w:p w14:paraId="02605218" w14:textId="77777777" w:rsidR="009C1061" w:rsidRDefault="00441274">
            <w:pPr>
              <w:jc w:val="right"/>
            </w:pPr>
            <w:r>
              <w:t>1 800 руб.</w:t>
            </w:r>
          </w:p>
        </w:tc>
      </w:tr>
      <w:tr w:rsidR="0009622B" w14:paraId="7EF10F52" w14:textId="77777777" w:rsidTr="00DF6623">
        <w:trPr>
          <w:jc w:val="center"/>
        </w:trPr>
        <w:tc>
          <w:tcPr>
            <w:tcW w:w="453" w:type="dxa"/>
            <w:tcMar>
              <w:top w:w="40" w:type="dxa"/>
              <w:left w:w="60" w:type="dxa"/>
              <w:bottom w:w="40" w:type="dxa"/>
              <w:right w:w="60" w:type="dxa"/>
            </w:tcMar>
            <w:vAlign w:val="center"/>
          </w:tcPr>
          <w:p w14:paraId="03F3A806" w14:textId="77777777" w:rsidR="0009622B" w:rsidRDefault="0009622B" w:rsidP="00DF6623">
            <w:pPr>
              <w:spacing w:after="0"/>
              <w:jc w:val="center"/>
            </w:pPr>
            <w:r>
              <w:t>141</w:t>
            </w:r>
          </w:p>
        </w:tc>
        <w:tc>
          <w:tcPr>
            <w:tcW w:w="7371" w:type="dxa"/>
            <w:tcMar>
              <w:top w:w="40" w:type="dxa"/>
              <w:left w:w="60" w:type="dxa"/>
              <w:bottom w:w="40" w:type="dxa"/>
              <w:right w:w="60" w:type="dxa"/>
            </w:tcMar>
            <w:vAlign w:val="center"/>
          </w:tcPr>
          <w:p w14:paraId="35819837"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Burke</w:t>
            </w:r>
            <w:r w:rsidRPr="00CA0274">
              <w:rPr>
                <w:rFonts w:cs="Times New Roman"/>
                <w:lang w:val="ru-RU"/>
              </w:rPr>
              <w:t xml:space="preserve"> (</w:t>
            </w:r>
            <w:proofErr w:type="spellStart"/>
            <w:r w:rsidRPr="00CA0274">
              <w:rPr>
                <w:rFonts w:cs="Times New Roman"/>
                <w:lang w:val="ru-RU"/>
              </w:rPr>
              <w:t>Бурк</w:t>
            </w:r>
            <w:proofErr w:type="spellEnd"/>
            <w:r w:rsidRPr="00CA0274">
              <w:rPr>
                <w:rFonts w:cs="Times New Roman"/>
                <w:lang w:val="ru-RU"/>
              </w:rPr>
              <w:t xml:space="preserve">) — мод. </w:t>
            </w:r>
            <w:proofErr w:type="gramStart"/>
            <w:r w:rsidRPr="00CA0274">
              <w:rPr>
                <w:rFonts w:cs="Times New Roman"/>
                <w:lang w:val="ru-RU"/>
              </w:rPr>
              <w:t>411-240</w:t>
            </w:r>
            <w:proofErr w:type="gramEnd"/>
            <w:r w:rsidRPr="00CA0274">
              <w:rPr>
                <w:rFonts w:cs="Times New Roman"/>
                <w:lang w:val="ru-RU"/>
              </w:rPr>
              <w:t>, р. 62</w:t>
            </w:r>
          </w:p>
        </w:tc>
        <w:tc>
          <w:tcPr>
            <w:tcW w:w="737" w:type="dxa"/>
            <w:tcMar>
              <w:top w:w="40" w:type="dxa"/>
              <w:left w:w="60" w:type="dxa"/>
              <w:bottom w:w="40" w:type="dxa"/>
              <w:right w:w="60" w:type="dxa"/>
            </w:tcMar>
            <w:vAlign w:val="center"/>
          </w:tcPr>
          <w:p w14:paraId="47B94BFF"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AA5638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5E92A56" w14:textId="77777777" w:rsidR="009C1061" w:rsidRDefault="00441274">
            <w:pPr>
              <w:jc w:val="right"/>
            </w:pPr>
            <w:r>
              <w:t>1 800 руб.</w:t>
            </w:r>
          </w:p>
        </w:tc>
        <w:tc>
          <w:tcPr>
            <w:tcW w:w="1587" w:type="dxa"/>
            <w:tcMar>
              <w:top w:w="40" w:type="dxa"/>
              <w:left w:w="60" w:type="dxa"/>
              <w:bottom w:w="40" w:type="dxa"/>
              <w:right w:w="60" w:type="dxa"/>
            </w:tcMar>
            <w:vAlign w:val="center"/>
          </w:tcPr>
          <w:p w14:paraId="7D09E05B" w14:textId="77777777" w:rsidR="009C1061" w:rsidRDefault="00441274">
            <w:pPr>
              <w:jc w:val="right"/>
            </w:pPr>
            <w:r>
              <w:t>1 800 руб.</w:t>
            </w:r>
          </w:p>
        </w:tc>
      </w:tr>
      <w:tr w:rsidR="0009622B" w14:paraId="3B2DB1DA" w14:textId="77777777" w:rsidTr="00DF6623">
        <w:trPr>
          <w:jc w:val="center"/>
        </w:trPr>
        <w:tc>
          <w:tcPr>
            <w:tcW w:w="453" w:type="dxa"/>
            <w:tcMar>
              <w:top w:w="40" w:type="dxa"/>
              <w:left w:w="60" w:type="dxa"/>
              <w:bottom w:w="40" w:type="dxa"/>
              <w:right w:w="60" w:type="dxa"/>
            </w:tcMar>
            <w:vAlign w:val="center"/>
          </w:tcPr>
          <w:p w14:paraId="00E5BE32" w14:textId="77777777" w:rsidR="0009622B" w:rsidRDefault="0009622B" w:rsidP="00DF6623">
            <w:pPr>
              <w:spacing w:after="0"/>
              <w:jc w:val="center"/>
            </w:pPr>
            <w:r>
              <w:t>142</w:t>
            </w:r>
          </w:p>
        </w:tc>
        <w:tc>
          <w:tcPr>
            <w:tcW w:w="7371" w:type="dxa"/>
            <w:tcMar>
              <w:top w:w="40" w:type="dxa"/>
              <w:left w:w="60" w:type="dxa"/>
              <w:bottom w:w="40" w:type="dxa"/>
              <w:right w:w="60" w:type="dxa"/>
            </w:tcMar>
            <w:vAlign w:val="center"/>
          </w:tcPr>
          <w:p w14:paraId="08BE2BF4" w14:textId="77777777" w:rsidR="0009622B" w:rsidRPr="00CA0274" w:rsidRDefault="0009622B" w:rsidP="00DF6623">
            <w:pPr>
              <w:spacing w:after="0"/>
              <w:rPr>
                <w:lang w:val="ru-RU"/>
              </w:rPr>
            </w:pPr>
            <w:r w:rsidRPr="00CA0274">
              <w:rPr>
                <w:rFonts w:cs="Times New Roman"/>
                <w:lang w:val="ru-RU"/>
              </w:rPr>
              <w:t xml:space="preserve">Костюм </w:t>
            </w:r>
            <w:proofErr w:type="spellStart"/>
            <w:r>
              <w:rPr>
                <w:rFonts w:cs="Times New Roman"/>
              </w:rPr>
              <w:t>Contata</w:t>
            </w:r>
            <w:proofErr w:type="spellEnd"/>
            <w:r w:rsidRPr="00CA0274">
              <w:rPr>
                <w:rFonts w:cs="Times New Roman"/>
                <w:lang w:val="ru-RU"/>
              </w:rPr>
              <w:t xml:space="preserve"> (</w:t>
            </w:r>
            <w:proofErr w:type="spellStart"/>
            <w:r w:rsidRPr="00CA0274">
              <w:rPr>
                <w:rFonts w:cs="Times New Roman"/>
                <w:lang w:val="ru-RU"/>
              </w:rPr>
              <w:t>Контата</w:t>
            </w:r>
            <w:proofErr w:type="spellEnd"/>
            <w:r w:rsidRPr="00CA0274">
              <w:rPr>
                <w:rFonts w:cs="Times New Roman"/>
                <w:lang w:val="ru-RU"/>
              </w:rPr>
              <w:t>) — мод. 8041, р. 62</w:t>
            </w:r>
          </w:p>
        </w:tc>
        <w:tc>
          <w:tcPr>
            <w:tcW w:w="737" w:type="dxa"/>
            <w:tcMar>
              <w:top w:w="40" w:type="dxa"/>
              <w:left w:w="60" w:type="dxa"/>
              <w:bottom w:w="40" w:type="dxa"/>
              <w:right w:w="60" w:type="dxa"/>
            </w:tcMar>
            <w:vAlign w:val="center"/>
          </w:tcPr>
          <w:p w14:paraId="02A8F46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6B5D53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8C0CE53" w14:textId="77777777" w:rsidR="009C1061" w:rsidRDefault="00441274">
            <w:pPr>
              <w:jc w:val="right"/>
            </w:pPr>
            <w:r>
              <w:t>1 800 руб.</w:t>
            </w:r>
          </w:p>
        </w:tc>
        <w:tc>
          <w:tcPr>
            <w:tcW w:w="1587" w:type="dxa"/>
            <w:tcMar>
              <w:top w:w="40" w:type="dxa"/>
              <w:left w:w="60" w:type="dxa"/>
              <w:bottom w:w="40" w:type="dxa"/>
              <w:right w:w="60" w:type="dxa"/>
            </w:tcMar>
            <w:vAlign w:val="center"/>
          </w:tcPr>
          <w:p w14:paraId="07B80F40" w14:textId="77777777" w:rsidR="009C1061" w:rsidRDefault="00441274">
            <w:pPr>
              <w:jc w:val="right"/>
            </w:pPr>
            <w:r>
              <w:t>1 800 руб.</w:t>
            </w:r>
          </w:p>
        </w:tc>
      </w:tr>
      <w:tr w:rsidR="0009622B" w14:paraId="1F21C21B" w14:textId="77777777" w:rsidTr="00DF6623">
        <w:trPr>
          <w:jc w:val="center"/>
        </w:trPr>
        <w:tc>
          <w:tcPr>
            <w:tcW w:w="453" w:type="dxa"/>
            <w:tcMar>
              <w:top w:w="40" w:type="dxa"/>
              <w:left w:w="60" w:type="dxa"/>
              <w:bottom w:w="40" w:type="dxa"/>
              <w:right w:w="60" w:type="dxa"/>
            </w:tcMar>
            <w:vAlign w:val="center"/>
          </w:tcPr>
          <w:p w14:paraId="630CBEBD" w14:textId="77777777" w:rsidR="0009622B" w:rsidRDefault="0009622B" w:rsidP="00DF6623">
            <w:pPr>
              <w:spacing w:after="0"/>
              <w:jc w:val="center"/>
            </w:pPr>
            <w:r>
              <w:lastRenderedPageBreak/>
              <w:t>143</w:t>
            </w:r>
          </w:p>
        </w:tc>
        <w:tc>
          <w:tcPr>
            <w:tcW w:w="7371" w:type="dxa"/>
            <w:tcMar>
              <w:top w:w="40" w:type="dxa"/>
              <w:left w:w="60" w:type="dxa"/>
              <w:bottom w:w="40" w:type="dxa"/>
              <w:right w:w="60" w:type="dxa"/>
            </w:tcMar>
            <w:vAlign w:val="center"/>
          </w:tcPr>
          <w:p w14:paraId="7AFE4634"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Edison</w:t>
            </w:r>
            <w:r w:rsidRPr="00CA0274">
              <w:rPr>
                <w:rFonts w:cs="Times New Roman"/>
                <w:lang w:val="ru-RU"/>
              </w:rPr>
              <w:t xml:space="preserve"> (Эдисон) — мод. </w:t>
            </w:r>
            <w:proofErr w:type="gramStart"/>
            <w:r w:rsidRPr="00CA0274">
              <w:rPr>
                <w:rFonts w:cs="Times New Roman"/>
                <w:lang w:val="ru-RU"/>
              </w:rPr>
              <w:t>421-262</w:t>
            </w:r>
            <w:proofErr w:type="gramEnd"/>
            <w:r w:rsidRPr="00CA0274">
              <w:rPr>
                <w:rFonts w:cs="Times New Roman"/>
                <w:lang w:val="ru-RU"/>
              </w:rPr>
              <w:t>, р. 62</w:t>
            </w:r>
          </w:p>
        </w:tc>
        <w:tc>
          <w:tcPr>
            <w:tcW w:w="737" w:type="dxa"/>
            <w:tcMar>
              <w:top w:w="40" w:type="dxa"/>
              <w:left w:w="60" w:type="dxa"/>
              <w:bottom w:w="40" w:type="dxa"/>
              <w:right w:w="60" w:type="dxa"/>
            </w:tcMar>
            <w:vAlign w:val="center"/>
          </w:tcPr>
          <w:p w14:paraId="07D8282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A897CB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7817D4C" w14:textId="77777777" w:rsidR="009C1061" w:rsidRDefault="00441274">
            <w:pPr>
              <w:jc w:val="right"/>
            </w:pPr>
            <w:r>
              <w:t>1 800 руб.</w:t>
            </w:r>
          </w:p>
        </w:tc>
        <w:tc>
          <w:tcPr>
            <w:tcW w:w="1587" w:type="dxa"/>
            <w:tcMar>
              <w:top w:w="40" w:type="dxa"/>
              <w:left w:w="60" w:type="dxa"/>
              <w:bottom w:w="40" w:type="dxa"/>
              <w:right w:w="60" w:type="dxa"/>
            </w:tcMar>
            <w:vAlign w:val="center"/>
          </w:tcPr>
          <w:p w14:paraId="1DB0B523" w14:textId="77777777" w:rsidR="009C1061" w:rsidRDefault="00441274">
            <w:pPr>
              <w:jc w:val="right"/>
            </w:pPr>
            <w:r>
              <w:t>1 800 руб.</w:t>
            </w:r>
          </w:p>
        </w:tc>
      </w:tr>
      <w:tr w:rsidR="0009622B" w14:paraId="18AF6B20" w14:textId="77777777" w:rsidTr="00DF6623">
        <w:trPr>
          <w:jc w:val="center"/>
        </w:trPr>
        <w:tc>
          <w:tcPr>
            <w:tcW w:w="453" w:type="dxa"/>
            <w:tcMar>
              <w:top w:w="40" w:type="dxa"/>
              <w:left w:w="60" w:type="dxa"/>
              <w:bottom w:w="40" w:type="dxa"/>
              <w:right w:w="60" w:type="dxa"/>
            </w:tcMar>
            <w:vAlign w:val="center"/>
          </w:tcPr>
          <w:p w14:paraId="6D2036BC" w14:textId="77777777" w:rsidR="0009622B" w:rsidRDefault="0009622B" w:rsidP="00DF6623">
            <w:pPr>
              <w:spacing w:after="0"/>
              <w:jc w:val="center"/>
            </w:pPr>
            <w:r>
              <w:t>144</w:t>
            </w:r>
          </w:p>
        </w:tc>
        <w:tc>
          <w:tcPr>
            <w:tcW w:w="7371" w:type="dxa"/>
            <w:tcMar>
              <w:top w:w="40" w:type="dxa"/>
              <w:left w:w="60" w:type="dxa"/>
              <w:bottom w:w="40" w:type="dxa"/>
              <w:right w:w="60" w:type="dxa"/>
            </w:tcMar>
            <w:vAlign w:val="center"/>
          </w:tcPr>
          <w:p w14:paraId="07E0BB98" w14:textId="77777777" w:rsidR="0009622B" w:rsidRPr="00CA0274" w:rsidRDefault="0009622B" w:rsidP="00DF6623">
            <w:pPr>
              <w:spacing w:after="0"/>
              <w:rPr>
                <w:lang w:val="ru-RU"/>
              </w:rPr>
            </w:pPr>
            <w:r w:rsidRPr="00CA0274">
              <w:rPr>
                <w:rFonts w:cs="Times New Roman"/>
                <w:lang w:val="ru-RU"/>
              </w:rPr>
              <w:t xml:space="preserve">Костюм </w:t>
            </w:r>
            <w:proofErr w:type="spellStart"/>
            <w:r>
              <w:rPr>
                <w:rFonts w:cs="Times New Roman"/>
              </w:rPr>
              <w:t>Vegos</w:t>
            </w:r>
            <w:proofErr w:type="spellEnd"/>
            <w:r w:rsidRPr="00CA0274">
              <w:rPr>
                <w:rFonts w:cs="Times New Roman"/>
                <w:lang w:val="ru-RU"/>
              </w:rPr>
              <w:t xml:space="preserve"> (</w:t>
            </w:r>
            <w:proofErr w:type="spellStart"/>
            <w:r w:rsidRPr="00CA0274">
              <w:rPr>
                <w:rFonts w:cs="Times New Roman"/>
                <w:lang w:val="ru-RU"/>
              </w:rPr>
              <w:t>Вегос</w:t>
            </w:r>
            <w:proofErr w:type="spellEnd"/>
            <w:r w:rsidRPr="00CA0274">
              <w:rPr>
                <w:rFonts w:cs="Times New Roman"/>
                <w:lang w:val="ru-RU"/>
              </w:rPr>
              <w:t>) — арт. 69529, р. 62</w:t>
            </w:r>
          </w:p>
        </w:tc>
        <w:tc>
          <w:tcPr>
            <w:tcW w:w="737" w:type="dxa"/>
            <w:tcMar>
              <w:top w:w="40" w:type="dxa"/>
              <w:left w:w="60" w:type="dxa"/>
              <w:bottom w:w="40" w:type="dxa"/>
              <w:right w:w="60" w:type="dxa"/>
            </w:tcMar>
            <w:vAlign w:val="center"/>
          </w:tcPr>
          <w:p w14:paraId="53895BE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797BB2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2F2D7BF" w14:textId="77777777" w:rsidR="009C1061" w:rsidRDefault="00441274">
            <w:pPr>
              <w:jc w:val="right"/>
            </w:pPr>
            <w:r>
              <w:t>1 800 руб.</w:t>
            </w:r>
          </w:p>
        </w:tc>
        <w:tc>
          <w:tcPr>
            <w:tcW w:w="1587" w:type="dxa"/>
            <w:tcMar>
              <w:top w:w="40" w:type="dxa"/>
              <w:left w:w="60" w:type="dxa"/>
              <w:bottom w:w="40" w:type="dxa"/>
              <w:right w:w="60" w:type="dxa"/>
            </w:tcMar>
            <w:vAlign w:val="center"/>
          </w:tcPr>
          <w:p w14:paraId="694BB6C4" w14:textId="77777777" w:rsidR="009C1061" w:rsidRDefault="00441274">
            <w:pPr>
              <w:jc w:val="right"/>
            </w:pPr>
            <w:r>
              <w:t>1 800 руб.</w:t>
            </w:r>
          </w:p>
        </w:tc>
      </w:tr>
      <w:tr w:rsidR="0009622B" w14:paraId="5917BDB3" w14:textId="77777777" w:rsidTr="00DF6623">
        <w:trPr>
          <w:jc w:val="center"/>
        </w:trPr>
        <w:tc>
          <w:tcPr>
            <w:tcW w:w="453" w:type="dxa"/>
            <w:tcMar>
              <w:top w:w="40" w:type="dxa"/>
              <w:left w:w="60" w:type="dxa"/>
              <w:bottom w:w="40" w:type="dxa"/>
              <w:right w:w="60" w:type="dxa"/>
            </w:tcMar>
            <w:vAlign w:val="center"/>
          </w:tcPr>
          <w:p w14:paraId="1CAD7003" w14:textId="77777777" w:rsidR="0009622B" w:rsidRDefault="0009622B" w:rsidP="00DF6623">
            <w:pPr>
              <w:spacing w:after="0"/>
              <w:jc w:val="center"/>
            </w:pPr>
            <w:r>
              <w:t>145</w:t>
            </w:r>
          </w:p>
        </w:tc>
        <w:tc>
          <w:tcPr>
            <w:tcW w:w="7371" w:type="dxa"/>
            <w:tcMar>
              <w:top w:w="40" w:type="dxa"/>
              <w:left w:w="60" w:type="dxa"/>
              <w:bottom w:w="40" w:type="dxa"/>
              <w:right w:w="60" w:type="dxa"/>
            </w:tcMar>
            <w:vAlign w:val="center"/>
          </w:tcPr>
          <w:p w14:paraId="44AEDE35"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Frans</w:t>
            </w:r>
            <w:r w:rsidRPr="00CA0274">
              <w:rPr>
                <w:rFonts w:cs="Times New Roman"/>
                <w:lang w:val="ru-RU"/>
              </w:rPr>
              <w:t xml:space="preserve"> (Франс) — серия 311, р. 60</w:t>
            </w:r>
          </w:p>
        </w:tc>
        <w:tc>
          <w:tcPr>
            <w:tcW w:w="737" w:type="dxa"/>
            <w:tcMar>
              <w:top w:w="40" w:type="dxa"/>
              <w:left w:w="60" w:type="dxa"/>
              <w:bottom w:w="40" w:type="dxa"/>
              <w:right w:w="60" w:type="dxa"/>
            </w:tcMar>
            <w:vAlign w:val="center"/>
          </w:tcPr>
          <w:p w14:paraId="038F7D2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2C1429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B23A91D" w14:textId="77777777" w:rsidR="009C1061" w:rsidRDefault="00441274">
            <w:pPr>
              <w:jc w:val="right"/>
            </w:pPr>
            <w:r>
              <w:t>1 800 руб.</w:t>
            </w:r>
          </w:p>
        </w:tc>
        <w:tc>
          <w:tcPr>
            <w:tcW w:w="1587" w:type="dxa"/>
            <w:tcMar>
              <w:top w:w="40" w:type="dxa"/>
              <w:left w:w="60" w:type="dxa"/>
              <w:bottom w:w="40" w:type="dxa"/>
              <w:right w:w="60" w:type="dxa"/>
            </w:tcMar>
            <w:vAlign w:val="center"/>
          </w:tcPr>
          <w:p w14:paraId="621BA1B6" w14:textId="77777777" w:rsidR="009C1061" w:rsidRDefault="00441274">
            <w:pPr>
              <w:jc w:val="right"/>
            </w:pPr>
            <w:r>
              <w:t>1 800 руб.</w:t>
            </w:r>
          </w:p>
        </w:tc>
      </w:tr>
      <w:tr w:rsidR="0009622B" w14:paraId="5A8B52D9" w14:textId="77777777" w:rsidTr="00DF6623">
        <w:trPr>
          <w:jc w:val="center"/>
        </w:trPr>
        <w:tc>
          <w:tcPr>
            <w:tcW w:w="453" w:type="dxa"/>
            <w:tcMar>
              <w:top w:w="40" w:type="dxa"/>
              <w:left w:w="60" w:type="dxa"/>
              <w:bottom w:w="40" w:type="dxa"/>
              <w:right w:w="60" w:type="dxa"/>
            </w:tcMar>
            <w:vAlign w:val="center"/>
          </w:tcPr>
          <w:p w14:paraId="7ED55C28" w14:textId="77777777" w:rsidR="0009622B" w:rsidRDefault="0009622B" w:rsidP="00DF6623">
            <w:pPr>
              <w:spacing w:after="0"/>
              <w:jc w:val="center"/>
            </w:pPr>
            <w:r>
              <w:t>146</w:t>
            </w:r>
          </w:p>
        </w:tc>
        <w:tc>
          <w:tcPr>
            <w:tcW w:w="7371" w:type="dxa"/>
            <w:tcMar>
              <w:top w:w="40" w:type="dxa"/>
              <w:left w:w="60" w:type="dxa"/>
              <w:bottom w:w="40" w:type="dxa"/>
              <w:right w:w="60" w:type="dxa"/>
            </w:tcMar>
            <w:vAlign w:val="center"/>
          </w:tcPr>
          <w:p w14:paraId="5A3D6C75" w14:textId="77777777" w:rsidR="0009622B" w:rsidRPr="00CA0274" w:rsidRDefault="0009622B" w:rsidP="00DF6623">
            <w:pPr>
              <w:spacing w:after="0"/>
              <w:rPr>
                <w:lang w:val="ru-RU"/>
              </w:rPr>
            </w:pPr>
            <w:r w:rsidRPr="00CA0274">
              <w:rPr>
                <w:rFonts w:cs="Times New Roman"/>
                <w:lang w:val="ru-RU"/>
              </w:rPr>
              <w:t xml:space="preserve">Костюм </w:t>
            </w:r>
            <w:proofErr w:type="spellStart"/>
            <w:r>
              <w:rPr>
                <w:rFonts w:cs="Times New Roman"/>
              </w:rPr>
              <w:t>Contata</w:t>
            </w:r>
            <w:proofErr w:type="spellEnd"/>
            <w:r w:rsidRPr="00CA0274">
              <w:rPr>
                <w:rFonts w:cs="Times New Roman"/>
                <w:lang w:val="ru-RU"/>
              </w:rPr>
              <w:t xml:space="preserve"> (</w:t>
            </w:r>
            <w:proofErr w:type="spellStart"/>
            <w:r w:rsidRPr="00CA0274">
              <w:rPr>
                <w:rFonts w:cs="Times New Roman"/>
                <w:lang w:val="ru-RU"/>
              </w:rPr>
              <w:t>Контата</w:t>
            </w:r>
            <w:proofErr w:type="spellEnd"/>
            <w:r w:rsidRPr="00CA0274">
              <w:rPr>
                <w:rFonts w:cs="Times New Roman"/>
                <w:lang w:val="ru-RU"/>
              </w:rPr>
              <w:t>) — мод. 8041, р. 60</w:t>
            </w:r>
          </w:p>
        </w:tc>
        <w:tc>
          <w:tcPr>
            <w:tcW w:w="737" w:type="dxa"/>
            <w:tcMar>
              <w:top w:w="40" w:type="dxa"/>
              <w:left w:w="60" w:type="dxa"/>
              <w:bottom w:w="40" w:type="dxa"/>
              <w:right w:w="60" w:type="dxa"/>
            </w:tcMar>
            <w:vAlign w:val="center"/>
          </w:tcPr>
          <w:p w14:paraId="01769D26"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E7769B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61F39B9" w14:textId="77777777" w:rsidR="009C1061" w:rsidRDefault="00441274">
            <w:pPr>
              <w:jc w:val="right"/>
            </w:pPr>
            <w:r>
              <w:t>1 800 руб.</w:t>
            </w:r>
          </w:p>
        </w:tc>
        <w:tc>
          <w:tcPr>
            <w:tcW w:w="1587" w:type="dxa"/>
            <w:tcMar>
              <w:top w:w="40" w:type="dxa"/>
              <w:left w:w="60" w:type="dxa"/>
              <w:bottom w:w="40" w:type="dxa"/>
              <w:right w:w="60" w:type="dxa"/>
            </w:tcMar>
            <w:vAlign w:val="center"/>
          </w:tcPr>
          <w:p w14:paraId="76F61B89" w14:textId="77777777" w:rsidR="009C1061" w:rsidRDefault="00441274">
            <w:pPr>
              <w:jc w:val="right"/>
            </w:pPr>
            <w:r>
              <w:t>1 800 руб.</w:t>
            </w:r>
          </w:p>
        </w:tc>
      </w:tr>
      <w:tr w:rsidR="0009622B" w14:paraId="04570011" w14:textId="77777777" w:rsidTr="00DF6623">
        <w:trPr>
          <w:jc w:val="center"/>
        </w:trPr>
        <w:tc>
          <w:tcPr>
            <w:tcW w:w="453" w:type="dxa"/>
            <w:tcMar>
              <w:top w:w="40" w:type="dxa"/>
              <w:left w:w="60" w:type="dxa"/>
              <w:bottom w:w="40" w:type="dxa"/>
              <w:right w:w="60" w:type="dxa"/>
            </w:tcMar>
            <w:vAlign w:val="center"/>
          </w:tcPr>
          <w:p w14:paraId="2DF6473E" w14:textId="77777777" w:rsidR="0009622B" w:rsidRDefault="0009622B" w:rsidP="00DF6623">
            <w:pPr>
              <w:spacing w:after="0"/>
              <w:jc w:val="center"/>
            </w:pPr>
            <w:r>
              <w:t>147</w:t>
            </w:r>
          </w:p>
        </w:tc>
        <w:tc>
          <w:tcPr>
            <w:tcW w:w="7371" w:type="dxa"/>
            <w:tcMar>
              <w:top w:w="40" w:type="dxa"/>
              <w:left w:w="60" w:type="dxa"/>
              <w:bottom w:w="40" w:type="dxa"/>
              <w:right w:w="60" w:type="dxa"/>
            </w:tcMar>
            <w:vAlign w:val="center"/>
          </w:tcPr>
          <w:p w14:paraId="5C17EB64"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Frans</w:t>
            </w:r>
            <w:r w:rsidRPr="00CA0274">
              <w:rPr>
                <w:rFonts w:cs="Times New Roman"/>
                <w:lang w:val="ru-RU"/>
              </w:rPr>
              <w:t xml:space="preserve"> (Франс) — арт. </w:t>
            </w:r>
            <w:r>
              <w:rPr>
                <w:rFonts w:cs="Times New Roman"/>
              </w:rPr>
              <w:t>KM</w:t>
            </w:r>
            <w:r w:rsidRPr="00CA0274">
              <w:rPr>
                <w:rFonts w:cs="Times New Roman"/>
                <w:lang w:val="ru-RU"/>
              </w:rPr>
              <w:t>001, р. 58</w:t>
            </w:r>
          </w:p>
        </w:tc>
        <w:tc>
          <w:tcPr>
            <w:tcW w:w="737" w:type="dxa"/>
            <w:tcMar>
              <w:top w:w="40" w:type="dxa"/>
              <w:left w:w="60" w:type="dxa"/>
              <w:bottom w:w="40" w:type="dxa"/>
              <w:right w:w="60" w:type="dxa"/>
            </w:tcMar>
            <w:vAlign w:val="center"/>
          </w:tcPr>
          <w:p w14:paraId="1CAE3B50"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32639B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C7FF5AB" w14:textId="77777777" w:rsidR="009C1061" w:rsidRDefault="00441274">
            <w:pPr>
              <w:jc w:val="right"/>
            </w:pPr>
            <w:r>
              <w:t>1 800 руб.</w:t>
            </w:r>
          </w:p>
        </w:tc>
        <w:tc>
          <w:tcPr>
            <w:tcW w:w="1587" w:type="dxa"/>
            <w:tcMar>
              <w:top w:w="40" w:type="dxa"/>
              <w:left w:w="60" w:type="dxa"/>
              <w:bottom w:w="40" w:type="dxa"/>
              <w:right w:w="60" w:type="dxa"/>
            </w:tcMar>
            <w:vAlign w:val="center"/>
          </w:tcPr>
          <w:p w14:paraId="64008E11" w14:textId="77777777" w:rsidR="009C1061" w:rsidRDefault="00441274">
            <w:pPr>
              <w:jc w:val="right"/>
            </w:pPr>
            <w:r>
              <w:t>1 800 руб.</w:t>
            </w:r>
          </w:p>
        </w:tc>
      </w:tr>
      <w:tr w:rsidR="0009622B" w14:paraId="766FD957" w14:textId="77777777" w:rsidTr="00DF6623">
        <w:trPr>
          <w:jc w:val="center"/>
        </w:trPr>
        <w:tc>
          <w:tcPr>
            <w:tcW w:w="453" w:type="dxa"/>
            <w:tcMar>
              <w:top w:w="40" w:type="dxa"/>
              <w:left w:w="60" w:type="dxa"/>
              <w:bottom w:w="40" w:type="dxa"/>
              <w:right w:w="60" w:type="dxa"/>
            </w:tcMar>
            <w:vAlign w:val="center"/>
          </w:tcPr>
          <w:p w14:paraId="18AA3025" w14:textId="77777777" w:rsidR="0009622B" w:rsidRDefault="0009622B" w:rsidP="00DF6623">
            <w:pPr>
              <w:spacing w:after="0"/>
              <w:jc w:val="center"/>
            </w:pPr>
            <w:r>
              <w:t>148</w:t>
            </w:r>
          </w:p>
        </w:tc>
        <w:tc>
          <w:tcPr>
            <w:tcW w:w="7371" w:type="dxa"/>
            <w:tcMar>
              <w:top w:w="40" w:type="dxa"/>
              <w:left w:w="60" w:type="dxa"/>
              <w:bottom w:w="40" w:type="dxa"/>
              <w:right w:w="60" w:type="dxa"/>
            </w:tcMar>
            <w:vAlign w:val="center"/>
          </w:tcPr>
          <w:p w14:paraId="5405B61C"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Blackpool</w:t>
            </w:r>
            <w:r w:rsidRPr="00CA0274">
              <w:rPr>
                <w:rFonts w:cs="Times New Roman"/>
                <w:lang w:val="ru-RU"/>
              </w:rPr>
              <w:t xml:space="preserve"> (Блэкпул) — серия 419, р. 58</w:t>
            </w:r>
          </w:p>
        </w:tc>
        <w:tc>
          <w:tcPr>
            <w:tcW w:w="737" w:type="dxa"/>
            <w:tcMar>
              <w:top w:w="40" w:type="dxa"/>
              <w:left w:w="60" w:type="dxa"/>
              <w:bottom w:w="40" w:type="dxa"/>
              <w:right w:w="60" w:type="dxa"/>
            </w:tcMar>
            <w:vAlign w:val="center"/>
          </w:tcPr>
          <w:p w14:paraId="7A2832A0"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32B17E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74051BB" w14:textId="77777777" w:rsidR="009C1061" w:rsidRDefault="00441274">
            <w:pPr>
              <w:jc w:val="right"/>
            </w:pPr>
            <w:r>
              <w:t>1 800 руб.</w:t>
            </w:r>
          </w:p>
        </w:tc>
        <w:tc>
          <w:tcPr>
            <w:tcW w:w="1587" w:type="dxa"/>
            <w:tcMar>
              <w:top w:w="40" w:type="dxa"/>
              <w:left w:w="60" w:type="dxa"/>
              <w:bottom w:w="40" w:type="dxa"/>
              <w:right w:w="60" w:type="dxa"/>
            </w:tcMar>
            <w:vAlign w:val="center"/>
          </w:tcPr>
          <w:p w14:paraId="598C4CEC" w14:textId="77777777" w:rsidR="009C1061" w:rsidRDefault="00441274">
            <w:pPr>
              <w:jc w:val="right"/>
            </w:pPr>
            <w:r>
              <w:t>1 800 руб.</w:t>
            </w:r>
          </w:p>
        </w:tc>
      </w:tr>
      <w:tr w:rsidR="0009622B" w14:paraId="44042B73" w14:textId="77777777" w:rsidTr="00DF6623">
        <w:trPr>
          <w:jc w:val="center"/>
        </w:trPr>
        <w:tc>
          <w:tcPr>
            <w:tcW w:w="453" w:type="dxa"/>
            <w:tcMar>
              <w:top w:w="40" w:type="dxa"/>
              <w:left w:w="60" w:type="dxa"/>
              <w:bottom w:w="40" w:type="dxa"/>
              <w:right w:w="60" w:type="dxa"/>
            </w:tcMar>
            <w:vAlign w:val="center"/>
          </w:tcPr>
          <w:p w14:paraId="3BF1D61E" w14:textId="77777777" w:rsidR="0009622B" w:rsidRDefault="0009622B" w:rsidP="00DF6623">
            <w:pPr>
              <w:spacing w:after="0"/>
              <w:jc w:val="center"/>
            </w:pPr>
            <w:r>
              <w:t>149</w:t>
            </w:r>
          </w:p>
        </w:tc>
        <w:tc>
          <w:tcPr>
            <w:tcW w:w="7371" w:type="dxa"/>
            <w:tcMar>
              <w:top w:w="40" w:type="dxa"/>
              <w:left w:w="60" w:type="dxa"/>
              <w:bottom w:w="40" w:type="dxa"/>
              <w:right w:w="60" w:type="dxa"/>
            </w:tcMar>
            <w:vAlign w:val="center"/>
          </w:tcPr>
          <w:p w14:paraId="47B00BF3"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Freight</w:t>
            </w:r>
            <w:r w:rsidRPr="00CA0274">
              <w:rPr>
                <w:rFonts w:cs="Times New Roman"/>
                <w:lang w:val="ru-RU"/>
              </w:rPr>
              <w:t xml:space="preserve"> (</w:t>
            </w:r>
            <w:proofErr w:type="spellStart"/>
            <w:r w:rsidRPr="00CA0274">
              <w:rPr>
                <w:rFonts w:cs="Times New Roman"/>
                <w:lang w:val="ru-RU"/>
              </w:rPr>
              <w:t>Фрейт</w:t>
            </w:r>
            <w:proofErr w:type="spellEnd"/>
            <w:r w:rsidRPr="00CA0274">
              <w:rPr>
                <w:rFonts w:cs="Times New Roman"/>
                <w:lang w:val="ru-RU"/>
              </w:rPr>
              <w:t xml:space="preserve">) — мод. </w:t>
            </w:r>
            <w:proofErr w:type="gramStart"/>
            <w:r w:rsidRPr="00CA0274">
              <w:rPr>
                <w:rFonts w:cs="Times New Roman"/>
                <w:lang w:val="ru-RU"/>
              </w:rPr>
              <w:t>841-249</w:t>
            </w:r>
            <w:proofErr w:type="gramEnd"/>
            <w:r w:rsidRPr="00CA0274">
              <w:rPr>
                <w:rFonts w:cs="Times New Roman"/>
                <w:lang w:val="ru-RU"/>
              </w:rPr>
              <w:t>, р. 58</w:t>
            </w:r>
          </w:p>
        </w:tc>
        <w:tc>
          <w:tcPr>
            <w:tcW w:w="737" w:type="dxa"/>
            <w:tcMar>
              <w:top w:w="40" w:type="dxa"/>
              <w:left w:w="60" w:type="dxa"/>
              <w:bottom w:w="40" w:type="dxa"/>
              <w:right w:w="60" w:type="dxa"/>
            </w:tcMar>
            <w:vAlign w:val="center"/>
          </w:tcPr>
          <w:p w14:paraId="47C734F4"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4047600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D3B3819" w14:textId="77777777" w:rsidR="009C1061" w:rsidRDefault="00441274">
            <w:pPr>
              <w:jc w:val="right"/>
            </w:pPr>
            <w:r>
              <w:t>1 800 руб.</w:t>
            </w:r>
          </w:p>
        </w:tc>
        <w:tc>
          <w:tcPr>
            <w:tcW w:w="1587" w:type="dxa"/>
            <w:tcMar>
              <w:top w:w="40" w:type="dxa"/>
              <w:left w:w="60" w:type="dxa"/>
              <w:bottom w:w="40" w:type="dxa"/>
              <w:right w:w="60" w:type="dxa"/>
            </w:tcMar>
            <w:vAlign w:val="center"/>
          </w:tcPr>
          <w:p w14:paraId="33E3C4DD" w14:textId="77777777" w:rsidR="009C1061" w:rsidRDefault="00441274">
            <w:pPr>
              <w:jc w:val="right"/>
            </w:pPr>
            <w:r>
              <w:t>3 600 руб.</w:t>
            </w:r>
          </w:p>
        </w:tc>
      </w:tr>
      <w:tr w:rsidR="0009622B" w14:paraId="47A4E800" w14:textId="77777777" w:rsidTr="00DF6623">
        <w:trPr>
          <w:jc w:val="center"/>
        </w:trPr>
        <w:tc>
          <w:tcPr>
            <w:tcW w:w="453" w:type="dxa"/>
            <w:tcMar>
              <w:top w:w="40" w:type="dxa"/>
              <w:left w:w="60" w:type="dxa"/>
              <w:bottom w:w="40" w:type="dxa"/>
              <w:right w:w="60" w:type="dxa"/>
            </w:tcMar>
            <w:vAlign w:val="center"/>
          </w:tcPr>
          <w:p w14:paraId="6F03BA75" w14:textId="77777777" w:rsidR="0009622B" w:rsidRDefault="0009622B" w:rsidP="00DF6623">
            <w:pPr>
              <w:spacing w:after="0"/>
              <w:jc w:val="center"/>
            </w:pPr>
            <w:r>
              <w:t>150</w:t>
            </w:r>
          </w:p>
        </w:tc>
        <w:tc>
          <w:tcPr>
            <w:tcW w:w="7371" w:type="dxa"/>
            <w:tcMar>
              <w:top w:w="40" w:type="dxa"/>
              <w:left w:w="60" w:type="dxa"/>
              <w:bottom w:w="40" w:type="dxa"/>
              <w:right w:w="60" w:type="dxa"/>
            </w:tcMar>
            <w:vAlign w:val="center"/>
          </w:tcPr>
          <w:p w14:paraId="7D1518FB"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Sporting</w:t>
            </w:r>
            <w:r w:rsidRPr="00CA0274">
              <w:rPr>
                <w:rFonts w:cs="Times New Roman"/>
                <w:lang w:val="ru-RU"/>
              </w:rPr>
              <w:t xml:space="preserve"> (Спортинг) — серия 485, р. 58</w:t>
            </w:r>
          </w:p>
        </w:tc>
        <w:tc>
          <w:tcPr>
            <w:tcW w:w="737" w:type="dxa"/>
            <w:tcMar>
              <w:top w:w="40" w:type="dxa"/>
              <w:left w:w="60" w:type="dxa"/>
              <w:bottom w:w="40" w:type="dxa"/>
              <w:right w:w="60" w:type="dxa"/>
            </w:tcMar>
            <w:vAlign w:val="center"/>
          </w:tcPr>
          <w:p w14:paraId="2D6C466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DD5A29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7CAD457" w14:textId="77777777" w:rsidR="009C1061" w:rsidRDefault="00441274">
            <w:pPr>
              <w:jc w:val="right"/>
            </w:pPr>
            <w:r>
              <w:t>1 800 руб.</w:t>
            </w:r>
          </w:p>
        </w:tc>
        <w:tc>
          <w:tcPr>
            <w:tcW w:w="1587" w:type="dxa"/>
            <w:tcMar>
              <w:top w:w="40" w:type="dxa"/>
              <w:left w:w="60" w:type="dxa"/>
              <w:bottom w:w="40" w:type="dxa"/>
              <w:right w:w="60" w:type="dxa"/>
            </w:tcMar>
            <w:vAlign w:val="center"/>
          </w:tcPr>
          <w:p w14:paraId="3B40FFDF" w14:textId="77777777" w:rsidR="009C1061" w:rsidRDefault="00441274">
            <w:pPr>
              <w:jc w:val="right"/>
            </w:pPr>
            <w:r>
              <w:t>1 800 руб.</w:t>
            </w:r>
          </w:p>
        </w:tc>
      </w:tr>
      <w:tr w:rsidR="0009622B" w14:paraId="11BB728B" w14:textId="77777777" w:rsidTr="00DF6623">
        <w:trPr>
          <w:jc w:val="center"/>
        </w:trPr>
        <w:tc>
          <w:tcPr>
            <w:tcW w:w="453" w:type="dxa"/>
            <w:tcMar>
              <w:top w:w="40" w:type="dxa"/>
              <w:left w:w="60" w:type="dxa"/>
              <w:bottom w:w="40" w:type="dxa"/>
              <w:right w:w="60" w:type="dxa"/>
            </w:tcMar>
            <w:vAlign w:val="center"/>
          </w:tcPr>
          <w:p w14:paraId="1C65279C" w14:textId="77777777" w:rsidR="0009622B" w:rsidRDefault="0009622B" w:rsidP="00DF6623">
            <w:pPr>
              <w:spacing w:after="0"/>
              <w:jc w:val="center"/>
            </w:pPr>
            <w:r>
              <w:t>151</w:t>
            </w:r>
          </w:p>
        </w:tc>
        <w:tc>
          <w:tcPr>
            <w:tcW w:w="7371" w:type="dxa"/>
            <w:tcMar>
              <w:top w:w="40" w:type="dxa"/>
              <w:left w:w="60" w:type="dxa"/>
              <w:bottom w:w="40" w:type="dxa"/>
              <w:right w:w="60" w:type="dxa"/>
            </w:tcMar>
            <w:vAlign w:val="center"/>
          </w:tcPr>
          <w:p w14:paraId="6FAD5CD1"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Armand</w:t>
            </w:r>
            <w:r w:rsidRPr="00CA0274">
              <w:rPr>
                <w:rFonts w:cs="Times New Roman"/>
                <w:lang w:val="ru-RU"/>
              </w:rPr>
              <w:t xml:space="preserve"> (Арман) — мод. </w:t>
            </w:r>
            <w:proofErr w:type="gramStart"/>
            <w:r w:rsidRPr="00CA0274">
              <w:rPr>
                <w:rFonts w:cs="Times New Roman"/>
                <w:lang w:val="ru-RU"/>
              </w:rPr>
              <w:t>415-240</w:t>
            </w:r>
            <w:proofErr w:type="gramEnd"/>
            <w:r w:rsidRPr="00CA0274">
              <w:rPr>
                <w:rFonts w:cs="Times New Roman"/>
                <w:lang w:val="ru-RU"/>
              </w:rPr>
              <w:t>, р. 56</w:t>
            </w:r>
          </w:p>
        </w:tc>
        <w:tc>
          <w:tcPr>
            <w:tcW w:w="737" w:type="dxa"/>
            <w:tcMar>
              <w:top w:w="40" w:type="dxa"/>
              <w:left w:w="60" w:type="dxa"/>
              <w:bottom w:w="40" w:type="dxa"/>
              <w:right w:w="60" w:type="dxa"/>
            </w:tcMar>
            <w:vAlign w:val="center"/>
          </w:tcPr>
          <w:p w14:paraId="68CEB34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CBFFC9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C48F761" w14:textId="77777777" w:rsidR="009C1061" w:rsidRDefault="00441274">
            <w:pPr>
              <w:jc w:val="right"/>
            </w:pPr>
            <w:r>
              <w:t>1 800 руб.</w:t>
            </w:r>
          </w:p>
        </w:tc>
        <w:tc>
          <w:tcPr>
            <w:tcW w:w="1587" w:type="dxa"/>
            <w:tcMar>
              <w:top w:w="40" w:type="dxa"/>
              <w:left w:w="60" w:type="dxa"/>
              <w:bottom w:w="40" w:type="dxa"/>
              <w:right w:w="60" w:type="dxa"/>
            </w:tcMar>
            <w:vAlign w:val="center"/>
          </w:tcPr>
          <w:p w14:paraId="264720A0" w14:textId="77777777" w:rsidR="009C1061" w:rsidRDefault="00441274">
            <w:pPr>
              <w:jc w:val="right"/>
            </w:pPr>
            <w:r>
              <w:t>1 800 руб.</w:t>
            </w:r>
          </w:p>
        </w:tc>
      </w:tr>
      <w:tr w:rsidR="0009622B" w14:paraId="1F701422" w14:textId="77777777" w:rsidTr="00DF6623">
        <w:trPr>
          <w:jc w:val="center"/>
        </w:trPr>
        <w:tc>
          <w:tcPr>
            <w:tcW w:w="453" w:type="dxa"/>
            <w:tcMar>
              <w:top w:w="40" w:type="dxa"/>
              <w:left w:w="60" w:type="dxa"/>
              <w:bottom w:w="40" w:type="dxa"/>
              <w:right w:w="60" w:type="dxa"/>
            </w:tcMar>
            <w:vAlign w:val="center"/>
          </w:tcPr>
          <w:p w14:paraId="5F25FEDC" w14:textId="77777777" w:rsidR="0009622B" w:rsidRDefault="0009622B" w:rsidP="00DF6623">
            <w:pPr>
              <w:spacing w:after="0"/>
              <w:jc w:val="center"/>
            </w:pPr>
            <w:r>
              <w:t>152</w:t>
            </w:r>
          </w:p>
        </w:tc>
        <w:tc>
          <w:tcPr>
            <w:tcW w:w="7371" w:type="dxa"/>
            <w:tcMar>
              <w:top w:w="40" w:type="dxa"/>
              <w:left w:w="60" w:type="dxa"/>
              <w:bottom w:w="40" w:type="dxa"/>
              <w:right w:w="60" w:type="dxa"/>
            </w:tcMar>
            <w:vAlign w:val="center"/>
          </w:tcPr>
          <w:p w14:paraId="4FAF18E2" w14:textId="77777777" w:rsidR="0009622B" w:rsidRPr="00CA0274" w:rsidRDefault="0009622B" w:rsidP="00DF6623">
            <w:pPr>
              <w:spacing w:after="0"/>
              <w:rPr>
                <w:lang w:val="ru-RU"/>
              </w:rPr>
            </w:pPr>
            <w:r w:rsidRPr="00CA0274">
              <w:rPr>
                <w:rFonts w:cs="Times New Roman"/>
                <w:lang w:val="ru-RU"/>
              </w:rPr>
              <w:t xml:space="preserve">Костюм </w:t>
            </w:r>
            <w:r>
              <w:rPr>
                <w:rFonts w:cs="Times New Roman"/>
              </w:rPr>
              <w:t>Cobalt</w:t>
            </w:r>
            <w:r w:rsidRPr="00CA0274">
              <w:rPr>
                <w:rFonts w:cs="Times New Roman"/>
                <w:lang w:val="ru-RU"/>
              </w:rPr>
              <w:t xml:space="preserve"> (Кобальт) — серия 413, р. 56</w:t>
            </w:r>
          </w:p>
        </w:tc>
        <w:tc>
          <w:tcPr>
            <w:tcW w:w="737" w:type="dxa"/>
            <w:tcMar>
              <w:top w:w="40" w:type="dxa"/>
              <w:left w:w="60" w:type="dxa"/>
              <w:bottom w:w="40" w:type="dxa"/>
              <w:right w:w="60" w:type="dxa"/>
            </w:tcMar>
            <w:vAlign w:val="center"/>
          </w:tcPr>
          <w:p w14:paraId="0B5A839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A76605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A5ABD74" w14:textId="77777777" w:rsidR="009C1061" w:rsidRDefault="00441274">
            <w:pPr>
              <w:jc w:val="right"/>
            </w:pPr>
            <w:r>
              <w:t>1 800 руб.</w:t>
            </w:r>
          </w:p>
        </w:tc>
        <w:tc>
          <w:tcPr>
            <w:tcW w:w="1587" w:type="dxa"/>
            <w:tcMar>
              <w:top w:w="40" w:type="dxa"/>
              <w:left w:w="60" w:type="dxa"/>
              <w:bottom w:w="40" w:type="dxa"/>
              <w:right w:w="60" w:type="dxa"/>
            </w:tcMar>
            <w:vAlign w:val="center"/>
          </w:tcPr>
          <w:p w14:paraId="2622C86F" w14:textId="77777777" w:rsidR="009C1061" w:rsidRDefault="00441274">
            <w:pPr>
              <w:jc w:val="right"/>
            </w:pPr>
            <w:r>
              <w:t>1 800 руб.</w:t>
            </w:r>
          </w:p>
        </w:tc>
      </w:tr>
      <w:tr w:rsidR="0009622B" w14:paraId="1FCA2DB7" w14:textId="77777777" w:rsidTr="00DF6623">
        <w:trPr>
          <w:jc w:val="center"/>
        </w:trPr>
        <w:tc>
          <w:tcPr>
            <w:tcW w:w="453" w:type="dxa"/>
            <w:tcMar>
              <w:top w:w="40" w:type="dxa"/>
              <w:left w:w="60" w:type="dxa"/>
              <w:bottom w:w="40" w:type="dxa"/>
              <w:right w:w="60" w:type="dxa"/>
            </w:tcMar>
            <w:vAlign w:val="center"/>
          </w:tcPr>
          <w:p w14:paraId="29C10C9B" w14:textId="77777777" w:rsidR="0009622B" w:rsidRDefault="0009622B" w:rsidP="00DF6623">
            <w:pPr>
              <w:spacing w:after="0"/>
              <w:jc w:val="center"/>
            </w:pPr>
            <w:r>
              <w:t>153</w:t>
            </w:r>
          </w:p>
        </w:tc>
        <w:tc>
          <w:tcPr>
            <w:tcW w:w="7371" w:type="dxa"/>
            <w:tcMar>
              <w:top w:w="40" w:type="dxa"/>
              <w:left w:w="60" w:type="dxa"/>
              <w:bottom w:w="40" w:type="dxa"/>
              <w:right w:w="60" w:type="dxa"/>
            </w:tcMar>
            <w:vAlign w:val="center"/>
          </w:tcPr>
          <w:p w14:paraId="6E0D6F3F"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Универ</w:t>
            </w:r>
            <w:proofErr w:type="spellEnd"/>
            <w:r>
              <w:rPr>
                <w:rFonts w:cs="Times New Roman"/>
              </w:rPr>
              <w:t xml:space="preserve"> (</w:t>
            </w:r>
            <w:proofErr w:type="spellStart"/>
            <w:r>
              <w:rPr>
                <w:rFonts w:cs="Times New Roman"/>
              </w:rPr>
              <w:t>Москва</w:t>
            </w:r>
            <w:proofErr w:type="spellEnd"/>
            <w:r>
              <w:rPr>
                <w:rFonts w:cs="Times New Roman"/>
              </w:rPr>
              <w:t>) — р. 56/188</w:t>
            </w:r>
          </w:p>
        </w:tc>
        <w:tc>
          <w:tcPr>
            <w:tcW w:w="737" w:type="dxa"/>
            <w:tcMar>
              <w:top w:w="40" w:type="dxa"/>
              <w:left w:w="60" w:type="dxa"/>
              <w:bottom w:w="40" w:type="dxa"/>
              <w:right w:w="60" w:type="dxa"/>
            </w:tcMar>
            <w:vAlign w:val="center"/>
          </w:tcPr>
          <w:p w14:paraId="1471B50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93AB22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BD219A7" w14:textId="77777777" w:rsidR="009C1061" w:rsidRDefault="00441274">
            <w:pPr>
              <w:jc w:val="right"/>
            </w:pPr>
            <w:r>
              <w:t>1 500 руб.</w:t>
            </w:r>
          </w:p>
        </w:tc>
        <w:tc>
          <w:tcPr>
            <w:tcW w:w="1587" w:type="dxa"/>
            <w:tcMar>
              <w:top w:w="40" w:type="dxa"/>
              <w:left w:w="60" w:type="dxa"/>
              <w:bottom w:w="40" w:type="dxa"/>
              <w:right w:w="60" w:type="dxa"/>
            </w:tcMar>
            <w:vAlign w:val="center"/>
          </w:tcPr>
          <w:p w14:paraId="162EE314" w14:textId="77777777" w:rsidR="009C1061" w:rsidRDefault="00441274">
            <w:pPr>
              <w:jc w:val="right"/>
            </w:pPr>
            <w:r>
              <w:t>1 500 руб.</w:t>
            </w:r>
          </w:p>
        </w:tc>
      </w:tr>
      <w:tr w:rsidR="0009622B" w14:paraId="2FA608EB" w14:textId="77777777" w:rsidTr="00DF6623">
        <w:trPr>
          <w:jc w:val="center"/>
        </w:trPr>
        <w:tc>
          <w:tcPr>
            <w:tcW w:w="453" w:type="dxa"/>
            <w:tcMar>
              <w:top w:w="40" w:type="dxa"/>
              <w:left w:w="60" w:type="dxa"/>
              <w:bottom w:w="40" w:type="dxa"/>
              <w:right w:w="60" w:type="dxa"/>
            </w:tcMar>
            <w:vAlign w:val="center"/>
          </w:tcPr>
          <w:p w14:paraId="2A4888D8" w14:textId="77777777" w:rsidR="0009622B" w:rsidRDefault="0009622B" w:rsidP="00DF6623">
            <w:pPr>
              <w:spacing w:after="0"/>
              <w:jc w:val="center"/>
            </w:pPr>
            <w:r>
              <w:t>154</w:t>
            </w:r>
          </w:p>
        </w:tc>
        <w:tc>
          <w:tcPr>
            <w:tcW w:w="7371" w:type="dxa"/>
            <w:tcMar>
              <w:top w:w="40" w:type="dxa"/>
              <w:left w:w="60" w:type="dxa"/>
              <w:bottom w:w="40" w:type="dxa"/>
              <w:right w:w="60" w:type="dxa"/>
            </w:tcMar>
            <w:vAlign w:val="center"/>
          </w:tcPr>
          <w:p w14:paraId="3BB68542"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Перс</w:t>
            </w:r>
            <w:proofErr w:type="spellEnd"/>
            <w:r>
              <w:rPr>
                <w:rFonts w:cs="Times New Roman"/>
              </w:rPr>
              <w:t xml:space="preserve"> — </w:t>
            </w:r>
            <w:proofErr w:type="spellStart"/>
            <w:r>
              <w:rPr>
                <w:rFonts w:cs="Times New Roman"/>
              </w:rPr>
              <w:t>серия</w:t>
            </w:r>
            <w:proofErr w:type="spellEnd"/>
            <w:r>
              <w:rPr>
                <w:rFonts w:cs="Times New Roman"/>
              </w:rPr>
              <w:t xml:space="preserve"> 312, р. 56</w:t>
            </w:r>
          </w:p>
        </w:tc>
        <w:tc>
          <w:tcPr>
            <w:tcW w:w="737" w:type="dxa"/>
            <w:tcMar>
              <w:top w:w="40" w:type="dxa"/>
              <w:left w:w="60" w:type="dxa"/>
              <w:bottom w:w="40" w:type="dxa"/>
              <w:right w:w="60" w:type="dxa"/>
            </w:tcMar>
            <w:vAlign w:val="center"/>
          </w:tcPr>
          <w:p w14:paraId="6423170E"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31386B5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C7BFBF1" w14:textId="77777777" w:rsidR="009C1061" w:rsidRDefault="00441274">
            <w:pPr>
              <w:jc w:val="right"/>
            </w:pPr>
            <w:r>
              <w:t>1 800 руб.</w:t>
            </w:r>
          </w:p>
        </w:tc>
        <w:tc>
          <w:tcPr>
            <w:tcW w:w="1587" w:type="dxa"/>
            <w:tcMar>
              <w:top w:w="40" w:type="dxa"/>
              <w:left w:w="60" w:type="dxa"/>
              <w:bottom w:w="40" w:type="dxa"/>
              <w:right w:w="60" w:type="dxa"/>
            </w:tcMar>
            <w:vAlign w:val="center"/>
          </w:tcPr>
          <w:p w14:paraId="1B7D43FD" w14:textId="77777777" w:rsidR="009C1061" w:rsidRDefault="00441274">
            <w:pPr>
              <w:jc w:val="right"/>
            </w:pPr>
            <w:r>
              <w:t>3 600 руб.</w:t>
            </w:r>
          </w:p>
        </w:tc>
      </w:tr>
      <w:tr w:rsidR="0009622B" w14:paraId="5C3EDB75" w14:textId="77777777" w:rsidTr="00DF6623">
        <w:trPr>
          <w:jc w:val="center"/>
        </w:trPr>
        <w:tc>
          <w:tcPr>
            <w:tcW w:w="453" w:type="dxa"/>
            <w:tcMar>
              <w:top w:w="40" w:type="dxa"/>
              <w:left w:w="60" w:type="dxa"/>
              <w:bottom w:w="40" w:type="dxa"/>
              <w:right w:w="60" w:type="dxa"/>
            </w:tcMar>
            <w:vAlign w:val="center"/>
          </w:tcPr>
          <w:p w14:paraId="0FB0E834" w14:textId="77777777" w:rsidR="0009622B" w:rsidRDefault="0009622B" w:rsidP="00DF6623">
            <w:pPr>
              <w:spacing w:after="0"/>
              <w:jc w:val="center"/>
            </w:pPr>
            <w:r>
              <w:lastRenderedPageBreak/>
              <w:t>155</w:t>
            </w:r>
          </w:p>
        </w:tc>
        <w:tc>
          <w:tcPr>
            <w:tcW w:w="7371" w:type="dxa"/>
            <w:tcMar>
              <w:top w:w="40" w:type="dxa"/>
              <w:left w:w="60" w:type="dxa"/>
              <w:bottom w:w="40" w:type="dxa"/>
              <w:right w:w="60" w:type="dxa"/>
            </w:tcMar>
            <w:vAlign w:val="center"/>
          </w:tcPr>
          <w:p w14:paraId="10C8DBA6"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Contata</w:t>
            </w:r>
            <w:proofErr w:type="spellEnd"/>
            <w:r>
              <w:rPr>
                <w:rFonts w:cs="Times New Roman"/>
              </w:rPr>
              <w:t xml:space="preserve"> (</w:t>
            </w:r>
            <w:proofErr w:type="spellStart"/>
            <w:r>
              <w:rPr>
                <w:rFonts w:cs="Times New Roman"/>
              </w:rPr>
              <w:t>Контата</w:t>
            </w:r>
            <w:proofErr w:type="spellEnd"/>
            <w:r>
              <w:rPr>
                <w:rFonts w:cs="Times New Roman"/>
              </w:rPr>
              <w:t>) — р. 56</w:t>
            </w:r>
          </w:p>
        </w:tc>
        <w:tc>
          <w:tcPr>
            <w:tcW w:w="737" w:type="dxa"/>
            <w:tcMar>
              <w:top w:w="40" w:type="dxa"/>
              <w:left w:w="60" w:type="dxa"/>
              <w:bottom w:w="40" w:type="dxa"/>
              <w:right w:w="60" w:type="dxa"/>
            </w:tcMar>
            <w:vAlign w:val="center"/>
          </w:tcPr>
          <w:p w14:paraId="049F311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A2B2BA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5358506" w14:textId="77777777" w:rsidR="009C1061" w:rsidRDefault="00441274">
            <w:pPr>
              <w:jc w:val="right"/>
            </w:pPr>
            <w:r>
              <w:t>1 800 руб.</w:t>
            </w:r>
          </w:p>
        </w:tc>
        <w:tc>
          <w:tcPr>
            <w:tcW w:w="1587" w:type="dxa"/>
            <w:tcMar>
              <w:top w:w="40" w:type="dxa"/>
              <w:left w:w="60" w:type="dxa"/>
              <w:bottom w:w="40" w:type="dxa"/>
              <w:right w:w="60" w:type="dxa"/>
            </w:tcMar>
            <w:vAlign w:val="center"/>
          </w:tcPr>
          <w:p w14:paraId="413D003C" w14:textId="77777777" w:rsidR="009C1061" w:rsidRDefault="00441274">
            <w:pPr>
              <w:jc w:val="right"/>
            </w:pPr>
            <w:r>
              <w:t>1 800 руб.</w:t>
            </w:r>
          </w:p>
        </w:tc>
      </w:tr>
      <w:tr w:rsidR="0009622B" w14:paraId="30429DDB" w14:textId="77777777" w:rsidTr="00DF6623">
        <w:trPr>
          <w:jc w:val="center"/>
        </w:trPr>
        <w:tc>
          <w:tcPr>
            <w:tcW w:w="453" w:type="dxa"/>
            <w:tcMar>
              <w:top w:w="40" w:type="dxa"/>
              <w:left w:w="60" w:type="dxa"/>
              <w:bottom w:w="40" w:type="dxa"/>
              <w:right w:w="60" w:type="dxa"/>
            </w:tcMar>
            <w:vAlign w:val="center"/>
          </w:tcPr>
          <w:p w14:paraId="7275F34A" w14:textId="77777777" w:rsidR="0009622B" w:rsidRDefault="0009622B" w:rsidP="00DF6623">
            <w:pPr>
              <w:spacing w:after="0"/>
              <w:jc w:val="center"/>
            </w:pPr>
            <w:r>
              <w:t>156</w:t>
            </w:r>
          </w:p>
        </w:tc>
        <w:tc>
          <w:tcPr>
            <w:tcW w:w="7371" w:type="dxa"/>
            <w:tcMar>
              <w:top w:w="40" w:type="dxa"/>
              <w:left w:w="60" w:type="dxa"/>
              <w:bottom w:w="40" w:type="dxa"/>
              <w:right w:w="60" w:type="dxa"/>
            </w:tcMar>
            <w:vAlign w:val="center"/>
          </w:tcPr>
          <w:p w14:paraId="32034B47" w14:textId="77777777" w:rsidR="0009622B" w:rsidRDefault="0009622B" w:rsidP="00DF6623">
            <w:pPr>
              <w:spacing w:after="0"/>
            </w:pPr>
            <w:proofErr w:type="spellStart"/>
            <w:r>
              <w:rPr>
                <w:rFonts w:cs="Times New Roman"/>
              </w:rPr>
              <w:t>Костюм</w:t>
            </w:r>
            <w:proofErr w:type="spellEnd"/>
            <w:r>
              <w:rPr>
                <w:rFonts w:cs="Times New Roman"/>
              </w:rPr>
              <w:t xml:space="preserve"> Frans (</w:t>
            </w:r>
            <w:proofErr w:type="spellStart"/>
            <w:r>
              <w:rPr>
                <w:rFonts w:cs="Times New Roman"/>
              </w:rPr>
              <w:t>Франс</w:t>
            </w:r>
            <w:proofErr w:type="spellEnd"/>
            <w:r>
              <w:rPr>
                <w:rFonts w:cs="Times New Roman"/>
              </w:rPr>
              <w:t>) — р. 56</w:t>
            </w:r>
          </w:p>
        </w:tc>
        <w:tc>
          <w:tcPr>
            <w:tcW w:w="737" w:type="dxa"/>
            <w:tcMar>
              <w:top w:w="40" w:type="dxa"/>
              <w:left w:w="60" w:type="dxa"/>
              <w:bottom w:w="40" w:type="dxa"/>
              <w:right w:w="60" w:type="dxa"/>
            </w:tcMar>
            <w:vAlign w:val="center"/>
          </w:tcPr>
          <w:p w14:paraId="436BC420"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84FD79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A0E9F23" w14:textId="77777777" w:rsidR="009C1061" w:rsidRDefault="00441274">
            <w:pPr>
              <w:jc w:val="right"/>
            </w:pPr>
            <w:r>
              <w:t>1 800 руб.</w:t>
            </w:r>
          </w:p>
        </w:tc>
        <w:tc>
          <w:tcPr>
            <w:tcW w:w="1587" w:type="dxa"/>
            <w:tcMar>
              <w:top w:w="40" w:type="dxa"/>
              <w:left w:w="60" w:type="dxa"/>
              <w:bottom w:w="40" w:type="dxa"/>
              <w:right w:w="60" w:type="dxa"/>
            </w:tcMar>
            <w:vAlign w:val="center"/>
          </w:tcPr>
          <w:p w14:paraId="2DFBCF0B" w14:textId="77777777" w:rsidR="009C1061" w:rsidRDefault="00441274">
            <w:pPr>
              <w:jc w:val="right"/>
            </w:pPr>
            <w:r>
              <w:t>1 800 руб.</w:t>
            </w:r>
          </w:p>
        </w:tc>
      </w:tr>
      <w:tr w:rsidR="0009622B" w14:paraId="7C79803B" w14:textId="77777777" w:rsidTr="00DF6623">
        <w:trPr>
          <w:jc w:val="center"/>
        </w:trPr>
        <w:tc>
          <w:tcPr>
            <w:tcW w:w="453" w:type="dxa"/>
            <w:tcMar>
              <w:top w:w="40" w:type="dxa"/>
              <w:left w:w="60" w:type="dxa"/>
              <w:bottom w:w="40" w:type="dxa"/>
              <w:right w:w="60" w:type="dxa"/>
            </w:tcMar>
            <w:vAlign w:val="center"/>
          </w:tcPr>
          <w:p w14:paraId="06AEB1A1" w14:textId="77777777" w:rsidR="0009622B" w:rsidRDefault="0009622B" w:rsidP="00DF6623">
            <w:pPr>
              <w:spacing w:after="0"/>
              <w:jc w:val="center"/>
            </w:pPr>
            <w:r>
              <w:t>157</w:t>
            </w:r>
          </w:p>
        </w:tc>
        <w:tc>
          <w:tcPr>
            <w:tcW w:w="7371" w:type="dxa"/>
            <w:tcMar>
              <w:top w:w="40" w:type="dxa"/>
              <w:left w:w="60" w:type="dxa"/>
              <w:bottom w:w="40" w:type="dxa"/>
              <w:right w:w="60" w:type="dxa"/>
            </w:tcMar>
            <w:vAlign w:val="center"/>
          </w:tcPr>
          <w:p w14:paraId="76E12382"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23031, р. 54, 56</w:t>
            </w:r>
          </w:p>
        </w:tc>
        <w:tc>
          <w:tcPr>
            <w:tcW w:w="737" w:type="dxa"/>
            <w:tcMar>
              <w:top w:w="40" w:type="dxa"/>
              <w:left w:w="60" w:type="dxa"/>
              <w:bottom w:w="40" w:type="dxa"/>
              <w:right w:w="60" w:type="dxa"/>
            </w:tcMar>
            <w:vAlign w:val="center"/>
          </w:tcPr>
          <w:p w14:paraId="361C3102"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7290DA1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A0B7F52" w14:textId="77777777" w:rsidR="009C1061" w:rsidRDefault="00441274">
            <w:pPr>
              <w:jc w:val="right"/>
            </w:pPr>
            <w:r>
              <w:t>550 руб.</w:t>
            </w:r>
          </w:p>
        </w:tc>
        <w:tc>
          <w:tcPr>
            <w:tcW w:w="1587" w:type="dxa"/>
            <w:tcMar>
              <w:top w:w="40" w:type="dxa"/>
              <w:left w:w="60" w:type="dxa"/>
              <w:bottom w:w="40" w:type="dxa"/>
              <w:right w:w="60" w:type="dxa"/>
            </w:tcMar>
            <w:vAlign w:val="center"/>
          </w:tcPr>
          <w:p w14:paraId="6620340B" w14:textId="77777777" w:rsidR="009C1061" w:rsidRDefault="00441274">
            <w:pPr>
              <w:jc w:val="right"/>
            </w:pPr>
            <w:r>
              <w:t>1 100 руб.</w:t>
            </w:r>
          </w:p>
        </w:tc>
      </w:tr>
      <w:tr w:rsidR="0009622B" w14:paraId="1F4FACBA" w14:textId="77777777" w:rsidTr="00DF6623">
        <w:trPr>
          <w:jc w:val="center"/>
        </w:trPr>
        <w:tc>
          <w:tcPr>
            <w:tcW w:w="453" w:type="dxa"/>
            <w:tcMar>
              <w:top w:w="40" w:type="dxa"/>
              <w:left w:w="60" w:type="dxa"/>
              <w:bottom w:w="40" w:type="dxa"/>
              <w:right w:w="60" w:type="dxa"/>
            </w:tcMar>
            <w:vAlign w:val="center"/>
          </w:tcPr>
          <w:p w14:paraId="5C394966" w14:textId="77777777" w:rsidR="0009622B" w:rsidRDefault="0009622B" w:rsidP="00DF6623">
            <w:pPr>
              <w:spacing w:after="0"/>
              <w:jc w:val="center"/>
            </w:pPr>
            <w:r>
              <w:t>158</w:t>
            </w:r>
          </w:p>
        </w:tc>
        <w:tc>
          <w:tcPr>
            <w:tcW w:w="7371" w:type="dxa"/>
            <w:tcMar>
              <w:top w:w="40" w:type="dxa"/>
              <w:left w:w="60" w:type="dxa"/>
              <w:bottom w:w="40" w:type="dxa"/>
              <w:right w:w="60" w:type="dxa"/>
            </w:tcMar>
            <w:vAlign w:val="center"/>
          </w:tcPr>
          <w:p w14:paraId="1CC1B289" w14:textId="77777777" w:rsidR="0009622B" w:rsidRPr="00CA0274" w:rsidRDefault="0009622B" w:rsidP="00DF6623">
            <w:pPr>
              <w:spacing w:after="0"/>
              <w:rPr>
                <w:lang w:val="ru-RU"/>
              </w:rPr>
            </w:pPr>
            <w:r w:rsidRPr="00CA0274">
              <w:rPr>
                <w:rFonts w:cs="Times New Roman"/>
                <w:lang w:val="ru-RU"/>
              </w:rPr>
              <w:t>Брюки (Южная Корея) — арт. 87440, р. 21</w:t>
            </w:r>
          </w:p>
        </w:tc>
        <w:tc>
          <w:tcPr>
            <w:tcW w:w="737" w:type="dxa"/>
            <w:tcMar>
              <w:top w:w="40" w:type="dxa"/>
              <w:left w:w="60" w:type="dxa"/>
              <w:bottom w:w="40" w:type="dxa"/>
              <w:right w:w="60" w:type="dxa"/>
            </w:tcMar>
            <w:vAlign w:val="center"/>
          </w:tcPr>
          <w:p w14:paraId="4DEAFB80"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4ABF2D2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333E7DE" w14:textId="77777777" w:rsidR="009C1061" w:rsidRDefault="00441274">
            <w:pPr>
              <w:jc w:val="right"/>
            </w:pPr>
            <w:r>
              <w:t>550 руб.</w:t>
            </w:r>
          </w:p>
        </w:tc>
        <w:tc>
          <w:tcPr>
            <w:tcW w:w="1587" w:type="dxa"/>
            <w:tcMar>
              <w:top w:w="40" w:type="dxa"/>
              <w:left w:w="60" w:type="dxa"/>
              <w:bottom w:w="40" w:type="dxa"/>
              <w:right w:w="60" w:type="dxa"/>
            </w:tcMar>
            <w:vAlign w:val="center"/>
          </w:tcPr>
          <w:p w14:paraId="1952FA0E" w14:textId="77777777" w:rsidR="009C1061" w:rsidRDefault="00441274">
            <w:pPr>
              <w:jc w:val="right"/>
            </w:pPr>
            <w:r>
              <w:t>2 750 руб.</w:t>
            </w:r>
          </w:p>
        </w:tc>
      </w:tr>
      <w:tr w:rsidR="0009622B" w14:paraId="3FF949AF" w14:textId="77777777" w:rsidTr="00DF6623">
        <w:trPr>
          <w:jc w:val="center"/>
        </w:trPr>
        <w:tc>
          <w:tcPr>
            <w:tcW w:w="453" w:type="dxa"/>
            <w:tcMar>
              <w:top w:w="40" w:type="dxa"/>
              <w:left w:w="60" w:type="dxa"/>
              <w:bottom w:w="40" w:type="dxa"/>
              <w:right w:w="60" w:type="dxa"/>
            </w:tcMar>
            <w:vAlign w:val="center"/>
          </w:tcPr>
          <w:p w14:paraId="4EA2138B" w14:textId="77777777" w:rsidR="0009622B" w:rsidRDefault="0009622B" w:rsidP="00DF6623">
            <w:pPr>
              <w:spacing w:after="0"/>
              <w:jc w:val="center"/>
            </w:pPr>
            <w:r>
              <w:t>159</w:t>
            </w:r>
          </w:p>
        </w:tc>
        <w:tc>
          <w:tcPr>
            <w:tcW w:w="7371" w:type="dxa"/>
            <w:tcMar>
              <w:top w:w="40" w:type="dxa"/>
              <w:left w:w="60" w:type="dxa"/>
              <w:bottom w:w="40" w:type="dxa"/>
              <w:right w:w="60" w:type="dxa"/>
            </w:tcMar>
            <w:vAlign w:val="center"/>
          </w:tcPr>
          <w:p w14:paraId="3AD48946"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 р. 52, 54</w:t>
            </w:r>
          </w:p>
        </w:tc>
        <w:tc>
          <w:tcPr>
            <w:tcW w:w="737" w:type="dxa"/>
            <w:tcMar>
              <w:top w:w="40" w:type="dxa"/>
              <w:left w:w="60" w:type="dxa"/>
              <w:bottom w:w="40" w:type="dxa"/>
              <w:right w:w="60" w:type="dxa"/>
            </w:tcMar>
            <w:vAlign w:val="center"/>
          </w:tcPr>
          <w:p w14:paraId="06A30ABD"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37DFB30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BE2E5A3" w14:textId="77777777" w:rsidR="009C1061" w:rsidRDefault="00441274">
            <w:pPr>
              <w:jc w:val="right"/>
            </w:pPr>
            <w:r>
              <w:t>550 руб.</w:t>
            </w:r>
          </w:p>
        </w:tc>
        <w:tc>
          <w:tcPr>
            <w:tcW w:w="1587" w:type="dxa"/>
            <w:tcMar>
              <w:top w:w="40" w:type="dxa"/>
              <w:left w:w="60" w:type="dxa"/>
              <w:bottom w:w="40" w:type="dxa"/>
              <w:right w:w="60" w:type="dxa"/>
            </w:tcMar>
            <w:vAlign w:val="center"/>
          </w:tcPr>
          <w:p w14:paraId="6A906180" w14:textId="77777777" w:rsidR="009C1061" w:rsidRDefault="00441274">
            <w:pPr>
              <w:jc w:val="right"/>
            </w:pPr>
            <w:r>
              <w:t>4 950 руб.</w:t>
            </w:r>
          </w:p>
        </w:tc>
      </w:tr>
      <w:tr w:rsidR="0009622B" w14:paraId="21D5E416" w14:textId="77777777" w:rsidTr="00DF6623">
        <w:trPr>
          <w:jc w:val="center"/>
        </w:trPr>
        <w:tc>
          <w:tcPr>
            <w:tcW w:w="453" w:type="dxa"/>
            <w:tcMar>
              <w:top w:w="40" w:type="dxa"/>
              <w:left w:w="60" w:type="dxa"/>
              <w:bottom w:w="40" w:type="dxa"/>
              <w:right w:w="60" w:type="dxa"/>
            </w:tcMar>
            <w:vAlign w:val="center"/>
          </w:tcPr>
          <w:p w14:paraId="598CA4C6" w14:textId="77777777" w:rsidR="0009622B" w:rsidRDefault="0009622B" w:rsidP="00DF6623">
            <w:pPr>
              <w:spacing w:after="0"/>
              <w:jc w:val="center"/>
            </w:pPr>
            <w:r>
              <w:t>160</w:t>
            </w:r>
          </w:p>
        </w:tc>
        <w:tc>
          <w:tcPr>
            <w:tcW w:w="7371" w:type="dxa"/>
            <w:tcMar>
              <w:top w:w="40" w:type="dxa"/>
              <w:left w:w="60" w:type="dxa"/>
              <w:bottom w:w="40" w:type="dxa"/>
              <w:right w:w="60" w:type="dxa"/>
            </w:tcMar>
            <w:vAlign w:val="center"/>
          </w:tcPr>
          <w:p w14:paraId="039A36D8"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арт</w:t>
            </w:r>
            <w:proofErr w:type="spellEnd"/>
            <w:r>
              <w:rPr>
                <w:rFonts w:cs="Times New Roman"/>
              </w:rPr>
              <w:t>. 11367, р. 56</w:t>
            </w:r>
          </w:p>
        </w:tc>
        <w:tc>
          <w:tcPr>
            <w:tcW w:w="737" w:type="dxa"/>
            <w:tcMar>
              <w:top w:w="40" w:type="dxa"/>
              <w:left w:w="60" w:type="dxa"/>
              <w:bottom w:w="40" w:type="dxa"/>
              <w:right w:w="60" w:type="dxa"/>
            </w:tcMar>
            <w:vAlign w:val="center"/>
          </w:tcPr>
          <w:p w14:paraId="4E36BA0F"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248CB72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55A331F" w14:textId="77777777" w:rsidR="009C1061" w:rsidRDefault="00441274">
            <w:pPr>
              <w:jc w:val="right"/>
            </w:pPr>
            <w:r>
              <w:t>550 руб.</w:t>
            </w:r>
          </w:p>
        </w:tc>
        <w:tc>
          <w:tcPr>
            <w:tcW w:w="1587" w:type="dxa"/>
            <w:tcMar>
              <w:top w:w="40" w:type="dxa"/>
              <w:left w:w="60" w:type="dxa"/>
              <w:bottom w:w="40" w:type="dxa"/>
              <w:right w:w="60" w:type="dxa"/>
            </w:tcMar>
            <w:vAlign w:val="center"/>
          </w:tcPr>
          <w:p w14:paraId="306806B4" w14:textId="77777777" w:rsidR="009C1061" w:rsidRDefault="00441274">
            <w:pPr>
              <w:jc w:val="right"/>
            </w:pPr>
            <w:r>
              <w:t>2 200 руб.</w:t>
            </w:r>
          </w:p>
        </w:tc>
      </w:tr>
      <w:tr w:rsidR="0009622B" w14:paraId="091A8CF2" w14:textId="77777777" w:rsidTr="00DF6623">
        <w:trPr>
          <w:jc w:val="center"/>
        </w:trPr>
        <w:tc>
          <w:tcPr>
            <w:tcW w:w="453" w:type="dxa"/>
            <w:tcMar>
              <w:top w:w="40" w:type="dxa"/>
              <w:left w:w="60" w:type="dxa"/>
              <w:bottom w:w="40" w:type="dxa"/>
              <w:right w:w="60" w:type="dxa"/>
            </w:tcMar>
            <w:vAlign w:val="center"/>
          </w:tcPr>
          <w:p w14:paraId="259BD86A" w14:textId="77777777" w:rsidR="0009622B" w:rsidRDefault="0009622B" w:rsidP="00DF6623">
            <w:pPr>
              <w:spacing w:after="0"/>
              <w:jc w:val="center"/>
            </w:pPr>
            <w:r>
              <w:t>161</w:t>
            </w:r>
          </w:p>
        </w:tc>
        <w:tc>
          <w:tcPr>
            <w:tcW w:w="7371" w:type="dxa"/>
            <w:tcMar>
              <w:top w:w="40" w:type="dxa"/>
              <w:left w:w="60" w:type="dxa"/>
              <w:bottom w:w="40" w:type="dxa"/>
              <w:right w:w="60" w:type="dxa"/>
            </w:tcMar>
            <w:vAlign w:val="center"/>
          </w:tcPr>
          <w:p w14:paraId="66CA2BBA"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9120, р. 48</w:t>
            </w:r>
          </w:p>
        </w:tc>
        <w:tc>
          <w:tcPr>
            <w:tcW w:w="737" w:type="dxa"/>
            <w:tcMar>
              <w:top w:w="40" w:type="dxa"/>
              <w:left w:w="60" w:type="dxa"/>
              <w:bottom w:w="40" w:type="dxa"/>
              <w:right w:w="60" w:type="dxa"/>
            </w:tcMar>
            <w:vAlign w:val="center"/>
          </w:tcPr>
          <w:p w14:paraId="74FC7AE0"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502CA5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718C22C" w14:textId="77777777" w:rsidR="009C1061" w:rsidRDefault="00441274">
            <w:pPr>
              <w:jc w:val="right"/>
            </w:pPr>
            <w:r>
              <w:t>550 руб.</w:t>
            </w:r>
          </w:p>
        </w:tc>
        <w:tc>
          <w:tcPr>
            <w:tcW w:w="1587" w:type="dxa"/>
            <w:tcMar>
              <w:top w:w="40" w:type="dxa"/>
              <w:left w:w="60" w:type="dxa"/>
              <w:bottom w:w="40" w:type="dxa"/>
              <w:right w:w="60" w:type="dxa"/>
            </w:tcMar>
            <w:vAlign w:val="center"/>
          </w:tcPr>
          <w:p w14:paraId="7BDDDAA9" w14:textId="77777777" w:rsidR="009C1061" w:rsidRDefault="00441274">
            <w:pPr>
              <w:jc w:val="right"/>
            </w:pPr>
            <w:r>
              <w:t>550 руб.</w:t>
            </w:r>
          </w:p>
        </w:tc>
      </w:tr>
      <w:tr w:rsidR="0009622B" w14:paraId="50389CC7" w14:textId="77777777" w:rsidTr="00DF6623">
        <w:trPr>
          <w:jc w:val="center"/>
        </w:trPr>
        <w:tc>
          <w:tcPr>
            <w:tcW w:w="453" w:type="dxa"/>
            <w:tcMar>
              <w:top w:w="40" w:type="dxa"/>
              <w:left w:w="60" w:type="dxa"/>
              <w:bottom w:w="40" w:type="dxa"/>
              <w:right w:w="60" w:type="dxa"/>
            </w:tcMar>
            <w:vAlign w:val="center"/>
          </w:tcPr>
          <w:p w14:paraId="5A9DC3A7" w14:textId="77777777" w:rsidR="0009622B" w:rsidRDefault="0009622B" w:rsidP="00DF6623">
            <w:pPr>
              <w:spacing w:after="0"/>
              <w:jc w:val="center"/>
            </w:pPr>
            <w:r>
              <w:t>162</w:t>
            </w:r>
          </w:p>
        </w:tc>
        <w:tc>
          <w:tcPr>
            <w:tcW w:w="7371" w:type="dxa"/>
            <w:tcMar>
              <w:top w:w="40" w:type="dxa"/>
              <w:left w:w="60" w:type="dxa"/>
              <w:bottom w:w="40" w:type="dxa"/>
              <w:right w:w="60" w:type="dxa"/>
            </w:tcMar>
            <w:vAlign w:val="center"/>
          </w:tcPr>
          <w:p w14:paraId="7167D028"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 р. 46</w:t>
            </w:r>
          </w:p>
        </w:tc>
        <w:tc>
          <w:tcPr>
            <w:tcW w:w="737" w:type="dxa"/>
            <w:tcMar>
              <w:top w:w="40" w:type="dxa"/>
              <w:left w:w="60" w:type="dxa"/>
              <w:bottom w:w="40" w:type="dxa"/>
              <w:right w:w="60" w:type="dxa"/>
            </w:tcMar>
            <w:vAlign w:val="center"/>
          </w:tcPr>
          <w:p w14:paraId="36A97D5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F3AB20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9CD53B9" w14:textId="77777777" w:rsidR="009C1061" w:rsidRDefault="00441274">
            <w:pPr>
              <w:jc w:val="right"/>
            </w:pPr>
            <w:r>
              <w:t>550 руб.</w:t>
            </w:r>
          </w:p>
        </w:tc>
        <w:tc>
          <w:tcPr>
            <w:tcW w:w="1587" w:type="dxa"/>
            <w:tcMar>
              <w:top w:w="40" w:type="dxa"/>
              <w:left w:w="60" w:type="dxa"/>
              <w:bottom w:w="40" w:type="dxa"/>
              <w:right w:w="60" w:type="dxa"/>
            </w:tcMar>
            <w:vAlign w:val="center"/>
          </w:tcPr>
          <w:p w14:paraId="4511A01F" w14:textId="77777777" w:rsidR="009C1061" w:rsidRDefault="00441274">
            <w:pPr>
              <w:jc w:val="right"/>
            </w:pPr>
            <w:r>
              <w:t>550 руб.</w:t>
            </w:r>
          </w:p>
        </w:tc>
      </w:tr>
      <w:tr w:rsidR="0009622B" w14:paraId="0B14A021" w14:textId="77777777" w:rsidTr="00DF6623">
        <w:trPr>
          <w:jc w:val="center"/>
        </w:trPr>
        <w:tc>
          <w:tcPr>
            <w:tcW w:w="453" w:type="dxa"/>
            <w:tcMar>
              <w:top w:w="40" w:type="dxa"/>
              <w:left w:w="60" w:type="dxa"/>
              <w:bottom w:w="40" w:type="dxa"/>
              <w:right w:w="60" w:type="dxa"/>
            </w:tcMar>
            <w:vAlign w:val="center"/>
          </w:tcPr>
          <w:p w14:paraId="26E35E21" w14:textId="77777777" w:rsidR="0009622B" w:rsidRDefault="0009622B" w:rsidP="00DF6623">
            <w:pPr>
              <w:spacing w:after="0"/>
              <w:jc w:val="center"/>
            </w:pPr>
            <w:r>
              <w:t>163</w:t>
            </w:r>
          </w:p>
        </w:tc>
        <w:tc>
          <w:tcPr>
            <w:tcW w:w="7371" w:type="dxa"/>
            <w:tcMar>
              <w:top w:w="40" w:type="dxa"/>
              <w:left w:w="60" w:type="dxa"/>
              <w:bottom w:w="40" w:type="dxa"/>
              <w:right w:w="60" w:type="dxa"/>
            </w:tcMar>
            <w:vAlign w:val="center"/>
          </w:tcPr>
          <w:p w14:paraId="7B9ED7AD"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23031, р. 54, 56</w:t>
            </w:r>
          </w:p>
        </w:tc>
        <w:tc>
          <w:tcPr>
            <w:tcW w:w="737" w:type="dxa"/>
            <w:tcMar>
              <w:top w:w="40" w:type="dxa"/>
              <w:left w:w="60" w:type="dxa"/>
              <w:bottom w:w="40" w:type="dxa"/>
              <w:right w:w="60" w:type="dxa"/>
            </w:tcMar>
            <w:vAlign w:val="center"/>
          </w:tcPr>
          <w:p w14:paraId="17C4F0D3"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7957948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FEB1DD9" w14:textId="77777777" w:rsidR="009C1061" w:rsidRDefault="00441274">
            <w:pPr>
              <w:jc w:val="right"/>
            </w:pPr>
            <w:r>
              <w:t>550 руб.</w:t>
            </w:r>
          </w:p>
        </w:tc>
        <w:tc>
          <w:tcPr>
            <w:tcW w:w="1587" w:type="dxa"/>
            <w:tcMar>
              <w:top w:w="40" w:type="dxa"/>
              <w:left w:w="60" w:type="dxa"/>
              <w:bottom w:w="40" w:type="dxa"/>
              <w:right w:w="60" w:type="dxa"/>
            </w:tcMar>
            <w:vAlign w:val="center"/>
          </w:tcPr>
          <w:p w14:paraId="69E4D6E3" w14:textId="77777777" w:rsidR="009C1061" w:rsidRDefault="00441274">
            <w:pPr>
              <w:jc w:val="right"/>
            </w:pPr>
            <w:r>
              <w:t>1 650 руб.</w:t>
            </w:r>
          </w:p>
        </w:tc>
      </w:tr>
      <w:tr w:rsidR="0009622B" w14:paraId="37FC84E2" w14:textId="77777777" w:rsidTr="00DF6623">
        <w:trPr>
          <w:jc w:val="center"/>
        </w:trPr>
        <w:tc>
          <w:tcPr>
            <w:tcW w:w="453" w:type="dxa"/>
            <w:tcMar>
              <w:top w:w="40" w:type="dxa"/>
              <w:left w:w="60" w:type="dxa"/>
              <w:bottom w:w="40" w:type="dxa"/>
              <w:right w:w="60" w:type="dxa"/>
            </w:tcMar>
            <w:vAlign w:val="center"/>
          </w:tcPr>
          <w:p w14:paraId="314FC76A" w14:textId="77777777" w:rsidR="0009622B" w:rsidRDefault="0009622B" w:rsidP="00DF6623">
            <w:pPr>
              <w:spacing w:after="0"/>
              <w:jc w:val="center"/>
            </w:pPr>
            <w:r>
              <w:t>164</w:t>
            </w:r>
          </w:p>
        </w:tc>
        <w:tc>
          <w:tcPr>
            <w:tcW w:w="7371" w:type="dxa"/>
            <w:tcMar>
              <w:top w:w="40" w:type="dxa"/>
              <w:left w:w="60" w:type="dxa"/>
              <w:bottom w:w="40" w:type="dxa"/>
              <w:right w:w="60" w:type="dxa"/>
            </w:tcMar>
            <w:vAlign w:val="center"/>
          </w:tcPr>
          <w:p w14:paraId="5CA1F48A"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 р. 52, 54</w:t>
            </w:r>
          </w:p>
        </w:tc>
        <w:tc>
          <w:tcPr>
            <w:tcW w:w="737" w:type="dxa"/>
            <w:tcMar>
              <w:top w:w="40" w:type="dxa"/>
              <w:left w:w="60" w:type="dxa"/>
              <w:bottom w:w="40" w:type="dxa"/>
              <w:right w:w="60" w:type="dxa"/>
            </w:tcMar>
            <w:vAlign w:val="center"/>
          </w:tcPr>
          <w:p w14:paraId="4C2F3377"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49D6343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99D4572" w14:textId="77777777" w:rsidR="009C1061" w:rsidRDefault="00441274">
            <w:pPr>
              <w:jc w:val="right"/>
            </w:pPr>
            <w:r>
              <w:t>550 руб.</w:t>
            </w:r>
          </w:p>
        </w:tc>
        <w:tc>
          <w:tcPr>
            <w:tcW w:w="1587" w:type="dxa"/>
            <w:tcMar>
              <w:top w:w="40" w:type="dxa"/>
              <w:left w:w="60" w:type="dxa"/>
              <w:bottom w:w="40" w:type="dxa"/>
              <w:right w:w="60" w:type="dxa"/>
            </w:tcMar>
            <w:vAlign w:val="center"/>
          </w:tcPr>
          <w:p w14:paraId="617DF3BD" w14:textId="77777777" w:rsidR="009C1061" w:rsidRDefault="00441274">
            <w:pPr>
              <w:jc w:val="right"/>
            </w:pPr>
            <w:r>
              <w:t>4 950 руб.</w:t>
            </w:r>
          </w:p>
        </w:tc>
      </w:tr>
      <w:tr w:rsidR="0009622B" w14:paraId="261FB470" w14:textId="77777777" w:rsidTr="00DF6623">
        <w:trPr>
          <w:jc w:val="center"/>
        </w:trPr>
        <w:tc>
          <w:tcPr>
            <w:tcW w:w="453" w:type="dxa"/>
            <w:tcMar>
              <w:top w:w="40" w:type="dxa"/>
              <w:left w:w="60" w:type="dxa"/>
              <w:bottom w:w="40" w:type="dxa"/>
              <w:right w:w="60" w:type="dxa"/>
            </w:tcMar>
            <w:vAlign w:val="center"/>
          </w:tcPr>
          <w:p w14:paraId="6D82A92A" w14:textId="77777777" w:rsidR="0009622B" w:rsidRDefault="0009622B" w:rsidP="00DF6623">
            <w:pPr>
              <w:spacing w:after="0"/>
              <w:jc w:val="center"/>
            </w:pPr>
            <w:r>
              <w:t>165</w:t>
            </w:r>
          </w:p>
        </w:tc>
        <w:tc>
          <w:tcPr>
            <w:tcW w:w="7371" w:type="dxa"/>
            <w:tcMar>
              <w:top w:w="40" w:type="dxa"/>
              <w:left w:w="60" w:type="dxa"/>
              <w:bottom w:w="40" w:type="dxa"/>
              <w:right w:w="60" w:type="dxa"/>
            </w:tcMar>
            <w:vAlign w:val="center"/>
          </w:tcPr>
          <w:p w14:paraId="48A0B302"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арт</w:t>
            </w:r>
            <w:proofErr w:type="spellEnd"/>
            <w:r>
              <w:rPr>
                <w:rFonts w:cs="Times New Roman"/>
              </w:rPr>
              <w:t>. 11367, р. 56</w:t>
            </w:r>
          </w:p>
        </w:tc>
        <w:tc>
          <w:tcPr>
            <w:tcW w:w="737" w:type="dxa"/>
            <w:tcMar>
              <w:top w:w="40" w:type="dxa"/>
              <w:left w:w="60" w:type="dxa"/>
              <w:bottom w:w="40" w:type="dxa"/>
              <w:right w:w="60" w:type="dxa"/>
            </w:tcMar>
            <w:vAlign w:val="center"/>
          </w:tcPr>
          <w:p w14:paraId="58002C37"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19AD27A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2D7EEB1" w14:textId="77777777" w:rsidR="009C1061" w:rsidRDefault="00441274">
            <w:pPr>
              <w:jc w:val="right"/>
            </w:pPr>
            <w:r>
              <w:t>550 руб.</w:t>
            </w:r>
          </w:p>
        </w:tc>
        <w:tc>
          <w:tcPr>
            <w:tcW w:w="1587" w:type="dxa"/>
            <w:tcMar>
              <w:top w:w="40" w:type="dxa"/>
              <w:left w:w="60" w:type="dxa"/>
              <w:bottom w:w="40" w:type="dxa"/>
              <w:right w:w="60" w:type="dxa"/>
            </w:tcMar>
            <w:vAlign w:val="center"/>
          </w:tcPr>
          <w:p w14:paraId="50ECC3C8" w14:textId="77777777" w:rsidR="009C1061" w:rsidRDefault="00441274">
            <w:pPr>
              <w:jc w:val="right"/>
            </w:pPr>
            <w:r>
              <w:t>1 100 руб.</w:t>
            </w:r>
          </w:p>
        </w:tc>
      </w:tr>
      <w:tr w:rsidR="0009622B" w14:paraId="2BE08501" w14:textId="77777777" w:rsidTr="00DF6623">
        <w:trPr>
          <w:jc w:val="center"/>
        </w:trPr>
        <w:tc>
          <w:tcPr>
            <w:tcW w:w="453" w:type="dxa"/>
            <w:tcMar>
              <w:top w:w="40" w:type="dxa"/>
              <w:left w:w="60" w:type="dxa"/>
              <w:bottom w:w="40" w:type="dxa"/>
              <w:right w:w="60" w:type="dxa"/>
            </w:tcMar>
            <w:vAlign w:val="center"/>
          </w:tcPr>
          <w:p w14:paraId="2959EBEE" w14:textId="77777777" w:rsidR="0009622B" w:rsidRDefault="0009622B" w:rsidP="00DF6623">
            <w:pPr>
              <w:spacing w:after="0"/>
              <w:jc w:val="center"/>
            </w:pPr>
            <w:r>
              <w:t>166</w:t>
            </w:r>
          </w:p>
        </w:tc>
        <w:tc>
          <w:tcPr>
            <w:tcW w:w="7371" w:type="dxa"/>
            <w:tcMar>
              <w:top w:w="40" w:type="dxa"/>
              <w:left w:w="60" w:type="dxa"/>
              <w:bottom w:w="40" w:type="dxa"/>
              <w:right w:w="60" w:type="dxa"/>
            </w:tcMar>
            <w:vAlign w:val="center"/>
          </w:tcPr>
          <w:p w14:paraId="79BCC89F"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23031, р. 54, 56</w:t>
            </w:r>
          </w:p>
        </w:tc>
        <w:tc>
          <w:tcPr>
            <w:tcW w:w="737" w:type="dxa"/>
            <w:tcMar>
              <w:top w:w="40" w:type="dxa"/>
              <w:left w:w="60" w:type="dxa"/>
              <w:bottom w:w="40" w:type="dxa"/>
              <w:right w:w="60" w:type="dxa"/>
            </w:tcMar>
            <w:vAlign w:val="center"/>
          </w:tcPr>
          <w:p w14:paraId="5A6980AF"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1C7A9C6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6CF0BAA" w14:textId="77777777" w:rsidR="009C1061" w:rsidRDefault="00441274">
            <w:pPr>
              <w:jc w:val="right"/>
            </w:pPr>
            <w:r>
              <w:t>550 руб.</w:t>
            </w:r>
          </w:p>
        </w:tc>
        <w:tc>
          <w:tcPr>
            <w:tcW w:w="1587" w:type="dxa"/>
            <w:tcMar>
              <w:top w:w="40" w:type="dxa"/>
              <w:left w:w="60" w:type="dxa"/>
              <w:bottom w:w="40" w:type="dxa"/>
              <w:right w:w="60" w:type="dxa"/>
            </w:tcMar>
            <w:vAlign w:val="center"/>
          </w:tcPr>
          <w:p w14:paraId="6FFF2FFA" w14:textId="77777777" w:rsidR="009C1061" w:rsidRDefault="00441274">
            <w:pPr>
              <w:jc w:val="right"/>
            </w:pPr>
            <w:r>
              <w:t>1 100 руб.</w:t>
            </w:r>
          </w:p>
        </w:tc>
      </w:tr>
      <w:tr w:rsidR="0009622B" w14:paraId="11D9180E" w14:textId="77777777" w:rsidTr="00DF6623">
        <w:trPr>
          <w:jc w:val="center"/>
        </w:trPr>
        <w:tc>
          <w:tcPr>
            <w:tcW w:w="453" w:type="dxa"/>
            <w:tcMar>
              <w:top w:w="40" w:type="dxa"/>
              <w:left w:w="60" w:type="dxa"/>
              <w:bottom w:w="40" w:type="dxa"/>
              <w:right w:w="60" w:type="dxa"/>
            </w:tcMar>
            <w:vAlign w:val="center"/>
          </w:tcPr>
          <w:p w14:paraId="5F5B4284" w14:textId="77777777" w:rsidR="0009622B" w:rsidRDefault="0009622B" w:rsidP="00DF6623">
            <w:pPr>
              <w:spacing w:after="0"/>
              <w:jc w:val="center"/>
            </w:pPr>
            <w:r>
              <w:lastRenderedPageBreak/>
              <w:t>167</w:t>
            </w:r>
          </w:p>
        </w:tc>
        <w:tc>
          <w:tcPr>
            <w:tcW w:w="7371" w:type="dxa"/>
            <w:tcMar>
              <w:top w:w="40" w:type="dxa"/>
              <w:left w:w="60" w:type="dxa"/>
              <w:bottom w:w="40" w:type="dxa"/>
              <w:right w:w="60" w:type="dxa"/>
            </w:tcMar>
            <w:vAlign w:val="center"/>
          </w:tcPr>
          <w:p w14:paraId="4B13A2E9"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 р. 52, 54</w:t>
            </w:r>
          </w:p>
        </w:tc>
        <w:tc>
          <w:tcPr>
            <w:tcW w:w="737" w:type="dxa"/>
            <w:tcMar>
              <w:top w:w="40" w:type="dxa"/>
              <w:left w:w="60" w:type="dxa"/>
              <w:bottom w:w="40" w:type="dxa"/>
              <w:right w:w="60" w:type="dxa"/>
            </w:tcMar>
            <w:vAlign w:val="center"/>
          </w:tcPr>
          <w:p w14:paraId="4B5DA022"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61D509D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4E8A1D4" w14:textId="77777777" w:rsidR="009C1061" w:rsidRDefault="00441274">
            <w:pPr>
              <w:jc w:val="right"/>
            </w:pPr>
            <w:r>
              <w:t>550 руб.</w:t>
            </w:r>
          </w:p>
        </w:tc>
        <w:tc>
          <w:tcPr>
            <w:tcW w:w="1587" w:type="dxa"/>
            <w:tcMar>
              <w:top w:w="40" w:type="dxa"/>
              <w:left w:w="60" w:type="dxa"/>
              <w:bottom w:w="40" w:type="dxa"/>
              <w:right w:w="60" w:type="dxa"/>
            </w:tcMar>
            <w:vAlign w:val="center"/>
          </w:tcPr>
          <w:p w14:paraId="2B95187C" w14:textId="77777777" w:rsidR="009C1061" w:rsidRDefault="00441274">
            <w:pPr>
              <w:jc w:val="right"/>
            </w:pPr>
            <w:r>
              <w:t>2 750 руб.</w:t>
            </w:r>
          </w:p>
        </w:tc>
      </w:tr>
      <w:tr w:rsidR="0009622B" w14:paraId="00671626" w14:textId="77777777" w:rsidTr="00DF6623">
        <w:trPr>
          <w:jc w:val="center"/>
        </w:trPr>
        <w:tc>
          <w:tcPr>
            <w:tcW w:w="453" w:type="dxa"/>
            <w:tcMar>
              <w:top w:w="40" w:type="dxa"/>
              <w:left w:w="60" w:type="dxa"/>
              <w:bottom w:w="40" w:type="dxa"/>
              <w:right w:w="60" w:type="dxa"/>
            </w:tcMar>
            <w:vAlign w:val="center"/>
          </w:tcPr>
          <w:p w14:paraId="507C7DBE" w14:textId="77777777" w:rsidR="0009622B" w:rsidRDefault="0009622B" w:rsidP="00DF6623">
            <w:pPr>
              <w:spacing w:after="0"/>
              <w:jc w:val="center"/>
            </w:pPr>
            <w:r>
              <w:t>168</w:t>
            </w:r>
          </w:p>
        </w:tc>
        <w:tc>
          <w:tcPr>
            <w:tcW w:w="7371" w:type="dxa"/>
            <w:tcMar>
              <w:top w:w="40" w:type="dxa"/>
              <w:left w:w="60" w:type="dxa"/>
              <w:bottom w:w="40" w:type="dxa"/>
              <w:right w:w="60" w:type="dxa"/>
            </w:tcMar>
            <w:vAlign w:val="center"/>
          </w:tcPr>
          <w:p w14:paraId="52F0C5C1"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9120, р. 48</w:t>
            </w:r>
          </w:p>
        </w:tc>
        <w:tc>
          <w:tcPr>
            <w:tcW w:w="737" w:type="dxa"/>
            <w:tcMar>
              <w:top w:w="40" w:type="dxa"/>
              <w:left w:w="60" w:type="dxa"/>
              <w:bottom w:w="40" w:type="dxa"/>
              <w:right w:w="60" w:type="dxa"/>
            </w:tcMar>
            <w:vAlign w:val="center"/>
          </w:tcPr>
          <w:p w14:paraId="79DF4DE2"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06BBCFF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E25E9C1" w14:textId="77777777" w:rsidR="009C1061" w:rsidRDefault="00441274">
            <w:pPr>
              <w:jc w:val="right"/>
            </w:pPr>
            <w:r>
              <w:t>550 руб.</w:t>
            </w:r>
          </w:p>
        </w:tc>
        <w:tc>
          <w:tcPr>
            <w:tcW w:w="1587" w:type="dxa"/>
            <w:tcMar>
              <w:top w:w="40" w:type="dxa"/>
              <w:left w:w="60" w:type="dxa"/>
              <w:bottom w:w="40" w:type="dxa"/>
              <w:right w:w="60" w:type="dxa"/>
            </w:tcMar>
            <w:vAlign w:val="center"/>
          </w:tcPr>
          <w:p w14:paraId="3F8585B4" w14:textId="77777777" w:rsidR="009C1061" w:rsidRDefault="00441274">
            <w:pPr>
              <w:jc w:val="right"/>
            </w:pPr>
            <w:r>
              <w:t>1 650 руб.</w:t>
            </w:r>
          </w:p>
        </w:tc>
      </w:tr>
      <w:tr w:rsidR="0009622B" w14:paraId="02AA12F7" w14:textId="77777777" w:rsidTr="00DF6623">
        <w:trPr>
          <w:jc w:val="center"/>
        </w:trPr>
        <w:tc>
          <w:tcPr>
            <w:tcW w:w="453" w:type="dxa"/>
            <w:tcMar>
              <w:top w:w="40" w:type="dxa"/>
              <w:left w:w="60" w:type="dxa"/>
              <w:bottom w:w="40" w:type="dxa"/>
              <w:right w:w="60" w:type="dxa"/>
            </w:tcMar>
            <w:vAlign w:val="center"/>
          </w:tcPr>
          <w:p w14:paraId="0DC9556C" w14:textId="77777777" w:rsidR="0009622B" w:rsidRDefault="0009622B" w:rsidP="00DF6623">
            <w:pPr>
              <w:spacing w:after="0"/>
              <w:jc w:val="center"/>
            </w:pPr>
            <w:r>
              <w:t>169</w:t>
            </w:r>
          </w:p>
        </w:tc>
        <w:tc>
          <w:tcPr>
            <w:tcW w:w="7371" w:type="dxa"/>
            <w:tcMar>
              <w:top w:w="40" w:type="dxa"/>
              <w:left w:w="60" w:type="dxa"/>
              <w:bottom w:w="40" w:type="dxa"/>
              <w:right w:w="60" w:type="dxa"/>
            </w:tcMar>
            <w:vAlign w:val="center"/>
          </w:tcPr>
          <w:p w14:paraId="7FDECAC0"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Корея</w:t>
            </w:r>
            <w:proofErr w:type="spellEnd"/>
            <w:r>
              <w:rPr>
                <w:rFonts w:cs="Times New Roman"/>
              </w:rPr>
              <w:t>) — р. 52, 54</w:t>
            </w:r>
          </w:p>
        </w:tc>
        <w:tc>
          <w:tcPr>
            <w:tcW w:w="737" w:type="dxa"/>
            <w:tcMar>
              <w:top w:w="40" w:type="dxa"/>
              <w:left w:w="60" w:type="dxa"/>
              <w:bottom w:w="40" w:type="dxa"/>
              <w:right w:w="60" w:type="dxa"/>
            </w:tcMar>
            <w:vAlign w:val="center"/>
          </w:tcPr>
          <w:p w14:paraId="2115310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505A5C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4B61998" w14:textId="77777777" w:rsidR="009C1061" w:rsidRDefault="00441274">
            <w:pPr>
              <w:jc w:val="right"/>
            </w:pPr>
            <w:r>
              <w:t>550 руб.</w:t>
            </w:r>
          </w:p>
        </w:tc>
        <w:tc>
          <w:tcPr>
            <w:tcW w:w="1587" w:type="dxa"/>
            <w:tcMar>
              <w:top w:w="40" w:type="dxa"/>
              <w:left w:w="60" w:type="dxa"/>
              <w:bottom w:w="40" w:type="dxa"/>
              <w:right w:w="60" w:type="dxa"/>
            </w:tcMar>
            <w:vAlign w:val="center"/>
          </w:tcPr>
          <w:p w14:paraId="59007C36" w14:textId="77777777" w:rsidR="009C1061" w:rsidRDefault="00441274">
            <w:pPr>
              <w:jc w:val="right"/>
            </w:pPr>
            <w:r>
              <w:t>550 руб.</w:t>
            </w:r>
          </w:p>
        </w:tc>
      </w:tr>
      <w:tr w:rsidR="0009622B" w14:paraId="1EA6D6A0" w14:textId="77777777" w:rsidTr="00DF6623">
        <w:trPr>
          <w:jc w:val="center"/>
        </w:trPr>
        <w:tc>
          <w:tcPr>
            <w:tcW w:w="453" w:type="dxa"/>
            <w:tcMar>
              <w:top w:w="40" w:type="dxa"/>
              <w:left w:w="60" w:type="dxa"/>
              <w:bottom w:w="40" w:type="dxa"/>
              <w:right w:w="60" w:type="dxa"/>
            </w:tcMar>
            <w:vAlign w:val="center"/>
          </w:tcPr>
          <w:p w14:paraId="51A63E0F" w14:textId="77777777" w:rsidR="0009622B" w:rsidRDefault="0009622B" w:rsidP="00DF6623">
            <w:pPr>
              <w:spacing w:after="0"/>
              <w:jc w:val="center"/>
            </w:pPr>
            <w:r>
              <w:t>170</w:t>
            </w:r>
          </w:p>
        </w:tc>
        <w:tc>
          <w:tcPr>
            <w:tcW w:w="7371" w:type="dxa"/>
            <w:tcMar>
              <w:top w:w="40" w:type="dxa"/>
              <w:left w:w="60" w:type="dxa"/>
              <w:bottom w:w="40" w:type="dxa"/>
              <w:right w:w="60" w:type="dxa"/>
            </w:tcMar>
            <w:vAlign w:val="center"/>
          </w:tcPr>
          <w:p w14:paraId="71A7A55B"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 р. 46</w:t>
            </w:r>
          </w:p>
        </w:tc>
        <w:tc>
          <w:tcPr>
            <w:tcW w:w="737" w:type="dxa"/>
            <w:tcMar>
              <w:top w:w="40" w:type="dxa"/>
              <w:left w:w="60" w:type="dxa"/>
              <w:bottom w:w="40" w:type="dxa"/>
              <w:right w:w="60" w:type="dxa"/>
            </w:tcMar>
            <w:vAlign w:val="center"/>
          </w:tcPr>
          <w:p w14:paraId="477F9815"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4FA399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E7F44A6" w14:textId="77777777" w:rsidR="009C1061" w:rsidRDefault="00441274">
            <w:pPr>
              <w:jc w:val="right"/>
            </w:pPr>
            <w:r>
              <w:t>550 руб.</w:t>
            </w:r>
          </w:p>
        </w:tc>
        <w:tc>
          <w:tcPr>
            <w:tcW w:w="1587" w:type="dxa"/>
            <w:tcMar>
              <w:top w:w="40" w:type="dxa"/>
              <w:left w:w="60" w:type="dxa"/>
              <w:bottom w:w="40" w:type="dxa"/>
              <w:right w:w="60" w:type="dxa"/>
            </w:tcMar>
            <w:vAlign w:val="center"/>
          </w:tcPr>
          <w:p w14:paraId="43794708" w14:textId="77777777" w:rsidR="009C1061" w:rsidRDefault="00441274">
            <w:pPr>
              <w:jc w:val="right"/>
            </w:pPr>
            <w:r>
              <w:t>550 руб.</w:t>
            </w:r>
          </w:p>
        </w:tc>
      </w:tr>
      <w:tr w:rsidR="0009622B" w14:paraId="63649E40" w14:textId="77777777" w:rsidTr="00DF6623">
        <w:trPr>
          <w:jc w:val="center"/>
        </w:trPr>
        <w:tc>
          <w:tcPr>
            <w:tcW w:w="453" w:type="dxa"/>
            <w:tcMar>
              <w:top w:w="40" w:type="dxa"/>
              <w:left w:w="60" w:type="dxa"/>
              <w:bottom w:w="40" w:type="dxa"/>
              <w:right w:w="60" w:type="dxa"/>
            </w:tcMar>
            <w:vAlign w:val="center"/>
          </w:tcPr>
          <w:p w14:paraId="01846E01" w14:textId="77777777" w:rsidR="0009622B" w:rsidRDefault="0009622B" w:rsidP="00DF6623">
            <w:pPr>
              <w:spacing w:after="0"/>
              <w:jc w:val="center"/>
            </w:pPr>
            <w:r>
              <w:t>171</w:t>
            </w:r>
          </w:p>
        </w:tc>
        <w:tc>
          <w:tcPr>
            <w:tcW w:w="7371" w:type="dxa"/>
            <w:tcMar>
              <w:top w:w="40" w:type="dxa"/>
              <w:left w:w="60" w:type="dxa"/>
              <w:bottom w:w="40" w:type="dxa"/>
              <w:right w:w="60" w:type="dxa"/>
            </w:tcMar>
            <w:vAlign w:val="center"/>
          </w:tcPr>
          <w:p w14:paraId="507CC07A"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арт</w:t>
            </w:r>
            <w:proofErr w:type="spellEnd"/>
            <w:r>
              <w:rPr>
                <w:rFonts w:cs="Times New Roman"/>
              </w:rPr>
              <w:t>. 11367, р. 56</w:t>
            </w:r>
          </w:p>
        </w:tc>
        <w:tc>
          <w:tcPr>
            <w:tcW w:w="737" w:type="dxa"/>
            <w:tcMar>
              <w:top w:w="40" w:type="dxa"/>
              <w:left w:w="60" w:type="dxa"/>
              <w:bottom w:w="40" w:type="dxa"/>
              <w:right w:w="60" w:type="dxa"/>
            </w:tcMar>
            <w:vAlign w:val="center"/>
          </w:tcPr>
          <w:p w14:paraId="5CF0F74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34BB79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ACDD572" w14:textId="77777777" w:rsidR="009C1061" w:rsidRDefault="00441274">
            <w:pPr>
              <w:jc w:val="right"/>
            </w:pPr>
            <w:r>
              <w:t>550 руб.</w:t>
            </w:r>
          </w:p>
        </w:tc>
        <w:tc>
          <w:tcPr>
            <w:tcW w:w="1587" w:type="dxa"/>
            <w:tcMar>
              <w:top w:w="40" w:type="dxa"/>
              <w:left w:w="60" w:type="dxa"/>
              <w:bottom w:w="40" w:type="dxa"/>
              <w:right w:w="60" w:type="dxa"/>
            </w:tcMar>
            <w:vAlign w:val="center"/>
          </w:tcPr>
          <w:p w14:paraId="358250DA" w14:textId="77777777" w:rsidR="009C1061" w:rsidRDefault="00441274">
            <w:pPr>
              <w:jc w:val="right"/>
            </w:pPr>
            <w:r>
              <w:t>550 руб.</w:t>
            </w:r>
          </w:p>
        </w:tc>
      </w:tr>
      <w:tr w:rsidR="0009622B" w14:paraId="148293E4" w14:textId="77777777" w:rsidTr="00DF6623">
        <w:trPr>
          <w:jc w:val="center"/>
        </w:trPr>
        <w:tc>
          <w:tcPr>
            <w:tcW w:w="453" w:type="dxa"/>
            <w:tcMar>
              <w:top w:w="40" w:type="dxa"/>
              <w:left w:w="60" w:type="dxa"/>
              <w:bottom w:w="40" w:type="dxa"/>
              <w:right w:w="60" w:type="dxa"/>
            </w:tcMar>
            <w:vAlign w:val="center"/>
          </w:tcPr>
          <w:p w14:paraId="2617DC09" w14:textId="77777777" w:rsidR="0009622B" w:rsidRDefault="0009622B" w:rsidP="00DF6623">
            <w:pPr>
              <w:spacing w:after="0"/>
              <w:jc w:val="center"/>
            </w:pPr>
            <w:r>
              <w:t>172</w:t>
            </w:r>
          </w:p>
        </w:tc>
        <w:tc>
          <w:tcPr>
            <w:tcW w:w="7371" w:type="dxa"/>
            <w:tcMar>
              <w:top w:w="40" w:type="dxa"/>
              <w:left w:w="60" w:type="dxa"/>
              <w:bottom w:w="40" w:type="dxa"/>
              <w:right w:w="60" w:type="dxa"/>
            </w:tcMar>
            <w:vAlign w:val="center"/>
          </w:tcPr>
          <w:p w14:paraId="7C61167D"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Южная</w:t>
            </w:r>
            <w:proofErr w:type="spellEnd"/>
            <w:r>
              <w:rPr>
                <w:rFonts w:cs="Times New Roman"/>
              </w:rPr>
              <w:t xml:space="preserve"> </w:t>
            </w:r>
            <w:proofErr w:type="spellStart"/>
            <w:r>
              <w:rPr>
                <w:rFonts w:cs="Times New Roman"/>
              </w:rPr>
              <w:t>Корея</w:t>
            </w:r>
            <w:proofErr w:type="spellEnd"/>
            <w:r>
              <w:rPr>
                <w:rFonts w:cs="Times New Roman"/>
              </w:rPr>
              <w:t>) — р. 52, 54</w:t>
            </w:r>
          </w:p>
        </w:tc>
        <w:tc>
          <w:tcPr>
            <w:tcW w:w="737" w:type="dxa"/>
            <w:tcMar>
              <w:top w:w="40" w:type="dxa"/>
              <w:left w:w="60" w:type="dxa"/>
              <w:bottom w:w="40" w:type="dxa"/>
              <w:right w:w="60" w:type="dxa"/>
            </w:tcMar>
            <w:vAlign w:val="center"/>
          </w:tcPr>
          <w:p w14:paraId="33A8B5B8"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6A50148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D2F8FB4" w14:textId="77777777" w:rsidR="009C1061" w:rsidRDefault="00441274">
            <w:pPr>
              <w:jc w:val="right"/>
            </w:pPr>
            <w:r>
              <w:t>550 руб.</w:t>
            </w:r>
          </w:p>
        </w:tc>
        <w:tc>
          <w:tcPr>
            <w:tcW w:w="1587" w:type="dxa"/>
            <w:tcMar>
              <w:top w:w="40" w:type="dxa"/>
              <w:left w:w="60" w:type="dxa"/>
              <w:bottom w:w="40" w:type="dxa"/>
              <w:right w:w="60" w:type="dxa"/>
            </w:tcMar>
            <w:vAlign w:val="center"/>
          </w:tcPr>
          <w:p w14:paraId="44A8A303" w14:textId="77777777" w:rsidR="009C1061" w:rsidRDefault="00441274">
            <w:pPr>
              <w:jc w:val="right"/>
            </w:pPr>
            <w:r>
              <w:t>4 950 руб.</w:t>
            </w:r>
          </w:p>
        </w:tc>
      </w:tr>
      <w:tr w:rsidR="0009622B" w14:paraId="65A80149" w14:textId="77777777" w:rsidTr="00DF6623">
        <w:trPr>
          <w:jc w:val="center"/>
        </w:trPr>
        <w:tc>
          <w:tcPr>
            <w:tcW w:w="453" w:type="dxa"/>
            <w:tcMar>
              <w:top w:w="40" w:type="dxa"/>
              <w:left w:w="60" w:type="dxa"/>
              <w:bottom w:w="40" w:type="dxa"/>
              <w:right w:w="60" w:type="dxa"/>
            </w:tcMar>
            <w:vAlign w:val="center"/>
          </w:tcPr>
          <w:p w14:paraId="70705795" w14:textId="77777777" w:rsidR="0009622B" w:rsidRDefault="0009622B" w:rsidP="00DF6623">
            <w:pPr>
              <w:spacing w:after="0"/>
              <w:jc w:val="center"/>
            </w:pPr>
            <w:r>
              <w:t>173</w:t>
            </w:r>
          </w:p>
        </w:tc>
        <w:tc>
          <w:tcPr>
            <w:tcW w:w="7371" w:type="dxa"/>
            <w:tcMar>
              <w:top w:w="40" w:type="dxa"/>
              <w:left w:w="60" w:type="dxa"/>
              <w:bottom w:w="40" w:type="dxa"/>
              <w:right w:w="60" w:type="dxa"/>
            </w:tcMar>
            <w:vAlign w:val="center"/>
          </w:tcPr>
          <w:p w14:paraId="20DCF374"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xml:space="preserve">) — </w:t>
            </w:r>
            <w:proofErr w:type="spellStart"/>
            <w:r>
              <w:rPr>
                <w:rFonts w:cs="Times New Roman"/>
              </w:rPr>
              <w:t>арт</w:t>
            </w:r>
            <w:proofErr w:type="spellEnd"/>
            <w:r>
              <w:rPr>
                <w:rFonts w:cs="Times New Roman"/>
              </w:rPr>
              <w:t>. 9120, р. 48</w:t>
            </w:r>
          </w:p>
        </w:tc>
        <w:tc>
          <w:tcPr>
            <w:tcW w:w="737" w:type="dxa"/>
            <w:tcMar>
              <w:top w:w="40" w:type="dxa"/>
              <w:left w:w="60" w:type="dxa"/>
              <w:bottom w:w="40" w:type="dxa"/>
              <w:right w:w="60" w:type="dxa"/>
            </w:tcMar>
            <w:vAlign w:val="center"/>
          </w:tcPr>
          <w:p w14:paraId="57747A96"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A8FB75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6795F31" w14:textId="77777777" w:rsidR="009C1061" w:rsidRDefault="00441274">
            <w:pPr>
              <w:jc w:val="right"/>
            </w:pPr>
            <w:r>
              <w:t>550 руб.</w:t>
            </w:r>
          </w:p>
        </w:tc>
        <w:tc>
          <w:tcPr>
            <w:tcW w:w="1587" w:type="dxa"/>
            <w:tcMar>
              <w:top w:w="40" w:type="dxa"/>
              <w:left w:w="60" w:type="dxa"/>
              <w:bottom w:w="40" w:type="dxa"/>
              <w:right w:w="60" w:type="dxa"/>
            </w:tcMar>
            <w:vAlign w:val="center"/>
          </w:tcPr>
          <w:p w14:paraId="5945CBCB" w14:textId="77777777" w:rsidR="009C1061" w:rsidRDefault="00441274">
            <w:pPr>
              <w:jc w:val="right"/>
            </w:pPr>
            <w:r>
              <w:t>550 руб.</w:t>
            </w:r>
          </w:p>
        </w:tc>
      </w:tr>
      <w:tr w:rsidR="0009622B" w14:paraId="7B120D76" w14:textId="77777777" w:rsidTr="00DF6623">
        <w:trPr>
          <w:jc w:val="center"/>
        </w:trPr>
        <w:tc>
          <w:tcPr>
            <w:tcW w:w="453" w:type="dxa"/>
            <w:tcMar>
              <w:top w:w="40" w:type="dxa"/>
              <w:left w:w="60" w:type="dxa"/>
              <w:bottom w:w="40" w:type="dxa"/>
              <w:right w:w="60" w:type="dxa"/>
            </w:tcMar>
            <w:vAlign w:val="center"/>
          </w:tcPr>
          <w:p w14:paraId="794645DA" w14:textId="77777777" w:rsidR="0009622B" w:rsidRDefault="0009622B" w:rsidP="00DF6623">
            <w:pPr>
              <w:spacing w:after="0"/>
              <w:jc w:val="center"/>
            </w:pPr>
            <w:r>
              <w:t>174</w:t>
            </w:r>
          </w:p>
        </w:tc>
        <w:tc>
          <w:tcPr>
            <w:tcW w:w="7371" w:type="dxa"/>
            <w:tcMar>
              <w:top w:w="40" w:type="dxa"/>
              <w:left w:w="60" w:type="dxa"/>
              <w:bottom w:w="40" w:type="dxa"/>
              <w:right w:w="60" w:type="dxa"/>
            </w:tcMar>
            <w:vAlign w:val="center"/>
          </w:tcPr>
          <w:p w14:paraId="17F2B176"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23031, р. 54, 56</w:t>
            </w:r>
          </w:p>
        </w:tc>
        <w:tc>
          <w:tcPr>
            <w:tcW w:w="737" w:type="dxa"/>
            <w:tcMar>
              <w:top w:w="40" w:type="dxa"/>
              <w:left w:w="60" w:type="dxa"/>
              <w:bottom w:w="40" w:type="dxa"/>
              <w:right w:w="60" w:type="dxa"/>
            </w:tcMar>
            <w:vAlign w:val="center"/>
          </w:tcPr>
          <w:p w14:paraId="548EB9AF"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27642C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DED45E2" w14:textId="77777777" w:rsidR="009C1061" w:rsidRDefault="00441274">
            <w:pPr>
              <w:jc w:val="right"/>
            </w:pPr>
            <w:r>
              <w:t>550 руб.</w:t>
            </w:r>
          </w:p>
        </w:tc>
        <w:tc>
          <w:tcPr>
            <w:tcW w:w="1587" w:type="dxa"/>
            <w:tcMar>
              <w:top w:w="40" w:type="dxa"/>
              <w:left w:w="60" w:type="dxa"/>
              <w:bottom w:w="40" w:type="dxa"/>
              <w:right w:w="60" w:type="dxa"/>
            </w:tcMar>
            <w:vAlign w:val="center"/>
          </w:tcPr>
          <w:p w14:paraId="629EA44D" w14:textId="77777777" w:rsidR="009C1061" w:rsidRDefault="00441274">
            <w:pPr>
              <w:jc w:val="right"/>
            </w:pPr>
            <w:r>
              <w:t>550 руб.</w:t>
            </w:r>
          </w:p>
        </w:tc>
      </w:tr>
      <w:tr w:rsidR="0009622B" w14:paraId="43553EB5" w14:textId="77777777" w:rsidTr="00DF6623">
        <w:trPr>
          <w:jc w:val="center"/>
        </w:trPr>
        <w:tc>
          <w:tcPr>
            <w:tcW w:w="453" w:type="dxa"/>
            <w:tcMar>
              <w:top w:w="40" w:type="dxa"/>
              <w:left w:w="60" w:type="dxa"/>
              <w:bottom w:w="40" w:type="dxa"/>
              <w:right w:w="60" w:type="dxa"/>
            </w:tcMar>
            <w:vAlign w:val="center"/>
          </w:tcPr>
          <w:p w14:paraId="7E9B72DB" w14:textId="77777777" w:rsidR="0009622B" w:rsidRDefault="0009622B" w:rsidP="00DF6623">
            <w:pPr>
              <w:spacing w:after="0"/>
              <w:jc w:val="center"/>
            </w:pPr>
            <w:r>
              <w:t>175</w:t>
            </w:r>
          </w:p>
        </w:tc>
        <w:tc>
          <w:tcPr>
            <w:tcW w:w="7371" w:type="dxa"/>
            <w:tcMar>
              <w:top w:w="40" w:type="dxa"/>
              <w:left w:w="60" w:type="dxa"/>
              <w:bottom w:w="40" w:type="dxa"/>
              <w:right w:w="60" w:type="dxa"/>
            </w:tcMar>
            <w:vAlign w:val="center"/>
          </w:tcPr>
          <w:p w14:paraId="2C9239AA" w14:textId="77777777" w:rsidR="0009622B" w:rsidRPr="00CA0274" w:rsidRDefault="0009622B" w:rsidP="00DF6623">
            <w:pPr>
              <w:spacing w:after="0"/>
              <w:rPr>
                <w:lang w:val="ru-RU"/>
              </w:rPr>
            </w:pPr>
            <w:r w:rsidRPr="00CA0274">
              <w:rPr>
                <w:rFonts w:cs="Times New Roman"/>
                <w:lang w:val="ru-RU"/>
              </w:rPr>
              <w:t>Брюки (Южная Корея) — арт. 87440, р. 21</w:t>
            </w:r>
          </w:p>
        </w:tc>
        <w:tc>
          <w:tcPr>
            <w:tcW w:w="737" w:type="dxa"/>
            <w:tcMar>
              <w:top w:w="40" w:type="dxa"/>
              <w:left w:w="60" w:type="dxa"/>
              <w:bottom w:w="40" w:type="dxa"/>
              <w:right w:w="60" w:type="dxa"/>
            </w:tcMar>
            <w:vAlign w:val="center"/>
          </w:tcPr>
          <w:p w14:paraId="00BAFD36"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2090BAE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B5F629F" w14:textId="77777777" w:rsidR="009C1061" w:rsidRDefault="00441274">
            <w:pPr>
              <w:jc w:val="right"/>
            </w:pPr>
            <w:r>
              <w:t>550 руб.</w:t>
            </w:r>
          </w:p>
        </w:tc>
        <w:tc>
          <w:tcPr>
            <w:tcW w:w="1587" w:type="dxa"/>
            <w:tcMar>
              <w:top w:w="40" w:type="dxa"/>
              <w:left w:w="60" w:type="dxa"/>
              <w:bottom w:w="40" w:type="dxa"/>
              <w:right w:w="60" w:type="dxa"/>
            </w:tcMar>
            <w:vAlign w:val="center"/>
          </w:tcPr>
          <w:p w14:paraId="45575B45" w14:textId="77777777" w:rsidR="009C1061" w:rsidRDefault="00441274">
            <w:pPr>
              <w:jc w:val="right"/>
            </w:pPr>
            <w:r>
              <w:t>2 750 руб.</w:t>
            </w:r>
          </w:p>
        </w:tc>
      </w:tr>
      <w:tr w:rsidR="0009622B" w14:paraId="19AC34AC" w14:textId="77777777" w:rsidTr="00DF6623">
        <w:trPr>
          <w:jc w:val="center"/>
        </w:trPr>
        <w:tc>
          <w:tcPr>
            <w:tcW w:w="453" w:type="dxa"/>
            <w:tcMar>
              <w:top w:w="40" w:type="dxa"/>
              <w:left w:w="60" w:type="dxa"/>
              <w:bottom w:w="40" w:type="dxa"/>
              <w:right w:w="60" w:type="dxa"/>
            </w:tcMar>
            <w:vAlign w:val="center"/>
          </w:tcPr>
          <w:p w14:paraId="38537B06" w14:textId="77777777" w:rsidR="0009622B" w:rsidRDefault="0009622B" w:rsidP="00DF6623">
            <w:pPr>
              <w:spacing w:after="0"/>
              <w:jc w:val="center"/>
            </w:pPr>
            <w:r>
              <w:t>176</w:t>
            </w:r>
          </w:p>
        </w:tc>
        <w:tc>
          <w:tcPr>
            <w:tcW w:w="7371" w:type="dxa"/>
            <w:tcMar>
              <w:top w:w="40" w:type="dxa"/>
              <w:left w:w="60" w:type="dxa"/>
              <w:bottom w:w="40" w:type="dxa"/>
              <w:right w:w="60" w:type="dxa"/>
            </w:tcMar>
            <w:vAlign w:val="center"/>
          </w:tcPr>
          <w:p w14:paraId="75A363C7"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23031</w:t>
            </w:r>
          </w:p>
        </w:tc>
        <w:tc>
          <w:tcPr>
            <w:tcW w:w="737" w:type="dxa"/>
            <w:tcMar>
              <w:top w:w="40" w:type="dxa"/>
              <w:left w:w="60" w:type="dxa"/>
              <w:bottom w:w="40" w:type="dxa"/>
              <w:right w:w="60" w:type="dxa"/>
            </w:tcMar>
            <w:vAlign w:val="center"/>
          </w:tcPr>
          <w:p w14:paraId="1837B7E4"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2C965D3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F825049" w14:textId="77777777" w:rsidR="009C1061" w:rsidRDefault="00441274">
            <w:pPr>
              <w:jc w:val="right"/>
            </w:pPr>
            <w:r>
              <w:t>550 руб.</w:t>
            </w:r>
          </w:p>
        </w:tc>
        <w:tc>
          <w:tcPr>
            <w:tcW w:w="1587" w:type="dxa"/>
            <w:tcMar>
              <w:top w:w="40" w:type="dxa"/>
              <w:left w:w="60" w:type="dxa"/>
              <w:bottom w:w="40" w:type="dxa"/>
              <w:right w:w="60" w:type="dxa"/>
            </w:tcMar>
            <w:vAlign w:val="center"/>
          </w:tcPr>
          <w:p w14:paraId="654EC36E" w14:textId="77777777" w:rsidR="009C1061" w:rsidRDefault="00441274">
            <w:pPr>
              <w:jc w:val="right"/>
            </w:pPr>
            <w:r>
              <w:t>1 100 руб.</w:t>
            </w:r>
          </w:p>
        </w:tc>
      </w:tr>
      <w:tr w:rsidR="0009622B" w14:paraId="2912B8E3" w14:textId="77777777" w:rsidTr="00DF6623">
        <w:trPr>
          <w:jc w:val="center"/>
        </w:trPr>
        <w:tc>
          <w:tcPr>
            <w:tcW w:w="453" w:type="dxa"/>
            <w:tcMar>
              <w:top w:w="40" w:type="dxa"/>
              <w:left w:w="60" w:type="dxa"/>
              <w:bottom w:w="40" w:type="dxa"/>
              <w:right w:w="60" w:type="dxa"/>
            </w:tcMar>
            <w:vAlign w:val="center"/>
          </w:tcPr>
          <w:p w14:paraId="7E6D5890" w14:textId="77777777" w:rsidR="0009622B" w:rsidRDefault="0009622B" w:rsidP="00DF6623">
            <w:pPr>
              <w:spacing w:after="0"/>
              <w:jc w:val="center"/>
            </w:pPr>
            <w:r>
              <w:t>177</w:t>
            </w:r>
          </w:p>
        </w:tc>
        <w:tc>
          <w:tcPr>
            <w:tcW w:w="7371" w:type="dxa"/>
            <w:tcMar>
              <w:top w:w="40" w:type="dxa"/>
              <w:left w:w="60" w:type="dxa"/>
              <w:bottom w:w="40" w:type="dxa"/>
              <w:right w:w="60" w:type="dxa"/>
            </w:tcMar>
            <w:vAlign w:val="center"/>
          </w:tcPr>
          <w:p w14:paraId="43EB815A"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Новосибирск</w:t>
            </w:r>
            <w:proofErr w:type="spellEnd"/>
            <w:r>
              <w:rPr>
                <w:rFonts w:cs="Times New Roman"/>
              </w:rPr>
              <w:t>) — р. 46</w:t>
            </w:r>
          </w:p>
        </w:tc>
        <w:tc>
          <w:tcPr>
            <w:tcW w:w="737" w:type="dxa"/>
            <w:tcMar>
              <w:top w:w="40" w:type="dxa"/>
              <w:left w:w="60" w:type="dxa"/>
              <w:bottom w:w="40" w:type="dxa"/>
              <w:right w:w="60" w:type="dxa"/>
            </w:tcMar>
            <w:vAlign w:val="center"/>
          </w:tcPr>
          <w:p w14:paraId="3CCE290B"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C09728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17C3FC0" w14:textId="77777777" w:rsidR="009C1061" w:rsidRDefault="00441274">
            <w:pPr>
              <w:jc w:val="right"/>
            </w:pPr>
            <w:r>
              <w:t>550 руб.</w:t>
            </w:r>
          </w:p>
        </w:tc>
        <w:tc>
          <w:tcPr>
            <w:tcW w:w="1587" w:type="dxa"/>
            <w:tcMar>
              <w:top w:w="40" w:type="dxa"/>
              <w:left w:w="60" w:type="dxa"/>
              <w:bottom w:w="40" w:type="dxa"/>
              <w:right w:w="60" w:type="dxa"/>
            </w:tcMar>
            <w:vAlign w:val="center"/>
          </w:tcPr>
          <w:p w14:paraId="36A668E4" w14:textId="77777777" w:rsidR="009C1061" w:rsidRDefault="00441274">
            <w:pPr>
              <w:jc w:val="right"/>
            </w:pPr>
            <w:r>
              <w:t>550 руб.</w:t>
            </w:r>
          </w:p>
        </w:tc>
      </w:tr>
      <w:tr w:rsidR="0009622B" w14:paraId="55F968BC" w14:textId="77777777" w:rsidTr="00DF6623">
        <w:trPr>
          <w:jc w:val="center"/>
        </w:trPr>
        <w:tc>
          <w:tcPr>
            <w:tcW w:w="453" w:type="dxa"/>
            <w:tcMar>
              <w:top w:w="40" w:type="dxa"/>
              <w:left w:w="60" w:type="dxa"/>
              <w:bottom w:w="40" w:type="dxa"/>
              <w:right w:w="60" w:type="dxa"/>
            </w:tcMar>
            <w:vAlign w:val="center"/>
          </w:tcPr>
          <w:p w14:paraId="4E4BAFEF" w14:textId="77777777" w:rsidR="0009622B" w:rsidRDefault="0009622B" w:rsidP="00DF6623">
            <w:pPr>
              <w:spacing w:after="0"/>
              <w:jc w:val="center"/>
            </w:pPr>
            <w:r>
              <w:t>178</w:t>
            </w:r>
          </w:p>
        </w:tc>
        <w:tc>
          <w:tcPr>
            <w:tcW w:w="7371" w:type="dxa"/>
            <w:tcMar>
              <w:top w:w="40" w:type="dxa"/>
              <w:left w:w="60" w:type="dxa"/>
              <w:bottom w:w="40" w:type="dxa"/>
              <w:right w:w="60" w:type="dxa"/>
            </w:tcMar>
            <w:vAlign w:val="center"/>
          </w:tcPr>
          <w:p w14:paraId="48A94B00"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арт</w:t>
            </w:r>
            <w:proofErr w:type="spellEnd"/>
            <w:r>
              <w:rPr>
                <w:rFonts w:cs="Times New Roman"/>
              </w:rPr>
              <w:t>. 87563</w:t>
            </w:r>
          </w:p>
        </w:tc>
        <w:tc>
          <w:tcPr>
            <w:tcW w:w="737" w:type="dxa"/>
            <w:tcMar>
              <w:top w:w="40" w:type="dxa"/>
              <w:left w:w="60" w:type="dxa"/>
              <w:bottom w:w="40" w:type="dxa"/>
              <w:right w:w="60" w:type="dxa"/>
            </w:tcMar>
            <w:vAlign w:val="center"/>
          </w:tcPr>
          <w:p w14:paraId="21AF1D6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60819E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FD60404" w14:textId="77777777" w:rsidR="009C1061" w:rsidRDefault="00441274">
            <w:pPr>
              <w:jc w:val="right"/>
            </w:pPr>
            <w:r>
              <w:t>550 руб.</w:t>
            </w:r>
          </w:p>
        </w:tc>
        <w:tc>
          <w:tcPr>
            <w:tcW w:w="1587" w:type="dxa"/>
            <w:tcMar>
              <w:top w:w="40" w:type="dxa"/>
              <w:left w:w="60" w:type="dxa"/>
              <w:bottom w:w="40" w:type="dxa"/>
              <w:right w:w="60" w:type="dxa"/>
            </w:tcMar>
            <w:vAlign w:val="center"/>
          </w:tcPr>
          <w:p w14:paraId="2064CC2C" w14:textId="77777777" w:rsidR="009C1061" w:rsidRDefault="00441274">
            <w:pPr>
              <w:jc w:val="right"/>
            </w:pPr>
            <w:r>
              <w:t>550 руб.</w:t>
            </w:r>
          </w:p>
        </w:tc>
      </w:tr>
      <w:tr w:rsidR="0009622B" w14:paraId="7B5D8FC6" w14:textId="77777777" w:rsidTr="00DF6623">
        <w:trPr>
          <w:jc w:val="center"/>
        </w:trPr>
        <w:tc>
          <w:tcPr>
            <w:tcW w:w="453" w:type="dxa"/>
            <w:tcMar>
              <w:top w:w="40" w:type="dxa"/>
              <w:left w:w="60" w:type="dxa"/>
              <w:bottom w:w="40" w:type="dxa"/>
              <w:right w:w="60" w:type="dxa"/>
            </w:tcMar>
            <w:vAlign w:val="center"/>
          </w:tcPr>
          <w:p w14:paraId="5C33C957" w14:textId="77777777" w:rsidR="0009622B" w:rsidRDefault="0009622B" w:rsidP="00DF6623">
            <w:pPr>
              <w:spacing w:after="0"/>
              <w:jc w:val="center"/>
            </w:pPr>
            <w:r>
              <w:lastRenderedPageBreak/>
              <w:t>179</w:t>
            </w:r>
          </w:p>
        </w:tc>
        <w:tc>
          <w:tcPr>
            <w:tcW w:w="7371" w:type="dxa"/>
            <w:tcMar>
              <w:top w:w="40" w:type="dxa"/>
              <w:left w:w="60" w:type="dxa"/>
              <w:bottom w:w="40" w:type="dxa"/>
              <w:right w:w="60" w:type="dxa"/>
            </w:tcMar>
            <w:vAlign w:val="center"/>
          </w:tcPr>
          <w:p w14:paraId="49BFEEAA"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арт</w:t>
            </w:r>
            <w:proofErr w:type="spellEnd"/>
            <w:r>
              <w:rPr>
                <w:rFonts w:cs="Times New Roman"/>
              </w:rPr>
              <w:t>. 87471</w:t>
            </w:r>
          </w:p>
        </w:tc>
        <w:tc>
          <w:tcPr>
            <w:tcW w:w="737" w:type="dxa"/>
            <w:tcMar>
              <w:top w:w="40" w:type="dxa"/>
              <w:left w:w="60" w:type="dxa"/>
              <w:bottom w:w="40" w:type="dxa"/>
              <w:right w:w="60" w:type="dxa"/>
            </w:tcMar>
            <w:vAlign w:val="center"/>
          </w:tcPr>
          <w:p w14:paraId="6333C45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4008D4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439D6A8" w14:textId="77777777" w:rsidR="009C1061" w:rsidRDefault="00441274">
            <w:pPr>
              <w:jc w:val="right"/>
            </w:pPr>
            <w:r>
              <w:t>550 руб.</w:t>
            </w:r>
          </w:p>
        </w:tc>
        <w:tc>
          <w:tcPr>
            <w:tcW w:w="1587" w:type="dxa"/>
            <w:tcMar>
              <w:top w:w="40" w:type="dxa"/>
              <w:left w:w="60" w:type="dxa"/>
              <w:bottom w:w="40" w:type="dxa"/>
              <w:right w:w="60" w:type="dxa"/>
            </w:tcMar>
            <w:vAlign w:val="center"/>
          </w:tcPr>
          <w:p w14:paraId="29ECC565" w14:textId="77777777" w:rsidR="009C1061" w:rsidRDefault="00441274">
            <w:pPr>
              <w:jc w:val="right"/>
            </w:pPr>
            <w:r>
              <w:t>550 руб.</w:t>
            </w:r>
          </w:p>
        </w:tc>
      </w:tr>
      <w:tr w:rsidR="0009622B" w14:paraId="35BE657A" w14:textId="77777777" w:rsidTr="00DF6623">
        <w:trPr>
          <w:jc w:val="center"/>
        </w:trPr>
        <w:tc>
          <w:tcPr>
            <w:tcW w:w="453" w:type="dxa"/>
            <w:tcMar>
              <w:top w:w="40" w:type="dxa"/>
              <w:left w:w="60" w:type="dxa"/>
              <w:bottom w:w="40" w:type="dxa"/>
              <w:right w:w="60" w:type="dxa"/>
            </w:tcMar>
            <w:vAlign w:val="center"/>
          </w:tcPr>
          <w:p w14:paraId="4F61A833" w14:textId="77777777" w:rsidR="0009622B" w:rsidRDefault="0009622B" w:rsidP="00DF6623">
            <w:pPr>
              <w:spacing w:after="0"/>
              <w:jc w:val="center"/>
            </w:pPr>
            <w:r>
              <w:t>180</w:t>
            </w:r>
          </w:p>
        </w:tc>
        <w:tc>
          <w:tcPr>
            <w:tcW w:w="7371" w:type="dxa"/>
            <w:tcMar>
              <w:top w:w="40" w:type="dxa"/>
              <w:left w:w="60" w:type="dxa"/>
              <w:bottom w:w="40" w:type="dxa"/>
              <w:right w:w="60" w:type="dxa"/>
            </w:tcMar>
            <w:vAlign w:val="center"/>
          </w:tcPr>
          <w:p w14:paraId="707E7D5F"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арт</w:t>
            </w:r>
            <w:proofErr w:type="spellEnd"/>
            <w:r>
              <w:rPr>
                <w:rFonts w:cs="Times New Roman"/>
              </w:rPr>
              <w:t>. 82829</w:t>
            </w:r>
          </w:p>
        </w:tc>
        <w:tc>
          <w:tcPr>
            <w:tcW w:w="737" w:type="dxa"/>
            <w:tcMar>
              <w:top w:w="40" w:type="dxa"/>
              <w:left w:w="60" w:type="dxa"/>
              <w:bottom w:w="40" w:type="dxa"/>
              <w:right w:w="60" w:type="dxa"/>
            </w:tcMar>
            <w:vAlign w:val="center"/>
          </w:tcPr>
          <w:p w14:paraId="3F9CA55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77FCFF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D5972D8" w14:textId="77777777" w:rsidR="009C1061" w:rsidRDefault="00441274">
            <w:pPr>
              <w:jc w:val="right"/>
            </w:pPr>
            <w:r>
              <w:t>550 руб.</w:t>
            </w:r>
          </w:p>
        </w:tc>
        <w:tc>
          <w:tcPr>
            <w:tcW w:w="1587" w:type="dxa"/>
            <w:tcMar>
              <w:top w:w="40" w:type="dxa"/>
              <w:left w:w="60" w:type="dxa"/>
              <w:bottom w:w="40" w:type="dxa"/>
              <w:right w:w="60" w:type="dxa"/>
            </w:tcMar>
            <w:vAlign w:val="center"/>
          </w:tcPr>
          <w:p w14:paraId="6B97B317" w14:textId="77777777" w:rsidR="009C1061" w:rsidRDefault="00441274">
            <w:pPr>
              <w:jc w:val="right"/>
            </w:pPr>
            <w:r>
              <w:t>550 руб.</w:t>
            </w:r>
          </w:p>
        </w:tc>
      </w:tr>
      <w:tr w:rsidR="0009622B" w14:paraId="1F3EFFE7" w14:textId="77777777" w:rsidTr="00DF6623">
        <w:trPr>
          <w:jc w:val="center"/>
        </w:trPr>
        <w:tc>
          <w:tcPr>
            <w:tcW w:w="453" w:type="dxa"/>
            <w:tcMar>
              <w:top w:w="40" w:type="dxa"/>
              <w:left w:w="60" w:type="dxa"/>
              <w:bottom w:w="40" w:type="dxa"/>
              <w:right w:w="60" w:type="dxa"/>
            </w:tcMar>
            <w:vAlign w:val="center"/>
          </w:tcPr>
          <w:p w14:paraId="6447D75A" w14:textId="77777777" w:rsidR="0009622B" w:rsidRDefault="0009622B" w:rsidP="00DF6623">
            <w:pPr>
              <w:spacing w:after="0"/>
              <w:jc w:val="center"/>
            </w:pPr>
            <w:r>
              <w:t>181</w:t>
            </w:r>
          </w:p>
        </w:tc>
        <w:tc>
          <w:tcPr>
            <w:tcW w:w="7371" w:type="dxa"/>
            <w:tcMar>
              <w:top w:w="40" w:type="dxa"/>
              <w:left w:w="60" w:type="dxa"/>
              <w:bottom w:w="40" w:type="dxa"/>
              <w:right w:w="60" w:type="dxa"/>
            </w:tcMar>
            <w:vAlign w:val="center"/>
          </w:tcPr>
          <w:p w14:paraId="331D9653"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Корея</w:t>
            </w:r>
            <w:proofErr w:type="spellEnd"/>
            <w:r>
              <w:rPr>
                <w:rFonts w:cs="Times New Roman"/>
              </w:rPr>
              <w:t xml:space="preserve">) — </w:t>
            </w:r>
            <w:proofErr w:type="spellStart"/>
            <w:r>
              <w:rPr>
                <w:rFonts w:cs="Times New Roman"/>
              </w:rPr>
              <w:t>арт</w:t>
            </w:r>
            <w:proofErr w:type="spellEnd"/>
            <w:r>
              <w:rPr>
                <w:rFonts w:cs="Times New Roman"/>
              </w:rPr>
              <w:t>. 183412472</w:t>
            </w:r>
          </w:p>
        </w:tc>
        <w:tc>
          <w:tcPr>
            <w:tcW w:w="737" w:type="dxa"/>
            <w:tcMar>
              <w:top w:w="40" w:type="dxa"/>
              <w:left w:w="60" w:type="dxa"/>
              <w:bottom w:w="40" w:type="dxa"/>
              <w:right w:w="60" w:type="dxa"/>
            </w:tcMar>
            <w:vAlign w:val="center"/>
          </w:tcPr>
          <w:p w14:paraId="111CC6F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808EEC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9BC4ED6" w14:textId="77777777" w:rsidR="009C1061" w:rsidRDefault="00441274">
            <w:pPr>
              <w:jc w:val="right"/>
            </w:pPr>
            <w:r>
              <w:t>550 руб.</w:t>
            </w:r>
          </w:p>
        </w:tc>
        <w:tc>
          <w:tcPr>
            <w:tcW w:w="1587" w:type="dxa"/>
            <w:tcMar>
              <w:top w:w="40" w:type="dxa"/>
              <w:left w:w="60" w:type="dxa"/>
              <w:bottom w:w="40" w:type="dxa"/>
              <w:right w:w="60" w:type="dxa"/>
            </w:tcMar>
            <w:vAlign w:val="center"/>
          </w:tcPr>
          <w:p w14:paraId="382930B9" w14:textId="77777777" w:rsidR="009C1061" w:rsidRDefault="00441274">
            <w:pPr>
              <w:jc w:val="right"/>
            </w:pPr>
            <w:r>
              <w:t>550 руб.</w:t>
            </w:r>
          </w:p>
        </w:tc>
      </w:tr>
      <w:tr w:rsidR="0009622B" w14:paraId="7D79C29E" w14:textId="77777777" w:rsidTr="00DF6623">
        <w:trPr>
          <w:jc w:val="center"/>
        </w:trPr>
        <w:tc>
          <w:tcPr>
            <w:tcW w:w="453" w:type="dxa"/>
            <w:tcMar>
              <w:top w:w="40" w:type="dxa"/>
              <w:left w:w="60" w:type="dxa"/>
              <w:bottom w:w="40" w:type="dxa"/>
              <w:right w:w="60" w:type="dxa"/>
            </w:tcMar>
            <w:vAlign w:val="center"/>
          </w:tcPr>
          <w:p w14:paraId="4EEBFA76" w14:textId="77777777" w:rsidR="0009622B" w:rsidRDefault="0009622B" w:rsidP="00DF6623">
            <w:pPr>
              <w:spacing w:after="0"/>
              <w:jc w:val="center"/>
            </w:pPr>
            <w:r>
              <w:t>182</w:t>
            </w:r>
          </w:p>
        </w:tc>
        <w:tc>
          <w:tcPr>
            <w:tcW w:w="7371" w:type="dxa"/>
            <w:tcMar>
              <w:top w:w="40" w:type="dxa"/>
              <w:left w:w="60" w:type="dxa"/>
              <w:bottom w:w="40" w:type="dxa"/>
              <w:right w:w="60" w:type="dxa"/>
            </w:tcMar>
            <w:vAlign w:val="center"/>
          </w:tcPr>
          <w:p w14:paraId="4DF46DE3"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мод</w:t>
            </w:r>
            <w:proofErr w:type="spellEnd"/>
            <w:r>
              <w:rPr>
                <w:rFonts w:cs="Times New Roman"/>
              </w:rPr>
              <w:t>. 200</w:t>
            </w:r>
          </w:p>
        </w:tc>
        <w:tc>
          <w:tcPr>
            <w:tcW w:w="737" w:type="dxa"/>
            <w:tcMar>
              <w:top w:w="40" w:type="dxa"/>
              <w:left w:w="60" w:type="dxa"/>
              <w:bottom w:w="40" w:type="dxa"/>
              <w:right w:w="60" w:type="dxa"/>
            </w:tcMar>
            <w:vAlign w:val="center"/>
          </w:tcPr>
          <w:p w14:paraId="3528825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E1C49F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E4F9D0B" w14:textId="77777777" w:rsidR="009C1061" w:rsidRDefault="00441274">
            <w:pPr>
              <w:jc w:val="right"/>
            </w:pPr>
            <w:r>
              <w:t>550 руб.</w:t>
            </w:r>
          </w:p>
        </w:tc>
        <w:tc>
          <w:tcPr>
            <w:tcW w:w="1587" w:type="dxa"/>
            <w:tcMar>
              <w:top w:w="40" w:type="dxa"/>
              <w:left w:w="60" w:type="dxa"/>
              <w:bottom w:w="40" w:type="dxa"/>
              <w:right w:w="60" w:type="dxa"/>
            </w:tcMar>
            <w:vAlign w:val="center"/>
          </w:tcPr>
          <w:p w14:paraId="5F488DEE" w14:textId="77777777" w:rsidR="009C1061" w:rsidRDefault="00441274">
            <w:pPr>
              <w:jc w:val="right"/>
            </w:pPr>
            <w:r>
              <w:t>550 руб.</w:t>
            </w:r>
          </w:p>
        </w:tc>
      </w:tr>
      <w:tr w:rsidR="0009622B" w14:paraId="39DD1A0F" w14:textId="77777777" w:rsidTr="00DF6623">
        <w:trPr>
          <w:jc w:val="center"/>
        </w:trPr>
        <w:tc>
          <w:tcPr>
            <w:tcW w:w="453" w:type="dxa"/>
            <w:tcMar>
              <w:top w:w="40" w:type="dxa"/>
              <w:left w:w="60" w:type="dxa"/>
              <w:bottom w:w="40" w:type="dxa"/>
              <w:right w:w="60" w:type="dxa"/>
            </w:tcMar>
            <w:vAlign w:val="center"/>
          </w:tcPr>
          <w:p w14:paraId="432C1B76" w14:textId="77777777" w:rsidR="0009622B" w:rsidRDefault="0009622B" w:rsidP="00DF6623">
            <w:pPr>
              <w:spacing w:after="0"/>
              <w:jc w:val="center"/>
            </w:pPr>
            <w:r>
              <w:t>183</w:t>
            </w:r>
          </w:p>
        </w:tc>
        <w:tc>
          <w:tcPr>
            <w:tcW w:w="7371" w:type="dxa"/>
            <w:tcMar>
              <w:top w:w="40" w:type="dxa"/>
              <w:left w:w="60" w:type="dxa"/>
              <w:bottom w:w="40" w:type="dxa"/>
              <w:right w:w="60" w:type="dxa"/>
            </w:tcMar>
            <w:vAlign w:val="center"/>
          </w:tcPr>
          <w:p w14:paraId="0E2665A5"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арт</w:t>
            </w:r>
            <w:proofErr w:type="spellEnd"/>
            <w:r>
              <w:rPr>
                <w:rFonts w:cs="Times New Roman"/>
              </w:rPr>
              <w:t xml:space="preserve">. 21080, р. 52, </w:t>
            </w:r>
            <w:proofErr w:type="spellStart"/>
            <w:r>
              <w:rPr>
                <w:rFonts w:cs="Times New Roman"/>
              </w:rPr>
              <w:t>синий</w:t>
            </w:r>
            <w:proofErr w:type="spellEnd"/>
          </w:p>
        </w:tc>
        <w:tc>
          <w:tcPr>
            <w:tcW w:w="737" w:type="dxa"/>
            <w:tcMar>
              <w:top w:w="40" w:type="dxa"/>
              <w:left w:w="60" w:type="dxa"/>
              <w:bottom w:w="40" w:type="dxa"/>
              <w:right w:w="60" w:type="dxa"/>
            </w:tcMar>
            <w:vAlign w:val="center"/>
          </w:tcPr>
          <w:p w14:paraId="7216345E"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8E3FAA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D139FED" w14:textId="77777777" w:rsidR="009C1061" w:rsidRDefault="00441274">
            <w:pPr>
              <w:jc w:val="right"/>
            </w:pPr>
            <w:r>
              <w:t>550 руб.</w:t>
            </w:r>
          </w:p>
        </w:tc>
        <w:tc>
          <w:tcPr>
            <w:tcW w:w="1587" w:type="dxa"/>
            <w:tcMar>
              <w:top w:w="40" w:type="dxa"/>
              <w:left w:w="60" w:type="dxa"/>
              <w:bottom w:w="40" w:type="dxa"/>
              <w:right w:w="60" w:type="dxa"/>
            </w:tcMar>
            <w:vAlign w:val="center"/>
          </w:tcPr>
          <w:p w14:paraId="34EB16F9" w14:textId="77777777" w:rsidR="009C1061" w:rsidRDefault="00441274">
            <w:pPr>
              <w:jc w:val="right"/>
            </w:pPr>
            <w:r>
              <w:t>1 100 руб.</w:t>
            </w:r>
          </w:p>
        </w:tc>
      </w:tr>
      <w:tr w:rsidR="0009622B" w14:paraId="7B826F9E" w14:textId="77777777" w:rsidTr="00DF6623">
        <w:trPr>
          <w:jc w:val="center"/>
        </w:trPr>
        <w:tc>
          <w:tcPr>
            <w:tcW w:w="453" w:type="dxa"/>
            <w:tcMar>
              <w:top w:w="40" w:type="dxa"/>
              <w:left w:w="60" w:type="dxa"/>
              <w:bottom w:w="40" w:type="dxa"/>
              <w:right w:w="60" w:type="dxa"/>
            </w:tcMar>
            <w:vAlign w:val="center"/>
          </w:tcPr>
          <w:p w14:paraId="723D95DA" w14:textId="77777777" w:rsidR="0009622B" w:rsidRDefault="0009622B" w:rsidP="00DF6623">
            <w:pPr>
              <w:spacing w:after="0"/>
              <w:jc w:val="center"/>
            </w:pPr>
            <w:r>
              <w:t>184</w:t>
            </w:r>
          </w:p>
        </w:tc>
        <w:tc>
          <w:tcPr>
            <w:tcW w:w="7371" w:type="dxa"/>
            <w:tcMar>
              <w:top w:w="40" w:type="dxa"/>
              <w:left w:w="60" w:type="dxa"/>
              <w:bottom w:w="40" w:type="dxa"/>
              <w:right w:w="60" w:type="dxa"/>
            </w:tcMar>
            <w:vAlign w:val="center"/>
          </w:tcPr>
          <w:p w14:paraId="3FAAB552"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мод</w:t>
            </w:r>
            <w:proofErr w:type="spellEnd"/>
            <w:r>
              <w:rPr>
                <w:rFonts w:cs="Times New Roman"/>
              </w:rPr>
              <w:t>. 6100, р. 52</w:t>
            </w:r>
          </w:p>
        </w:tc>
        <w:tc>
          <w:tcPr>
            <w:tcW w:w="737" w:type="dxa"/>
            <w:tcMar>
              <w:top w:w="40" w:type="dxa"/>
              <w:left w:w="60" w:type="dxa"/>
              <w:bottom w:w="40" w:type="dxa"/>
              <w:right w:w="60" w:type="dxa"/>
            </w:tcMar>
            <w:vAlign w:val="center"/>
          </w:tcPr>
          <w:p w14:paraId="12FADEA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D3BD08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ABAD508" w14:textId="77777777" w:rsidR="009C1061" w:rsidRDefault="00441274">
            <w:pPr>
              <w:jc w:val="right"/>
            </w:pPr>
            <w:r>
              <w:t>550 руб.</w:t>
            </w:r>
          </w:p>
        </w:tc>
        <w:tc>
          <w:tcPr>
            <w:tcW w:w="1587" w:type="dxa"/>
            <w:tcMar>
              <w:top w:w="40" w:type="dxa"/>
              <w:left w:w="60" w:type="dxa"/>
              <w:bottom w:w="40" w:type="dxa"/>
              <w:right w:w="60" w:type="dxa"/>
            </w:tcMar>
            <w:vAlign w:val="center"/>
          </w:tcPr>
          <w:p w14:paraId="2C8B6A86" w14:textId="77777777" w:rsidR="009C1061" w:rsidRDefault="00441274">
            <w:pPr>
              <w:jc w:val="right"/>
            </w:pPr>
            <w:r>
              <w:t>550 руб.</w:t>
            </w:r>
          </w:p>
        </w:tc>
      </w:tr>
      <w:tr w:rsidR="0009622B" w14:paraId="4CCBE859" w14:textId="77777777" w:rsidTr="00DF6623">
        <w:trPr>
          <w:jc w:val="center"/>
        </w:trPr>
        <w:tc>
          <w:tcPr>
            <w:tcW w:w="453" w:type="dxa"/>
            <w:tcMar>
              <w:top w:w="40" w:type="dxa"/>
              <w:left w:w="60" w:type="dxa"/>
              <w:bottom w:w="40" w:type="dxa"/>
              <w:right w:w="60" w:type="dxa"/>
            </w:tcMar>
            <w:vAlign w:val="center"/>
          </w:tcPr>
          <w:p w14:paraId="5600F18A" w14:textId="77777777" w:rsidR="0009622B" w:rsidRDefault="0009622B" w:rsidP="00DF6623">
            <w:pPr>
              <w:spacing w:after="0"/>
              <w:jc w:val="center"/>
            </w:pPr>
            <w:r>
              <w:t>185</w:t>
            </w:r>
          </w:p>
        </w:tc>
        <w:tc>
          <w:tcPr>
            <w:tcW w:w="7371" w:type="dxa"/>
            <w:tcMar>
              <w:top w:w="40" w:type="dxa"/>
              <w:left w:w="60" w:type="dxa"/>
              <w:bottom w:w="40" w:type="dxa"/>
              <w:right w:w="60" w:type="dxa"/>
            </w:tcMar>
            <w:vAlign w:val="center"/>
          </w:tcPr>
          <w:p w14:paraId="7D3F1FC2" w14:textId="77777777" w:rsidR="0009622B" w:rsidRDefault="0009622B" w:rsidP="00DF6623">
            <w:pPr>
              <w:spacing w:after="0"/>
            </w:pPr>
            <w:proofErr w:type="spellStart"/>
            <w:r>
              <w:rPr>
                <w:rFonts w:cs="Times New Roman"/>
              </w:rPr>
              <w:t>Брюки</w:t>
            </w:r>
            <w:proofErr w:type="spellEnd"/>
            <w:r>
              <w:rPr>
                <w:rFonts w:cs="Times New Roman"/>
              </w:rPr>
              <w:t xml:space="preserve"> — </w:t>
            </w:r>
            <w:proofErr w:type="spellStart"/>
            <w:r>
              <w:rPr>
                <w:rFonts w:cs="Times New Roman"/>
              </w:rPr>
              <w:t>арт</w:t>
            </w:r>
            <w:proofErr w:type="spellEnd"/>
            <w:r>
              <w:rPr>
                <w:rFonts w:cs="Times New Roman"/>
              </w:rPr>
              <w:t>. 2108, р. 56</w:t>
            </w:r>
          </w:p>
        </w:tc>
        <w:tc>
          <w:tcPr>
            <w:tcW w:w="737" w:type="dxa"/>
            <w:tcMar>
              <w:top w:w="40" w:type="dxa"/>
              <w:left w:w="60" w:type="dxa"/>
              <w:bottom w:w="40" w:type="dxa"/>
              <w:right w:w="60" w:type="dxa"/>
            </w:tcMar>
            <w:vAlign w:val="center"/>
          </w:tcPr>
          <w:p w14:paraId="79B2538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93A69C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0F9097A" w14:textId="77777777" w:rsidR="009C1061" w:rsidRDefault="00441274">
            <w:pPr>
              <w:jc w:val="right"/>
            </w:pPr>
            <w:r>
              <w:t>550 руб.</w:t>
            </w:r>
          </w:p>
        </w:tc>
        <w:tc>
          <w:tcPr>
            <w:tcW w:w="1587" w:type="dxa"/>
            <w:tcMar>
              <w:top w:w="40" w:type="dxa"/>
              <w:left w:w="60" w:type="dxa"/>
              <w:bottom w:w="40" w:type="dxa"/>
              <w:right w:w="60" w:type="dxa"/>
            </w:tcMar>
            <w:vAlign w:val="center"/>
          </w:tcPr>
          <w:p w14:paraId="4CED75C5" w14:textId="77777777" w:rsidR="009C1061" w:rsidRDefault="00441274">
            <w:pPr>
              <w:jc w:val="right"/>
            </w:pPr>
            <w:r>
              <w:t>550 руб.</w:t>
            </w:r>
          </w:p>
        </w:tc>
      </w:tr>
      <w:tr w:rsidR="0009622B" w14:paraId="016747CA" w14:textId="77777777" w:rsidTr="00DF6623">
        <w:trPr>
          <w:jc w:val="center"/>
        </w:trPr>
        <w:tc>
          <w:tcPr>
            <w:tcW w:w="453" w:type="dxa"/>
            <w:tcMar>
              <w:top w:w="40" w:type="dxa"/>
              <w:left w:w="60" w:type="dxa"/>
              <w:bottom w:w="40" w:type="dxa"/>
              <w:right w:w="60" w:type="dxa"/>
            </w:tcMar>
            <w:vAlign w:val="center"/>
          </w:tcPr>
          <w:p w14:paraId="459D79BF" w14:textId="77777777" w:rsidR="0009622B" w:rsidRDefault="0009622B" w:rsidP="00DF6623">
            <w:pPr>
              <w:spacing w:after="0"/>
              <w:jc w:val="center"/>
            </w:pPr>
            <w:r>
              <w:t>186</w:t>
            </w:r>
          </w:p>
        </w:tc>
        <w:tc>
          <w:tcPr>
            <w:tcW w:w="7371" w:type="dxa"/>
            <w:tcMar>
              <w:top w:w="40" w:type="dxa"/>
              <w:left w:w="60" w:type="dxa"/>
              <w:bottom w:w="40" w:type="dxa"/>
              <w:right w:w="60" w:type="dxa"/>
            </w:tcMar>
            <w:vAlign w:val="center"/>
          </w:tcPr>
          <w:p w14:paraId="45545EF1" w14:textId="77777777" w:rsidR="0009622B" w:rsidRPr="00CA0274" w:rsidRDefault="0009622B" w:rsidP="00DF6623">
            <w:pPr>
              <w:spacing w:after="0"/>
              <w:rPr>
                <w:lang w:val="ru-RU"/>
              </w:rPr>
            </w:pPr>
            <w:r w:rsidRPr="00CA0274">
              <w:rPr>
                <w:rFonts w:cs="Times New Roman"/>
                <w:lang w:val="ru-RU"/>
              </w:rPr>
              <w:t>Рубашки разного размера и расцветки — длинный и короткий рукав</w:t>
            </w:r>
          </w:p>
        </w:tc>
        <w:tc>
          <w:tcPr>
            <w:tcW w:w="737" w:type="dxa"/>
            <w:tcMar>
              <w:top w:w="40" w:type="dxa"/>
              <w:left w:w="60" w:type="dxa"/>
              <w:bottom w:w="40" w:type="dxa"/>
              <w:right w:w="60" w:type="dxa"/>
            </w:tcMar>
            <w:vAlign w:val="center"/>
          </w:tcPr>
          <w:p w14:paraId="50CB1320" w14:textId="77777777" w:rsidR="0009622B" w:rsidRDefault="0009622B" w:rsidP="00DF6623">
            <w:pPr>
              <w:spacing w:after="0"/>
              <w:jc w:val="center"/>
            </w:pPr>
            <w:r>
              <w:rPr>
                <w:rFonts w:cs="Times New Roman"/>
              </w:rPr>
              <w:t>235</w:t>
            </w:r>
          </w:p>
        </w:tc>
        <w:tc>
          <w:tcPr>
            <w:tcW w:w="680" w:type="dxa"/>
            <w:tcMar>
              <w:top w:w="40" w:type="dxa"/>
              <w:left w:w="60" w:type="dxa"/>
              <w:bottom w:w="40" w:type="dxa"/>
              <w:right w:w="60" w:type="dxa"/>
            </w:tcMar>
            <w:vAlign w:val="center"/>
          </w:tcPr>
          <w:p w14:paraId="19A988B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7EEC95F" w14:textId="77777777" w:rsidR="009C1061" w:rsidRDefault="00441274">
            <w:pPr>
              <w:jc w:val="right"/>
            </w:pPr>
            <w:r>
              <w:t>250 руб.</w:t>
            </w:r>
          </w:p>
        </w:tc>
        <w:tc>
          <w:tcPr>
            <w:tcW w:w="1587" w:type="dxa"/>
            <w:tcMar>
              <w:top w:w="40" w:type="dxa"/>
              <w:left w:w="60" w:type="dxa"/>
              <w:bottom w:w="40" w:type="dxa"/>
              <w:right w:w="60" w:type="dxa"/>
            </w:tcMar>
            <w:vAlign w:val="center"/>
          </w:tcPr>
          <w:p w14:paraId="3EB002C6" w14:textId="77777777" w:rsidR="009C1061" w:rsidRDefault="00441274">
            <w:pPr>
              <w:jc w:val="right"/>
            </w:pPr>
            <w:r>
              <w:t>58 750 руб.</w:t>
            </w:r>
          </w:p>
        </w:tc>
      </w:tr>
      <w:tr w:rsidR="0009622B" w14:paraId="1FE50951" w14:textId="77777777" w:rsidTr="00DF6623">
        <w:trPr>
          <w:jc w:val="center"/>
        </w:trPr>
        <w:tc>
          <w:tcPr>
            <w:tcW w:w="453" w:type="dxa"/>
            <w:tcMar>
              <w:top w:w="40" w:type="dxa"/>
              <w:left w:w="60" w:type="dxa"/>
              <w:bottom w:w="40" w:type="dxa"/>
              <w:right w:w="60" w:type="dxa"/>
            </w:tcMar>
            <w:vAlign w:val="center"/>
          </w:tcPr>
          <w:p w14:paraId="7239CC66" w14:textId="77777777" w:rsidR="0009622B" w:rsidRDefault="0009622B" w:rsidP="00DF6623">
            <w:pPr>
              <w:spacing w:after="0"/>
              <w:jc w:val="center"/>
            </w:pPr>
            <w:r>
              <w:t>187</w:t>
            </w:r>
          </w:p>
        </w:tc>
        <w:tc>
          <w:tcPr>
            <w:tcW w:w="7371" w:type="dxa"/>
            <w:tcMar>
              <w:top w:w="40" w:type="dxa"/>
              <w:left w:w="60" w:type="dxa"/>
              <w:bottom w:w="40" w:type="dxa"/>
              <w:right w:w="60" w:type="dxa"/>
            </w:tcMar>
            <w:vAlign w:val="center"/>
          </w:tcPr>
          <w:p w14:paraId="2E6351DA" w14:textId="77777777" w:rsidR="0009622B" w:rsidRPr="00CA0274" w:rsidRDefault="0009622B" w:rsidP="00DF6623">
            <w:pPr>
              <w:spacing w:after="0"/>
              <w:rPr>
                <w:lang w:val="ru-RU"/>
              </w:rPr>
            </w:pPr>
            <w:r w:rsidRPr="00CA0274">
              <w:rPr>
                <w:rFonts w:cs="Times New Roman"/>
                <w:lang w:val="ru-RU"/>
              </w:rPr>
              <w:t>Брюки мужские разного размера — разного фасона и расцветки</w:t>
            </w:r>
          </w:p>
        </w:tc>
        <w:tc>
          <w:tcPr>
            <w:tcW w:w="737" w:type="dxa"/>
            <w:tcMar>
              <w:top w:w="40" w:type="dxa"/>
              <w:left w:w="60" w:type="dxa"/>
              <w:bottom w:w="40" w:type="dxa"/>
              <w:right w:w="60" w:type="dxa"/>
            </w:tcMar>
            <w:vAlign w:val="center"/>
          </w:tcPr>
          <w:p w14:paraId="3347F3AF" w14:textId="77777777" w:rsidR="0009622B" w:rsidRDefault="0009622B" w:rsidP="00DF6623">
            <w:pPr>
              <w:spacing w:after="0"/>
              <w:jc w:val="center"/>
            </w:pPr>
            <w:r>
              <w:rPr>
                <w:rFonts w:cs="Times New Roman"/>
              </w:rPr>
              <w:t>66</w:t>
            </w:r>
          </w:p>
        </w:tc>
        <w:tc>
          <w:tcPr>
            <w:tcW w:w="680" w:type="dxa"/>
            <w:tcMar>
              <w:top w:w="40" w:type="dxa"/>
              <w:left w:w="60" w:type="dxa"/>
              <w:bottom w:w="40" w:type="dxa"/>
              <w:right w:w="60" w:type="dxa"/>
            </w:tcMar>
            <w:vAlign w:val="center"/>
          </w:tcPr>
          <w:p w14:paraId="6A5C521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2C65488" w14:textId="77777777" w:rsidR="009C1061" w:rsidRDefault="00441274">
            <w:pPr>
              <w:jc w:val="right"/>
            </w:pPr>
            <w:r>
              <w:t>500 руб.</w:t>
            </w:r>
          </w:p>
        </w:tc>
        <w:tc>
          <w:tcPr>
            <w:tcW w:w="1587" w:type="dxa"/>
            <w:tcMar>
              <w:top w:w="40" w:type="dxa"/>
              <w:left w:w="60" w:type="dxa"/>
              <w:bottom w:w="40" w:type="dxa"/>
              <w:right w:w="60" w:type="dxa"/>
            </w:tcMar>
            <w:vAlign w:val="center"/>
          </w:tcPr>
          <w:p w14:paraId="3DA5E23D" w14:textId="77777777" w:rsidR="009C1061" w:rsidRDefault="00441274">
            <w:pPr>
              <w:jc w:val="right"/>
            </w:pPr>
            <w:r>
              <w:t>33 000 руб.</w:t>
            </w:r>
          </w:p>
        </w:tc>
      </w:tr>
      <w:tr w:rsidR="0009622B" w14:paraId="28CF41F9" w14:textId="77777777" w:rsidTr="00DF6623">
        <w:trPr>
          <w:jc w:val="center"/>
        </w:trPr>
        <w:tc>
          <w:tcPr>
            <w:tcW w:w="7371" w:type="dxa"/>
            <w:gridSpan w:val="2"/>
            <w:shd w:val="clear" w:color="auto" w:fill="E2F0D9"/>
            <w:tcMar>
              <w:top w:w="40" w:type="dxa"/>
              <w:left w:w="60" w:type="dxa"/>
              <w:bottom w:w="40" w:type="dxa"/>
              <w:right w:w="60" w:type="dxa"/>
            </w:tcMar>
            <w:vAlign w:val="center"/>
          </w:tcPr>
          <w:p w14:paraId="30A32305" w14:textId="77777777" w:rsidR="0009622B" w:rsidRDefault="0009622B" w:rsidP="00DF6623">
            <w:pPr>
              <w:spacing w:after="0"/>
            </w:pPr>
            <w:r>
              <w:rPr>
                <w:b/>
              </w:rPr>
              <w:t>ИТОГО ПО ГРУППЕ 1</w:t>
            </w:r>
          </w:p>
        </w:tc>
        <w:tc>
          <w:tcPr>
            <w:tcW w:w="737" w:type="dxa"/>
            <w:shd w:val="clear" w:color="auto" w:fill="E2F0D9"/>
            <w:tcMar>
              <w:top w:w="40" w:type="dxa"/>
              <w:left w:w="60" w:type="dxa"/>
              <w:bottom w:w="40" w:type="dxa"/>
              <w:right w:w="60" w:type="dxa"/>
            </w:tcMar>
            <w:vAlign w:val="center"/>
          </w:tcPr>
          <w:p w14:paraId="7D83524D" w14:textId="77777777" w:rsidR="0009622B" w:rsidRDefault="0009622B" w:rsidP="00DF6623">
            <w:pPr>
              <w:spacing w:after="0"/>
              <w:jc w:val="center"/>
            </w:pPr>
            <w:r>
              <w:rPr>
                <w:b/>
              </w:rPr>
              <w:t>1305</w:t>
            </w:r>
          </w:p>
        </w:tc>
        <w:tc>
          <w:tcPr>
            <w:tcW w:w="680" w:type="dxa"/>
            <w:shd w:val="clear" w:color="auto" w:fill="E2F0D9"/>
            <w:tcMar>
              <w:top w:w="40" w:type="dxa"/>
              <w:left w:w="60" w:type="dxa"/>
              <w:bottom w:w="40" w:type="dxa"/>
              <w:right w:w="60" w:type="dxa"/>
            </w:tcMar>
            <w:vAlign w:val="center"/>
          </w:tcPr>
          <w:p w14:paraId="31F94BDC" w14:textId="77777777" w:rsidR="0009622B" w:rsidRDefault="0009622B" w:rsidP="00DF6623">
            <w:pPr>
              <w:spacing w:after="0"/>
              <w:jc w:val="center"/>
            </w:pPr>
            <w:proofErr w:type="spellStart"/>
            <w:r>
              <w:rPr>
                <w:b/>
              </w:rPr>
              <w:t>шт</w:t>
            </w:r>
            <w:proofErr w:type="spellEnd"/>
            <w:r>
              <w:rPr>
                <w:b/>
              </w:rPr>
              <w:t>.</w:t>
            </w:r>
          </w:p>
        </w:tc>
        <w:tc>
          <w:tcPr>
            <w:tcW w:w="1417" w:type="dxa"/>
            <w:shd w:val="clear" w:color="auto" w:fill="E2F0D9"/>
            <w:tcMar>
              <w:top w:w="40" w:type="dxa"/>
              <w:left w:w="60" w:type="dxa"/>
              <w:bottom w:w="40" w:type="dxa"/>
              <w:right w:w="60" w:type="dxa"/>
            </w:tcMar>
            <w:vAlign w:val="center"/>
          </w:tcPr>
          <w:p w14:paraId="43E00260" w14:textId="77777777" w:rsidR="009C1061" w:rsidRDefault="00441274">
            <w:pPr>
              <w:jc w:val="center"/>
            </w:pPr>
            <w:r>
              <w:rPr>
                <w:b/>
              </w:rPr>
              <w:t>—</w:t>
            </w:r>
          </w:p>
        </w:tc>
        <w:tc>
          <w:tcPr>
            <w:tcW w:w="1587" w:type="dxa"/>
            <w:shd w:val="clear" w:color="auto" w:fill="E2F0D9"/>
            <w:tcMar>
              <w:top w:w="40" w:type="dxa"/>
              <w:left w:w="60" w:type="dxa"/>
              <w:bottom w:w="40" w:type="dxa"/>
              <w:right w:w="60" w:type="dxa"/>
            </w:tcMar>
            <w:vAlign w:val="center"/>
          </w:tcPr>
          <w:p w14:paraId="03C7F359" w14:textId="77777777" w:rsidR="009C1061" w:rsidRDefault="00441274">
            <w:pPr>
              <w:jc w:val="right"/>
            </w:pPr>
            <w:r>
              <w:rPr>
                <w:b/>
              </w:rPr>
              <w:t>978 730 руб.</w:t>
            </w:r>
          </w:p>
        </w:tc>
      </w:tr>
      <w:tr w:rsidR="0009622B" w14:paraId="7A3EEC0C" w14:textId="77777777" w:rsidTr="00DF6623">
        <w:trPr>
          <w:jc w:val="center"/>
        </w:trPr>
        <w:tc>
          <w:tcPr>
            <w:tcW w:w="1587" w:type="dxa"/>
            <w:gridSpan w:val="6"/>
            <w:shd w:val="clear" w:color="auto" w:fill="EDEDED"/>
            <w:tcMar>
              <w:top w:w="40" w:type="dxa"/>
              <w:left w:w="60" w:type="dxa"/>
              <w:bottom w:w="40" w:type="dxa"/>
              <w:right w:w="60" w:type="dxa"/>
            </w:tcMar>
            <w:vAlign w:val="center"/>
          </w:tcPr>
          <w:p w14:paraId="3222C07B" w14:textId="77777777" w:rsidR="0009622B" w:rsidRDefault="0009622B" w:rsidP="00DF6623">
            <w:pPr>
              <w:spacing w:after="0"/>
              <w:jc w:val="center"/>
            </w:pPr>
          </w:p>
        </w:tc>
      </w:tr>
      <w:tr w:rsidR="0009622B" w14:paraId="3345116F" w14:textId="77777777" w:rsidTr="00DF6623">
        <w:trPr>
          <w:jc w:val="center"/>
        </w:trPr>
        <w:tc>
          <w:tcPr>
            <w:tcW w:w="453" w:type="dxa"/>
            <w:tcMar>
              <w:top w:w="40" w:type="dxa"/>
              <w:left w:w="60" w:type="dxa"/>
              <w:bottom w:w="40" w:type="dxa"/>
              <w:right w:w="60" w:type="dxa"/>
            </w:tcMar>
            <w:vAlign w:val="center"/>
          </w:tcPr>
          <w:p w14:paraId="5AF27F7E" w14:textId="77777777" w:rsidR="0009622B" w:rsidRDefault="0009622B" w:rsidP="00DF6623">
            <w:pPr>
              <w:spacing w:after="0"/>
              <w:jc w:val="center"/>
            </w:pPr>
            <w:r>
              <w:t>188</w:t>
            </w:r>
          </w:p>
        </w:tc>
        <w:tc>
          <w:tcPr>
            <w:tcW w:w="7371" w:type="dxa"/>
            <w:tcMar>
              <w:top w:w="40" w:type="dxa"/>
              <w:left w:w="60" w:type="dxa"/>
              <w:bottom w:w="40" w:type="dxa"/>
              <w:right w:w="60" w:type="dxa"/>
            </w:tcMar>
            <w:vAlign w:val="center"/>
          </w:tcPr>
          <w:p w14:paraId="2411FDC9" w14:textId="77777777" w:rsidR="0009622B" w:rsidRPr="00CA0274" w:rsidRDefault="0009622B" w:rsidP="00DF6623">
            <w:pPr>
              <w:spacing w:after="0"/>
              <w:rPr>
                <w:lang w:val="ru-RU"/>
              </w:rPr>
            </w:pPr>
            <w:r w:rsidRPr="00CA0274">
              <w:rPr>
                <w:rFonts w:cs="Times New Roman"/>
                <w:lang w:val="ru-RU"/>
              </w:rPr>
              <w:t>Блузки женские (Акт №28) — В ассортименте</w:t>
            </w:r>
          </w:p>
        </w:tc>
        <w:tc>
          <w:tcPr>
            <w:tcW w:w="737" w:type="dxa"/>
            <w:tcMar>
              <w:top w:w="40" w:type="dxa"/>
              <w:left w:w="60" w:type="dxa"/>
              <w:bottom w:w="40" w:type="dxa"/>
              <w:right w:w="60" w:type="dxa"/>
            </w:tcMar>
            <w:vAlign w:val="center"/>
          </w:tcPr>
          <w:p w14:paraId="6141C8E8" w14:textId="77777777" w:rsidR="0009622B" w:rsidRPr="00786C70" w:rsidRDefault="0009622B" w:rsidP="00DF6623">
            <w:pPr>
              <w:spacing w:after="0"/>
              <w:jc w:val="center"/>
              <w:rPr>
                <w:lang w:val="ru-RU"/>
              </w:rPr>
            </w:pPr>
            <w:r>
              <w:rPr>
                <w:rFonts w:cs="Times New Roman"/>
                <w:lang w:val="ru-RU"/>
              </w:rPr>
              <w:t>2</w:t>
            </w:r>
          </w:p>
        </w:tc>
        <w:tc>
          <w:tcPr>
            <w:tcW w:w="680" w:type="dxa"/>
            <w:tcMar>
              <w:top w:w="40" w:type="dxa"/>
              <w:left w:w="60" w:type="dxa"/>
              <w:bottom w:w="40" w:type="dxa"/>
              <w:right w:w="60" w:type="dxa"/>
            </w:tcMar>
            <w:vAlign w:val="center"/>
          </w:tcPr>
          <w:p w14:paraId="33C551A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3DA9105" w14:textId="77777777" w:rsidR="009C1061" w:rsidRDefault="00441274">
            <w:pPr>
              <w:jc w:val="right"/>
            </w:pPr>
            <w:r>
              <w:t>350 руб.</w:t>
            </w:r>
          </w:p>
        </w:tc>
        <w:tc>
          <w:tcPr>
            <w:tcW w:w="1587" w:type="dxa"/>
            <w:tcMar>
              <w:top w:w="40" w:type="dxa"/>
              <w:left w:w="60" w:type="dxa"/>
              <w:bottom w:w="40" w:type="dxa"/>
              <w:right w:w="60" w:type="dxa"/>
            </w:tcMar>
            <w:vAlign w:val="center"/>
          </w:tcPr>
          <w:p w14:paraId="62FA3160" w14:textId="77777777" w:rsidR="009C1061" w:rsidRDefault="00441274">
            <w:pPr>
              <w:jc w:val="right"/>
            </w:pPr>
            <w:r>
              <w:t>700 руб.</w:t>
            </w:r>
          </w:p>
        </w:tc>
      </w:tr>
      <w:tr w:rsidR="0009622B" w14:paraId="3A68057F" w14:textId="77777777" w:rsidTr="00DF6623">
        <w:trPr>
          <w:jc w:val="center"/>
        </w:trPr>
        <w:tc>
          <w:tcPr>
            <w:tcW w:w="453" w:type="dxa"/>
            <w:tcMar>
              <w:top w:w="40" w:type="dxa"/>
              <w:left w:w="60" w:type="dxa"/>
              <w:bottom w:w="40" w:type="dxa"/>
              <w:right w:w="60" w:type="dxa"/>
            </w:tcMar>
            <w:vAlign w:val="center"/>
          </w:tcPr>
          <w:p w14:paraId="7BBA95D4" w14:textId="77777777" w:rsidR="0009622B" w:rsidRDefault="0009622B" w:rsidP="00DF6623">
            <w:pPr>
              <w:spacing w:after="0"/>
              <w:jc w:val="center"/>
            </w:pPr>
            <w:r>
              <w:t>189</w:t>
            </w:r>
          </w:p>
        </w:tc>
        <w:tc>
          <w:tcPr>
            <w:tcW w:w="7371" w:type="dxa"/>
            <w:tcMar>
              <w:top w:w="40" w:type="dxa"/>
              <w:left w:w="60" w:type="dxa"/>
              <w:bottom w:w="40" w:type="dxa"/>
              <w:right w:w="60" w:type="dxa"/>
            </w:tcMar>
            <w:vAlign w:val="center"/>
          </w:tcPr>
          <w:p w14:paraId="4012E34C" w14:textId="77777777" w:rsidR="0009622B" w:rsidRPr="00CA0274" w:rsidRDefault="0009622B" w:rsidP="00DF6623">
            <w:pPr>
              <w:spacing w:after="0"/>
              <w:rPr>
                <w:lang w:val="ru-RU"/>
              </w:rPr>
            </w:pPr>
            <w:r w:rsidRPr="00CA0274">
              <w:rPr>
                <w:rFonts w:cs="Times New Roman"/>
                <w:lang w:val="ru-RU"/>
              </w:rPr>
              <w:t>Блузки женские (Акт №29) — В ассортименте</w:t>
            </w:r>
          </w:p>
        </w:tc>
        <w:tc>
          <w:tcPr>
            <w:tcW w:w="737" w:type="dxa"/>
            <w:tcMar>
              <w:top w:w="40" w:type="dxa"/>
              <w:left w:w="60" w:type="dxa"/>
              <w:bottom w:w="40" w:type="dxa"/>
              <w:right w:w="60" w:type="dxa"/>
            </w:tcMar>
            <w:vAlign w:val="center"/>
          </w:tcPr>
          <w:p w14:paraId="2FA6A910" w14:textId="77777777" w:rsidR="0009622B" w:rsidRDefault="0009622B" w:rsidP="00DF6623">
            <w:pPr>
              <w:spacing w:after="0"/>
              <w:jc w:val="center"/>
            </w:pPr>
            <w:r>
              <w:rPr>
                <w:rFonts w:cs="Times New Roman"/>
              </w:rPr>
              <w:t>20</w:t>
            </w:r>
          </w:p>
        </w:tc>
        <w:tc>
          <w:tcPr>
            <w:tcW w:w="680" w:type="dxa"/>
            <w:tcMar>
              <w:top w:w="40" w:type="dxa"/>
              <w:left w:w="60" w:type="dxa"/>
              <w:bottom w:w="40" w:type="dxa"/>
              <w:right w:w="60" w:type="dxa"/>
            </w:tcMar>
            <w:vAlign w:val="center"/>
          </w:tcPr>
          <w:p w14:paraId="27B0851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9EF42C9" w14:textId="77777777" w:rsidR="009C1061" w:rsidRDefault="00441274">
            <w:pPr>
              <w:jc w:val="right"/>
            </w:pPr>
            <w:r>
              <w:t>350 руб.</w:t>
            </w:r>
          </w:p>
        </w:tc>
        <w:tc>
          <w:tcPr>
            <w:tcW w:w="1587" w:type="dxa"/>
            <w:tcMar>
              <w:top w:w="40" w:type="dxa"/>
              <w:left w:w="60" w:type="dxa"/>
              <w:bottom w:w="40" w:type="dxa"/>
              <w:right w:w="60" w:type="dxa"/>
            </w:tcMar>
            <w:vAlign w:val="center"/>
          </w:tcPr>
          <w:p w14:paraId="2AE1FB07" w14:textId="77777777" w:rsidR="009C1061" w:rsidRDefault="00441274">
            <w:pPr>
              <w:jc w:val="right"/>
            </w:pPr>
            <w:r>
              <w:t>7 000 руб.</w:t>
            </w:r>
          </w:p>
        </w:tc>
      </w:tr>
      <w:tr w:rsidR="0009622B" w14:paraId="7D17F8BE" w14:textId="77777777" w:rsidTr="00DF6623">
        <w:trPr>
          <w:jc w:val="center"/>
        </w:trPr>
        <w:tc>
          <w:tcPr>
            <w:tcW w:w="453" w:type="dxa"/>
            <w:tcMar>
              <w:top w:w="40" w:type="dxa"/>
              <w:left w:w="60" w:type="dxa"/>
              <w:bottom w:w="40" w:type="dxa"/>
              <w:right w:w="60" w:type="dxa"/>
            </w:tcMar>
            <w:vAlign w:val="center"/>
          </w:tcPr>
          <w:p w14:paraId="43A7BDB1" w14:textId="77777777" w:rsidR="0009622B" w:rsidRDefault="0009622B" w:rsidP="00DF6623">
            <w:pPr>
              <w:spacing w:after="0"/>
              <w:jc w:val="center"/>
            </w:pPr>
            <w:r>
              <w:lastRenderedPageBreak/>
              <w:t>190</w:t>
            </w:r>
          </w:p>
        </w:tc>
        <w:tc>
          <w:tcPr>
            <w:tcW w:w="7371" w:type="dxa"/>
            <w:tcMar>
              <w:top w:w="40" w:type="dxa"/>
              <w:left w:w="60" w:type="dxa"/>
              <w:bottom w:w="40" w:type="dxa"/>
              <w:right w:w="60" w:type="dxa"/>
            </w:tcMar>
            <w:vAlign w:val="center"/>
          </w:tcPr>
          <w:p w14:paraId="15250000" w14:textId="77777777" w:rsidR="0009622B" w:rsidRDefault="0009622B" w:rsidP="00DF6623">
            <w:pPr>
              <w:spacing w:after="0"/>
            </w:pPr>
            <w:proofErr w:type="spellStart"/>
            <w:r>
              <w:rPr>
                <w:rFonts w:cs="Times New Roman"/>
              </w:rPr>
              <w:t>Юбки</w:t>
            </w:r>
            <w:proofErr w:type="spellEnd"/>
            <w:r>
              <w:rPr>
                <w:rFonts w:cs="Times New Roman"/>
              </w:rPr>
              <w:t xml:space="preserve"> —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477DCB87" w14:textId="77777777" w:rsidR="0009622B" w:rsidRPr="00786C70" w:rsidRDefault="0009622B" w:rsidP="00DF6623">
            <w:pPr>
              <w:spacing w:after="0"/>
              <w:jc w:val="center"/>
              <w:rPr>
                <w:lang w:val="ru-RU"/>
              </w:rPr>
            </w:pPr>
            <w:r>
              <w:rPr>
                <w:rFonts w:cs="Times New Roman"/>
                <w:lang w:val="ru-RU"/>
              </w:rPr>
              <w:t>3</w:t>
            </w:r>
          </w:p>
        </w:tc>
        <w:tc>
          <w:tcPr>
            <w:tcW w:w="680" w:type="dxa"/>
            <w:tcMar>
              <w:top w:w="40" w:type="dxa"/>
              <w:left w:w="60" w:type="dxa"/>
              <w:bottom w:w="40" w:type="dxa"/>
              <w:right w:w="60" w:type="dxa"/>
            </w:tcMar>
            <w:vAlign w:val="center"/>
          </w:tcPr>
          <w:p w14:paraId="3FF5D77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5585091" w14:textId="77777777" w:rsidR="009C1061" w:rsidRDefault="00441274">
            <w:pPr>
              <w:jc w:val="right"/>
            </w:pPr>
            <w:r>
              <w:t>250 руб.</w:t>
            </w:r>
          </w:p>
        </w:tc>
        <w:tc>
          <w:tcPr>
            <w:tcW w:w="1587" w:type="dxa"/>
            <w:tcMar>
              <w:top w:w="40" w:type="dxa"/>
              <w:left w:w="60" w:type="dxa"/>
              <w:bottom w:w="40" w:type="dxa"/>
              <w:right w:w="60" w:type="dxa"/>
            </w:tcMar>
            <w:vAlign w:val="center"/>
          </w:tcPr>
          <w:p w14:paraId="38179E12" w14:textId="77777777" w:rsidR="009C1061" w:rsidRDefault="00441274">
            <w:pPr>
              <w:jc w:val="right"/>
            </w:pPr>
            <w:r>
              <w:t>750 руб.</w:t>
            </w:r>
          </w:p>
        </w:tc>
      </w:tr>
      <w:tr w:rsidR="0009622B" w14:paraId="6ECDABBB" w14:textId="77777777" w:rsidTr="00DF6623">
        <w:trPr>
          <w:jc w:val="center"/>
        </w:trPr>
        <w:tc>
          <w:tcPr>
            <w:tcW w:w="453" w:type="dxa"/>
            <w:tcMar>
              <w:top w:w="40" w:type="dxa"/>
              <w:left w:w="60" w:type="dxa"/>
              <w:bottom w:w="40" w:type="dxa"/>
              <w:right w:w="60" w:type="dxa"/>
            </w:tcMar>
            <w:vAlign w:val="center"/>
          </w:tcPr>
          <w:p w14:paraId="1BAE99EC" w14:textId="77777777" w:rsidR="0009622B" w:rsidRDefault="0009622B" w:rsidP="00DF6623">
            <w:pPr>
              <w:spacing w:after="0"/>
              <w:jc w:val="center"/>
            </w:pPr>
            <w:r>
              <w:t>191</w:t>
            </w:r>
          </w:p>
        </w:tc>
        <w:tc>
          <w:tcPr>
            <w:tcW w:w="7371" w:type="dxa"/>
            <w:tcMar>
              <w:top w:w="40" w:type="dxa"/>
              <w:left w:w="60" w:type="dxa"/>
              <w:bottom w:w="40" w:type="dxa"/>
              <w:right w:w="60" w:type="dxa"/>
            </w:tcMar>
            <w:vAlign w:val="center"/>
          </w:tcPr>
          <w:p w14:paraId="1453A0D1" w14:textId="77777777" w:rsidR="0009622B" w:rsidRDefault="0009622B" w:rsidP="00DF6623">
            <w:pPr>
              <w:spacing w:after="0"/>
            </w:pPr>
            <w:r w:rsidRPr="00CA0274">
              <w:rPr>
                <w:rFonts w:cs="Times New Roman"/>
                <w:lang w:val="ru-RU"/>
              </w:rPr>
              <w:t xml:space="preserve">Юбка Киргизия (без пуговицы) — арт. 68,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48</w:t>
            </w:r>
          </w:p>
        </w:tc>
        <w:tc>
          <w:tcPr>
            <w:tcW w:w="737" w:type="dxa"/>
            <w:tcMar>
              <w:top w:w="40" w:type="dxa"/>
              <w:left w:w="60" w:type="dxa"/>
              <w:bottom w:w="40" w:type="dxa"/>
              <w:right w:w="60" w:type="dxa"/>
            </w:tcMar>
            <w:vAlign w:val="center"/>
          </w:tcPr>
          <w:p w14:paraId="674D409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9B4232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EB51C0F" w14:textId="77777777" w:rsidR="009C1061" w:rsidRDefault="00441274">
            <w:pPr>
              <w:jc w:val="right"/>
            </w:pPr>
            <w:r>
              <w:t>250 руб.</w:t>
            </w:r>
          </w:p>
        </w:tc>
        <w:tc>
          <w:tcPr>
            <w:tcW w:w="1587" w:type="dxa"/>
            <w:tcMar>
              <w:top w:w="40" w:type="dxa"/>
              <w:left w:w="60" w:type="dxa"/>
              <w:bottom w:w="40" w:type="dxa"/>
              <w:right w:w="60" w:type="dxa"/>
            </w:tcMar>
            <w:vAlign w:val="center"/>
          </w:tcPr>
          <w:p w14:paraId="75022837" w14:textId="77777777" w:rsidR="009C1061" w:rsidRDefault="00441274">
            <w:pPr>
              <w:jc w:val="right"/>
            </w:pPr>
            <w:r>
              <w:t>250 руб.</w:t>
            </w:r>
          </w:p>
        </w:tc>
      </w:tr>
      <w:tr w:rsidR="0009622B" w14:paraId="540AA1D8" w14:textId="77777777" w:rsidTr="00DF6623">
        <w:trPr>
          <w:jc w:val="center"/>
        </w:trPr>
        <w:tc>
          <w:tcPr>
            <w:tcW w:w="453" w:type="dxa"/>
            <w:tcMar>
              <w:top w:w="40" w:type="dxa"/>
              <w:left w:w="60" w:type="dxa"/>
              <w:bottom w:w="40" w:type="dxa"/>
              <w:right w:w="60" w:type="dxa"/>
            </w:tcMar>
            <w:vAlign w:val="center"/>
          </w:tcPr>
          <w:p w14:paraId="6342188C" w14:textId="77777777" w:rsidR="0009622B" w:rsidRDefault="0009622B" w:rsidP="00DF6623">
            <w:pPr>
              <w:spacing w:after="0"/>
              <w:jc w:val="center"/>
            </w:pPr>
            <w:r>
              <w:t>192</w:t>
            </w:r>
          </w:p>
        </w:tc>
        <w:tc>
          <w:tcPr>
            <w:tcW w:w="7371" w:type="dxa"/>
            <w:tcMar>
              <w:top w:w="40" w:type="dxa"/>
              <w:left w:w="60" w:type="dxa"/>
              <w:bottom w:w="40" w:type="dxa"/>
              <w:right w:w="60" w:type="dxa"/>
            </w:tcMar>
            <w:vAlign w:val="center"/>
          </w:tcPr>
          <w:p w14:paraId="79B4972F"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Брошь</w:t>
            </w:r>
            <w:proofErr w:type="spellEnd"/>
            <w:r>
              <w:rPr>
                <w:rFonts w:cs="Times New Roman"/>
              </w:rPr>
              <w:t xml:space="preserve">» — </w:t>
            </w:r>
            <w:proofErr w:type="spellStart"/>
            <w:r>
              <w:rPr>
                <w:rFonts w:cs="Times New Roman"/>
              </w:rPr>
              <w:t>разм</w:t>
            </w:r>
            <w:proofErr w:type="spellEnd"/>
            <w:r>
              <w:rPr>
                <w:rFonts w:cs="Times New Roman"/>
              </w:rPr>
              <w:t>. 52</w:t>
            </w:r>
          </w:p>
        </w:tc>
        <w:tc>
          <w:tcPr>
            <w:tcW w:w="737" w:type="dxa"/>
            <w:tcMar>
              <w:top w:w="40" w:type="dxa"/>
              <w:left w:w="60" w:type="dxa"/>
              <w:bottom w:w="40" w:type="dxa"/>
              <w:right w:w="60" w:type="dxa"/>
            </w:tcMar>
            <w:vAlign w:val="center"/>
          </w:tcPr>
          <w:p w14:paraId="2018EE9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786154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DEA6F39" w14:textId="77777777" w:rsidR="009C1061" w:rsidRDefault="00441274">
            <w:pPr>
              <w:jc w:val="right"/>
            </w:pPr>
            <w:r>
              <w:t>250 руб.</w:t>
            </w:r>
          </w:p>
        </w:tc>
        <w:tc>
          <w:tcPr>
            <w:tcW w:w="1587" w:type="dxa"/>
            <w:tcMar>
              <w:top w:w="40" w:type="dxa"/>
              <w:left w:w="60" w:type="dxa"/>
              <w:bottom w:w="40" w:type="dxa"/>
              <w:right w:w="60" w:type="dxa"/>
            </w:tcMar>
            <w:vAlign w:val="center"/>
          </w:tcPr>
          <w:p w14:paraId="55B9CD6D" w14:textId="77777777" w:rsidR="009C1061" w:rsidRDefault="00441274">
            <w:pPr>
              <w:jc w:val="right"/>
            </w:pPr>
            <w:r>
              <w:t>250 руб.</w:t>
            </w:r>
          </w:p>
        </w:tc>
      </w:tr>
      <w:tr w:rsidR="0009622B" w14:paraId="63671D5C" w14:textId="77777777" w:rsidTr="00DF6623">
        <w:trPr>
          <w:jc w:val="center"/>
        </w:trPr>
        <w:tc>
          <w:tcPr>
            <w:tcW w:w="453" w:type="dxa"/>
            <w:tcMar>
              <w:top w:w="40" w:type="dxa"/>
              <w:left w:w="60" w:type="dxa"/>
              <w:bottom w:w="40" w:type="dxa"/>
              <w:right w:w="60" w:type="dxa"/>
            </w:tcMar>
            <w:vAlign w:val="center"/>
          </w:tcPr>
          <w:p w14:paraId="36EFADBE" w14:textId="77777777" w:rsidR="0009622B" w:rsidRDefault="0009622B" w:rsidP="00DF6623">
            <w:pPr>
              <w:spacing w:after="0"/>
              <w:jc w:val="center"/>
            </w:pPr>
            <w:r>
              <w:t>193</w:t>
            </w:r>
          </w:p>
        </w:tc>
        <w:tc>
          <w:tcPr>
            <w:tcW w:w="7371" w:type="dxa"/>
            <w:tcMar>
              <w:top w:w="40" w:type="dxa"/>
              <w:left w:w="60" w:type="dxa"/>
              <w:bottom w:w="40" w:type="dxa"/>
              <w:right w:w="60" w:type="dxa"/>
            </w:tcMar>
            <w:vAlign w:val="center"/>
          </w:tcPr>
          <w:p w14:paraId="23E9166F" w14:textId="77777777" w:rsidR="0009622B" w:rsidRDefault="0009622B" w:rsidP="00DF6623">
            <w:pPr>
              <w:spacing w:after="0"/>
            </w:pPr>
            <w:proofErr w:type="spellStart"/>
            <w:r>
              <w:rPr>
                <w:rFonts w:cs="Times New Roman"/>
              </w:rPr>
              <w:t>Юбки</w:t>
            </w:r>
            <w:proofErr w:type="spellEnd"/>
            <w:r>
              <w:rPr>
                <w:rFonts w:cs="Times New Roman"/>
              </w:rPr>
              <w:t xml:space="preserve"> </w:t>
            </w:r>
            <w:proofErr w:type="spellStart"/>
            <w:r>
              <w:rPr>
                <w:rFonts w:cs="Times New Roman"/>
              </w:rPr>
              <w:t>Киргизия</w:t>
            </w:r>
            <w:proofErr w:type="spellEnd"/>
            <w:r>
              <w:rPr>
                <w:rFonts w:cs="Times New Roman"/>
              </w:rPr>
              <w:t xml:space="preserve"> — </w:t>
            </w:r>
            <w:proofErr w:type="spellStart"/>
            <w:r>
              <w:rPr>
                <w:rFonts w:cs="Times New Roman"/>
              </w:rPr>
              <w:t>разм</w:t>
            </w:r>
            <w:proofErr w:type="spellEnd"/>
            <w:r>
              <w:rPr>
                <w:rFonts w:cs="Times New Roman"/>
              </w:rPr>
              <w:t>. 52</w:t>
            </w:r>
          </w:p>
        </w:tc>
        <w:tc>
          <w:tcPr>
            <w:tcW w:w="737" w:type="dxa"/>
            <w:tcMar>
              <w:top w:w="40" w:type="dxa"/>
              <w:left w:w="60" w:type="dxa"/>
              <w:bottom w:w="40" w:type="dxa"/>
              <w:right w:w="60" w:type="dxa"/>
            </w:tcMar>
            <w:vAlign w:val="center"/>
          </w:tcPr>
          <w:p w14:paraId="400E73F2" w14:textId="77777777" w:rsidR="0009622B" w:rsidRPr="00786C70" w:rsidRDefault="0009622B" w:rsidP="00DF6623">
            <w:pPr>
              <w:spacing w:after="0"/>
              <w:jc w:val="center"/>
              <w:rPr>
                <w:lang w:val="ru-RU"/>
              </w:rPr>
            </w:pPr>
            <w:r>
              <w:rPr>
                <w:rFonts w:cs="Times New Roman"/>
                <w:lang w:val="ru-RU"/>
              </w:rPr>
              <w:t>3</w:t>
            </w:r>
          </w:p>
        </w:tc>
        <w:tc>
          <w:tcPr>
            <w:tcW w:w="680" w:type="dxa"/>
            <w:tcMar>
              <w:top w:w="40" w:type="dxa"/>
              <w:left w:w="60" w:type="dxa"/>
              <w:bottom w:w="40" w:type="dxa"/>
              <w:right w:w="60" w:type="dxa"/>
            </w:tcMar>
            <w:vAlign w:val="center"/>
          </w:tcPr>
          <w:p w14:paraId="0582D9A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7E524EE" w14:textId="77777777" w:rsidR="009C1061" w:rsidRDefault="00441274">
            <w:pPr>
              <w:jc w:val="right"/>
            </w:pPr>
            <w:r>
              <w:t>250 руб.</w:t>
            </w:r>
          </w:p>
        </w:tc>
        <w:tc>
          <w:tcPr>
            <w:tcW w:w="1587" w:type="dxa"/>
            <w:tcMar>
              <w:top w:w="40" w:type="dxa"/>
              <w:left w:w="60" w:type="dxa"/>
              <w:bottom w:w="40" w:type="dxa"/>
              <w:right w:w="60" w:type="dxa"/>
            </w:tcMar>
            <w:vAlign w:val="center"/>
          </w:tcPr>
          <w:p w14:paraId="7CC66D96" w14:textId="77777777" w:rsidR="009C1061" w:rsidRDefault="00441274">
            <w:pPr>
              <w:jc w:val="right"/>
            </w:pPr>
            <w:r>
              <w:t>750 руб.</w:t>
            </w:r>
          </w:p>
        </w:tc>
      </w:tr>
      <w:tr w:rsidR="0009622B" w14:paraId="7E5EDC16" w14:textId="77777777" w:rsidTr="00DF6623">
        <w:trPr>
          <w:jc w:val="center"/>
        </w:trPr>
        <w:tc>
          <w:tcPr>
            <w:tcW w:w="453" w:type="dxa"/>
            <w:tcMar>
              <w:top w:w="40" w:type="dxa"/>
              <w:left w:w="60" w:type="dxa"/>
              <w:bottom w:w="40" w:type="dxa"/>
              <w:right w:w="60" w:type="dxa"/>
            </w:tcMar>
            <w:vAlign w:val="center"/>
          </w:tcPr>
          <w:p w14:paraId="05DE34A8" w14:textId="77777777" w:rsidR="0009622B" w:rsidRDefault="0009622B" w:rsidP="00DF6623">
            <w:pPr>
              <w:spacing w:after="0"/>
              <w:jc w:val="center"/>
            </w:pPr>
            <w:r>
              <w:t>194</w:t>
            </w:r>
          </w:p>
        </w:tc>
        <w:tc>
          <w:tcPr>
            <w:tcW w:w="7371" w:type="dxa"/>
            <w:tcMar>
              <w:top w:w="40" w:type="dxa"/>
              <w:left w:w="60" w:type="dxa"/>
              <w:bottom w:w="40" w:type="dxa"/>
              <w:right w:w="60" w:type="dxa"/>
            </w:tcMar>
            <w:vAlign w:val="center"/>
          </w:tcPr>
          <w:p w14:paraId="3896C987"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Киргизия</w:t>
            </w:r>
            <w:proofErr w:type="spellEnd"/>
            <w:r>
              <w:rPr>
                <w:rFonts w:cs="Times New Roman"/>
              </w:rPr>
              <w:t xml:space="preserve"> — </w:t>
            </w:r>
            <w:proofErr w:type="spellStart"/>
            <w:r>
              <w:rPr>
                <w:rFonts w:cs="Times New Roman"/>
              </w:rPr>
              <w:t>арт</w:t>
            </w:r>
            <w:proofErr w:type="spellEnd"/>
            <w:r>
              <w:rPr>
                <w:rFonts w:cs="Times New Roman"/>
              </w:rPr>
              <w:t xml:space="preserve">. 00155,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0BBE183D"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16B4879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6C39FBA" w14:textId="77777777" w:rsidR="009C1061" w:rsidRDefault="00441274">
            <w:pPr>
              <w:jc w:val="right"/>
            </w:pPr>
            <w:r>
              <w:t>250 руб.</w:t>
            </w:r>
          </w:p>
        </w:tc>
        <w:tc>
          <w:tcPr>
            <w:tcW w:w="1587" w:type="dxa"/>
            <w:tcMar>
              <w:top w:w="40" w:type="dxa"/>
              <w:left w:w="60" w:type="dxa"/>
              <w:bottom w:w="40" w:type="dxa"/>
              <w:right w:w="60" w:type="dxa"/>
            </w:tcMar>
            <w:vAlign w:val="center"/>
          </w:tcPr>
          <w:p w14:paraId="39D3688E" w14:textId="77777777" w:rsidR="009C1061" w:rsidRDefault="00441274">
            <w:pPr>
              <w:jc w:val="right"/>
            </w:pPr>
            <w:r>
              <w:t>500 руб.</w:t>
            </w:r>
          </w:p>
        </w:tc>
      </w:tr>
      <w:tr w:rsidR="0009622B" w14:paraId="7C5BBA08" w14:textId="77777777" w:rsidTr="00DF6623">
        <w:trPr>
          <w:jc w:val="center"/>
        </w:trPr>
        <w:tc>
          <w:tcPr>
            <w:tcW w:w="453" w:type="dxa"/>
            <w:tcMar>
              <w:top w:w="40" w:type="dxa"/>
              <w:left w:w="60" w:type="dxa"/>
              <w:bottom w:w="40" w:type="dxa"/>
              <w:right w:w="60" w:type="dxa"/>
            </w:tcMar>
            <w:vAlign w:val="center"/>
          </w:tcPr>
          <w:p w14:paraId="182E234B" w14:textId="77777777" w:rsidR="0009622B" w:rsidRDefault="0009622B" w:rsidP="00DF6623">
            <w:pPr>
              <w:spacing w:after="0"/>
              <w:jc w:val="center"/>
            </w:pPr>
            <w:r>
              <w:t>195</w:t>
            </w:r>
          </w:p>
        </w:tc>
        <w:tc>
          <w:tcPr>
            <w:tcW w:w="7371" w:type="dxa"/>
            <w:tcMar>
              <w:top w:w="40" w:type="dxa"/>
              <w:left w:w="60" w:type="dxa"/>
              <w:bottom w:w="40" w:type="dxa"/>
              <w:right w:w="60" w:type="dxa"/>
            </w:tcMar>
            <w:vAlign w:val="center"/>
          </w:tcPr>
          <w:p w14:paraId="3D0CABEB"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женская</w:t>
            </w:r>
            <w:proofErr w:type="spellEnd"/>
            <w:r>
              <w:rPr>
                <w:rFonts w:cs="Times New Roman"/>
              </w:rPr>
              <w:t xml:space="preserve"> — </w:t>
            </w:r>
            <w:proofErr w:type="spellStart"/>
            <w:r>
              <w:rPr>
                <w:rFonts w:cs="Times New Roman"/>
              </w:rPr>
              <w:t>арт</w:t>
            </w:r>
            <w:proofErr w:type="spellEnd"/>
            <w:r>
              <w:rPr>
                <w:rFonts w:cs="Times New Roman"/>
              </w:rPr>
              <w:t xml:space="preserve">. 204,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2A2C2EA3"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7C05FC0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CA19592" w14:textId="77777777" w:rsidR="009C1061" w:rsidRDefault="00441274">
            <w:pPr>
              <w:jc w:val="right"/>
            </w:pPr>
            <w:r>
              <w:t>250 руб.</w:t>
            </w:r>
          </w:p>
        </w:tc>
        <w:tc>
          <w:tcPr>
            <w:tcW w:w="1587" w:type="dxa"/>
            <w:tcMar>
              <w:top w:w="40" w:type="dxa"/>
              <w:left w:w="60" w:type="dxa"/>
              <w:bottom w:w="40" w:type="dxa"/>
              <w:right w:w="60" w:type="dxa"/>
            </w:tcMar>
            <w:vAlign w:val="center"/>
          </w:tcPr>
          <w:p w14:paraId="2DF3C866" w14:textId="77777777" w:rsidR="009C1061" w:rsidRDefault="00441274">
            <w:pPr>
              <w:jc w:val="right"/>
            </w:pPr>
            <w:r>
              <w:t>750 руб.</w:t>
            </w:r>
          </w:p>
        </w:tc>
      </w:tr>
      <w:tr w:rsidR="0009622B" w14:paraId="50398424" w14:textId="77777777" w:rsidTr="00DF6623">
        <w:trPr>
          <w:jc w:val="center"/>
        </w:trPr>
        <w:tc>
          <w:tcPr>
            <w:tcW w:w="453" w:type="dxa"/>
            <w:tcMar>
              <w:top w:w="40" w:type="dxa"/>
              <w:left w:w="60" w:type="dxa"/>
              <w:bottom w:w="40" w:type="dxa"/>
              <w:right w:w="60" w:type="dxa"/>
            </w:tcMar>
            <w:vAlign w:val="center"/>
          </w:tcPr>
          <w:p w14:paraId="65FCC1F6" w14:textId="77777777" w:rsidR="0009622B" w:rsidRDefault="0009622B" w:rsidP="00DF6623">
            <w:pPr>
              <w:spacing w:after="0"/>
              <w:jc w:val="center"/>
            </w:pPr>
            <w:r>
              <w:t>196</w:t>
            </w:r>
          </w:p>
        </w:tc>
        <w:tc>
          <w:tcPr>
            <w:tcW w:w="7371" w:type="dxa"/>
            <w:tcMar>
              <w:top w:w="40" w:type="dxa"/>
              <w:left w:w="60" w:type="dxa"/>
              <w:bottom w:w="40" w:type="dxa"/>
              <w:right w:w="60" w:type="dxa"/>
            </w:tcMar>
            <w:vAlign w:val="center"/>
          </w:tcPr>
          <w:p w14:paraId="2CA9DA5A"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женская</w:t>
            </w:r>
            <w:proofErr w:type="spellEnd"/>
            <w:r>
              <w:rPr>
                <w:rFonts w:cs="Times New Roman"/>
              </w:rPr>
              <w:t xml:space="preserve"> — </w:t>
            </w:r>
            <w:proofErr w:type="spellStart"/>
            <w:r>
              <w:rPr>
                <w:rFonts w:cs="Times New Roman"/>
              </w:rPr>
              <w:t>арт</w:t>
            </w:r>
            <w:proofErr w:type="spellEnd"/>
            <w:r>
              <w:rPr>
                <w:rFonts w:cs="Times New Roman"/>
              </w:rPr>
              <w:t xml:space="preserve">. 0901,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0B2A7C53"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77F0368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5687943" w14:textId="77777777" w:rsidR="009C1061" w:rsidRDefault="00441274">
            <w:pPr>
              <w:jc w:val="right"/>
            </w:pPr>
            <w:r>
              <w:t>250 руб.</w:t>
            </w:r>
          </w:p>
        </w:tc>
        <w:tc>
          <w:tcPr>
            <w:tcW w:w="1587" w:type="dxa"/>
            <w:tcMar>
              <w:top w:w="40" w:type="dxa"/>
              <w:left w:w="60" w:type="dxa"/>
              <w:bottom w:w="40" w:type="dxa"/>
              <w:right w:w="60" w:type="dxa"/>
            </w:tcMar>
            <w:vAlign w:val="center"/>
          </w:tcPr>
          <w:p w14:paraId="2400DD60" w14:textId="77777777" w:rsidR="009C1061" w:rsidRDefault="00441274">
            <w:pPr>
              <w:jc w:val="right"/>
            </w:pPr>
            <w:r>
              <w:t>750 руб.</w:t>
            </w:r>
          </w:p>
        </w:tc>
      </w:tr>
      <w:tr w:rsidR="0009622B" w14:paraId="31254EE7" w14:textId="77777777" w:rsidTr="00DF6623">
        <w:trPr>
          <w:jc w:val="center"/>
        </w:trPr>
        <w:tc>
          <w:tcPr>
            <w:tcW w:w="453" w:type="dxa"/>
            <w:tcMar>
              <w:top w:w="40" w:type="dxa"/>
              <w:left w:w="60" w:type="dxa"/>
              <w:bottom w:w="40" w:type="dxa"/>
              <w:right w:w="60" w:type="dxa"/>
            </w:tcMar>
            <w:vAlign w:val="center"/>
          </w:tcPr>
          <w:p w14:paraId="498F31DE" w14:textId="77777777" w:rsidR="0009622B" w:rsidRDefault="0009622B" w:rsidP="00DF6623">
            <w:pPr>
              <w:spacing w:after="0"/>
              <w:jc w:val="center"/>
            </w:pPr>
            <w:r>
              <w:t>197</w:t>
            </w:r>
          </w:p>
        </w:tc>
        <w:tc>
          <w:tcPr>
            <w:tcW w:w="7371" w:type="dxa"/>
            <w:tcMar>
              <w:top w:w="40" w:type="dxa"/>
              <w:left w:w="60" w:type="dxa"/>
              <w:bottom w:w="40" w:type="dxa"/>
              <w:right w:w="60" w:type="dxa"/>
            </w:tcMar>
            <w:vAlign w:val="center"/>
          </w:tcPr>
          <w:p w14:paraId="1578F4DB" w14:textId="77777777" w:rsidR="0009622B" w:rsidRDefault="0009622B" w:rsidP="00DF6623">
            <w:pPr>
              <w:spacing w:after="0"/>
            </w:pPr>
            <w:r w:rsidRPr="00CA0274">
              <w:rPr>
                <w:rFonts w:cs="Times New Roman"/>
                <w:lang w:val="ru-RU"/>
              </w:rPr>
              <w:t xml:space="preserve">Юбка женская (чёрная) — арт. 180,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48</w:t>
            </w:r>
          </w:p>
        </w:tc>
        <w:tc>
          <w:tcPr>
            <w:tcW w:w="737" w:type="dxa"/>
            <w:tcMar>
              <w:top w:w="40" w:type="dxa"/>
              <w:left w:w="60" w:type="dxa"/>
              <w:bottom w:w="40" w:type="dxa"/>
              <w:right w:w="60" w:type="dxa"/>
            </w:tcMar>
            <w:vAlign w:val="center"/>
          </w:tcPr>
          <w:p w14:paraId="5C563BEA"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73456F5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9CDA663" w14:textId="77777777" w:rsidR="009C1061" w:rsidRDefault="00441274">
            <w:pPr>
              <w:jc w:val="right"/>
            </w:pPr>
            <w:r>
              <w:t>250 руб.</w:t>
            </w:r>
          </w:p>
        </w:tc>
        <w:tc>
          <w:tcPr>
            <w:tcW w:w="1587" w:type="dxa"/>
            <w:tcMar>
              <w:top w:w="40" w:type="dxa"/>
              <w:left w:w="60" w:type="dxa"/>
              <w:bottom w:w="40" w:type="dxa"/>
              <w:right w:w="60" w:type="dxa"/>
            </w:tcMar>
            <w:vAlign w:val="center"/>
          </w:tcPr>
          <w:p w14:paraId="717503F2" w14:textId="77777777" w:rsidR="009C1061" w:rsidRDefault="00441274">
            <w:pPr>
              <w:jc w:val="right"/>
            </w:pPr>
            <w:r>
              <w:t>1 000 руб.</w:t>
            </w:r>
          </w:p>
        </w:tc>
      </w:tr>
      <w:tr w:rsidR="0009622B" w14:paraId="08657D25" w14:textId="77777777" w:rsidTr="00DF6623">
        <w:trPr>
          <w:jc w:val="center"/>
        </w:trPr>
        <w:tc>
          <w:tcPr>
            <w:tcW w:w="453" w:type="dxa"/>
            <w:tcMar>
              <w:top w:w="40" w:type="dxa"/>
              <w:left w:w="60" w:type="dxa"/>
              <w:bottom w:w="40" w:type="dxa"/>
              <w:right w:w="60" w:type="dxa"/>
            </w:tcMar>
            <w:vAlign w:val="center"/>
          </w:tcPr>
          <w:p w14:paraId="7F50D4A6" w14:textId="77777777" w:rsidR="0009622B" w:rsidRDefault="0009622B" w:rsidP="00DF6623">
            <w:pPr>
              <w:spacing w:after="0"/>
              <w:jc w:val="center"/>
            </w:pPr>
            <w:r>
              <w:t>198</w:t>
            </w:r>
          </w:p>
        </w:tc>
        <w:tc>
          <w:tcPr>
            <w:tcW w:w="7371" w:type="dxa"/>
            <w:tcMar>
              <w:top w:w="40" w:type="dxa"/>
              <w:left w:w="60" w:type="dxa"/>
              <w:bottom w:w="40" w:type="dxa"/>
              <w:right w:w="60" w:type="dxa"/>
            </w:tcMar>
            <w:vAlign w:val="center"/>
          </w:tcPr>
          <w:p w14:paraId="5AFAD140" w14:textId="77777777" w:rsidR="0009622B" w:rsidRDefault="0009622B" w:rsidP="00DF6623">
            <w:pPr>
              <w:spacing w:after="0"/>
            </w:pPr>
            <w:proofErr w:type="spellStart"/>
            <w:r>
              <w:rPr>
                <w:rFonts w:cs="Times New Roman"/>
              </w:rPr>
              <w:t>Юбка</w:t>
            </w:r>
            <w:proofErr w:type="spellEnd"/>
            <w:r>
              <w:rPr>
                <w:rFonts w:cs="Times New Roman"/>
              </w:rPr>
              <w:t xml:space="preserve"> — </w:t>
            </w:r>
            <w:proofErr w:type="spellStart"/>
            <w:r>
              <w:rPr>
                <w:rFonts w:cs="Times New Roman"/>
              </w:rPr>
              <w:t>арт</w:t>
            </w:r>
            <w:proofErr w:type="spellEnd"/>
            <w:r>
              <w:rPr>
                <w:rFonts w:cs="Times New Roman"/>
              </w:rPr>
              <w:t xml:space="preserve">. 058,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633A6248"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51D962C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BAF91D0" w14:textId="77777777" w:rsidR="009C1061" w:rsidRDefault="00441274">
            <w:pPr>
              <w:jc w:val="right"/>
            </w:pPr>
            <w:r>
              <w:t>250 руб.</w:t>
            </w:r>
          </w:p>
        </w:tc>
        <w:tc>
          <w:tcPr>
            <w:tcW w:w="1587" w:type="dxa"/>
            <w:tcMar>
              <w:top w:w="40" w:type="dxa"/>
              <w:left w:w="60" w:type="dxa"/>
              <w:bottom w:w="40" w:type="dxa"/>
              <w:right w:w="60" w:type="dxa"/>
            </w:tcMar>
            <w:vAlign w:val="center"/>
          </w:tcPr>
          <w:p w14:paraId="39799568" w14:textId="77777777" w:rsidR="009C1061" w:rsidRDefault="00441274">
            <w:pPr>
              <w:jc w:val="right"/>
            </w:pPr>
            <w:r>
              <w:t>1 000 руб.</w:t>
            </w:r>
          </w:p>
        </w:tc>
      </w:tr>
      <w:tr w:rsidR="0009622B" w14:paraId="6C7A7B71" w14:textId="77777777" w:rsidTr="00DF6623">
        <w:trPr>
          <w:jc w:val="center"/>
        </w:trPr>
        <w:tc>
          <w:tcPr>
            <w:tcW w:w="453" w:type="dxa"/>
            <w:tcMar>
              <w:top w:w="40" w:type="dxa"/>
              <w:left w:w="60" w:type="dxa"/>
              <w:bottom w:w="40" w:type="dxa"/>
              <w:right w:w="60" w:type="dxa"/>
            </w:tcMar>
            <w:vAlign w:val="center"/>
          </w:tcPr>
          <w:p w14:paraId="387E970F" w14:textId="77777777" w:rsidR="0009622B" w:rsidRDefault="0009622B" w:rsidP="00DF6623">
            <w:pPr>
              <w:spacing w:after="0"/>
              <w:jc w:val="center"/>
            </w:pPr>
            <w:r>
              <w:t>199</w:t>
            </w:r>
          </w:p>
        </w:tc>
        <w:tc>
          <w:tcPr>
            <w:tcW w:w="7371" w:type="dxa"/>
            <w:tcMar>
              <w:top w:w="40" w:type="dxa"/>
              <w:left w:w="60" w:type="dxa"/>
              <w:bottom w:w="40" w:type="dxa"/>
              <w:right w:w="60" w:type="dxa"/>
            </w:tcMar>
            <w:vAlign w:val="center"/>
          </w:tcPr>
          <w:p w14:paraId="6B75F124"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Защип</w:t>
            </w:r>
            <w:proofErr w:type="spellEnd"/>
            <w:r>
              <w:rPr>
                <w:rFonts w:cs="Times New Roman"/>
              </w:rPr>
              <w:t xml:space="preserve">» </w:t>
            </w:r>
            <w:proofErr w:type="spellStart"/>
            <w:r>
              <w:rPr>
                <w:rFonts w:cs="Times New Roman"/>
              </w:rPr>
              <w:t>Киргизия</w:t>
            </w:r>
            <w:proofErr w:type="spellEnd"/>
            <w:r>
              <w:rPr>
                <w:rFonts w:cs="Times New Roman"/>
              </w:rPr>
              <w:t xml:space="preserve"> — </w:t>
            </w:r>
            <w:proofErr w:type="spellStart"/>
            <w:r>
              <w:rPr>
                <w:rFonts w:cs="Times New Roman"/>
              </w:rPr>
              <w:t>разм</w:t>
            </w:r>
            <w:proofErr w:type="spellEnd"/>
            <w:r>
              <w:rPr>
                <w:rFonts w:cs="Times New Roman"/>
              </w:rPr>
              <w:t>. 50</w:t>
            </w:r>
          </w:p>
        </w:tc>
        <w:tc>
          <w:tcPr>
            <w:tcW w:w="737" w:type="dxa"/>
            <w:tcMar>
              <w:top w:w="40" w:type="dxa"/>
              <w:left w:w="60" w:type="dxa"/>
              <w:bottom w:w="40" w:type="dxa"/>
              <w:right w:w="60" w:type="dxa"/>
            </w:tcMar>
            <w:vAlign w:val="center"/>
          </w:tcPr>
          <w:p w14:paraId="26B0D1FD"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68749D9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CCDA887" w14:textId="77777777" w:rsidR="009C1061" w:rsidRDefault="00441274">
            <w:pPr>
              <w:jc w:val="right"/>
            </w:pPr>
            <w:r>
              <w:t>250 руб.</w:t>
            </w:r>
          </w:p>
        </w:tc>
        <w:tc>
          <w:tcPr>
            <w:tcW w:w="1587" w:type="dxa"/>
            <w:tcMar>
              <w:top w:w="40" w:type="dxa"/>
              <w:left w:w="60" w:type="dxa"/>
              <w:bottom w:w="40" w:type="dxa"/>
              <w:right w:w="60" w:type="dxa"/>
            </w:tcMar>
            <w:vAlign w:val="center"/>
          </w:tcPr>
          <w:p w14:paraId="58C72F9D" w14:textId="77777777" w:rsidR="009C1061" w:rsidRDefault="00441274">
            <w:pPr>
              <w:jc w:val="right"/>
            </w:pPr>
            <w:r>
              <w:t>750 руб.</w:t>
            </w:r>
          </w:p>
        </w:tc>
      </w:tr>
      <w:tr w:rsidR="0009622B" w14:paraId="2D9C94C2" w14:textId="77777777" w:rsidTr="00DF6623">
        <w:trPr>
          <w:jc w:val="center"/>
        </w:trPr>
        <w:tc>
          <w:tcPr>
            <w:tcW w:w="453" w:type="dxa"/>
            <w:tcMar>
              <w:top w:w="40" w:type="dxa"/>
              <w:left w:w="60" w:type="dxa"/>
              <w:bottom w:w="40" w:type="dxa"/>
              <w:right w:w="60" w:type="dxa"/>
            </w:tcMar>
            <w:vAlign w:val="center"/>
          </w:tcPr>
          <w:p w14:paraId="31DE7CFC" w14:textId="77777777" w:rsidR="0009622B" w:rsidRDefault="0009622B" w:rsidP="00DF6623">
            <w:pPr>
              <w:spacing w:after="0"/>
              <w:jc w:val="center"/>
            </w:pPr>
            <w:r>
              <w:t>200</w:t>
            </w:r>
          </w:p>
        </w:tc>
        <w:tc>
          <w:tcPr>
            <w:tcW w:w="7371" w:type="dxa"/>
            <w:tcMar>
              <w:top w:w="40" w:type="dxa"/>
              <w:left w:w="60" w:type="dxa"/>
              <w:bottom w:w="40" w:type="dxa"/>
              <w:right w:w="60" w:type="dxa"/>
            </w:tcMar>
            <w:vAlign w:val="center"/>
          </w:tcPr>
          <w:p w14:paraId="3F6DAEC8"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xml:space="preserve">. 171, </w:t>
            </w:r>
            <w:proofErr w:type="spellStart"/>
            <w:r>
              <w:rPr>
                <w:rFonts w:cs="Times New Roman"/>
              </w:rPr>
              <w:t>разм</w:t>
            </w:r>
            <w:proofErr w:type="spellEnd"/>
            <w:r>
              <w:rPr>
                <w:rFonts w:cs="Times New Roman"/>
              </w:rPr>
              <w:t>. 42</w:t>
            </w:r>
          </w:p>
        </w:tc>
        <w:tc>
          <w:tcPr>
            <w:tcW w:w="737" w:type="dxa"/>
            <w:tcMar>
              <w:top w:w="40" w:type="dxa"/>
              <w:left w:w="60" w:type="dxa"/>
              <w:bottom w:w="40" w:type="dxa"/>
              <w:right w:w="60" w:type="dxa"/>
            </w:tcMar>
            <w:vAlign w:val="center"/>
          </w:tcPr>
          <w:p w14:paraId="6DD70353"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6CA76AB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DB67135" w14:textId="77777777" w:rsidR="009C1061" w:rsidRDefault="00441274">
            <w:pPr>
              <w:jc w:val="right"/>
            </w:pPr>
            <w:r>
              <w:t>250 руб.</w:t>
            </w:r>
          </w:p>
        </w:tc>
        <w:tc>
          <w:tcPr>
            <w:tcW w:w="1587" w:type="dxa"/>
            <w:tcMar>
              <w:top w:w="40" w:type="dxa"/>
              <w:left w:w="60" w:type="dxa"/>
              <w:bottom w:w="40" w:type="dxa"/>
              <w:right w:w="60" w:type="dxa"/>
            </w:tcMar>
            <w:vAlign w:val="center"/>
          </w:tcPr>
          <w:p w14:paraId="0B21E00A" w14:textId="77777777" w:rsidR="009C1061" w:rsidRDefault="00441274">
            <w:pPr>
              <w:jc w:val="right"/>
            </w:pPr>
            <w:r>
              <w:t>500 руб.</w:t>
            </w:r>
          </w:p>
        </w:tc>
      </w:tr>
      <w:tr w:rsidR="0009622B" w14:paraId="6D2A7640" w14:textId="77777777" w:rsidTr="00DF6623">
        <w:trPr>
          <w:jc w:val="center"/>
        </w:trPr>
        <w:tc>
          <w:tcPr>
            <w:tcW w:w="453" w:type="dxa"/>
            <w:tcMar>
              <w:top w:w="40" w:type="dxa"/>
              <w:left w:w="60" w:type="dxa"/>
              <w:bottom w:w="40" w:type="dxa"/>
              <w:right w:w="60" w:type="dxa"/>
            </w:tcMar>
            <w:vAlign w:val="center"/>
          </w:tcPr>
          <w:p w14:paraId="6B03A7FF" w14:textId="77777777" w:rsidR="0009622B" w:rsidRDefault="0009622B" w:rsidP="00DF6623">
            <w:pPr>
              <w:spacing w:after="0"/>
              <w:jc w:val="center"/>
            </w:pPr>
            <w:r>
              <w:t>201</w:t>
            </w:r>
          </w:p>
        </w:tc>
        <w:tc>
          <w:tcPr>
            <w:tcW w:w="7371" w:type="dxa"/>
            <w:tcMar>
              <w:top w:w="40" w:type="dxa"/>
              <w:left w:w="60" w:type="dxa"/>
              <w:bottom w:w="40" w:type="dxa"/>
              <w:right w:w="60" w:type="dxa"/>
            </w:tcMar>
            <w:vAlign w:val="center"/>
          </w:tcPr>
          <w:p w14:paraId="0650D375"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Киргизия</w:t>
            </w:r>
            <w:proofErr w:type="spellEnd"/>
            <w:r>
              <w:rPr>
                <w:rFonts w:cs="Times New Roman"/>
              </w:rPr>
              <w:t xml:space="preserve"> — </w:t>
            </w:r>
            <w:proofErr w:type="spellStart"/>
            <w:r>
              <w:rPr>
                <w:rFonts w:cs="Times New Roman"/>
              </w:rPr>
              <w:t>арт</w:t>
            </w:r>
            <w:proofErr w:type="spellEnd"/>
            <w:r>
              <w:rPr>
                <w:rFonts w:cs="Times New Roman"/>
              </w:rPr>
              <w:t xml:space="preserve">. 062,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65CCDFAE" w14:textId="77777777" w:rsidR="0009622B" w:rsidRDefault="0009622B" w:rsidP="00DF6623">
            <w:pPr>
              <w:spacing w:after="0"/>
              <w:jc w:val="center"/>
            </w:pPr>
            <w:r>
              <w:rPr>
                <w:rFonts w:cs="Times New Roman"/>
              </w:rPr>
              <w:t>6</w:t>
            </w:r>
          </w:p>
        </w:tc>
        <w:tc>
          <w:tcPr>
            <w:tcW w:w="680" w:type="dxa"/>
            <w:tcMar>
              <w:top w:w="40" w:type="dxa"/>
              <w:left w:w="60" w:type="dxa"/>
              <w:bottom w:w="40" w:type="dxa"/>
              <w:right w:w="60" w:type="dxa"/>
            </w:tcMar>
            <w:vAlign w:val="center"/>
          </w:tcPr>
          <w:p w14:paraId="7FAE0E8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370DFC2" w14:textId="77777777" w:rsidR="009C1061" w:rsidRDefault="00441274">
            <w:pPr>
              <w:jc w:val="right"/>
            </w:pPr>
            <w:r>
              <w:t>250 руб.</w:t>
            </w:r>
          </w:p>
        </w:tc>
        <w:tc>
          <w:tcPr>
            <w:tcW w:w="1587" w:type="dxa"/>
            <w:tcMar>
              <w:top w:w="40" w:type="dxa"/>
              <w:left w:w="60" w:type="dxa"/>
              <w:bottom w:w="40" w:type="dxa"/>
              <w:right w:w="60" w:type="dxa"/>
            </w:tcMar>
            <w:vAlign w:val="center"/>
          </w:tcPr>
          <w:p w14:paraId="2C44F9A8" w14:textId="77777777" w:rsidR="009C1061" w:rsidRDefault="00441274">
            <w:pPr>
              <w:jc w:val="right"/>
            </w:pPr>
            <w:r>
              <w:t>1 500 руб.</w:t>
            </w:r>
          </w:p>
        </w:tc>
      </w:tr>
      <w:tr w:rsidR="0009622B" w14:paraId="5BF4C15F" w14:textId="77777777" w:rsidTr="00DF6623">
        <w:trPr>
          <w:jc w:val="center"/>
        </w:trPr>
        <w:tc>
          <w:tcPr>
            <w:tcW w:w="453" w:type="dxa"/>
            <w:tcMar>
              <w:top w:w="40" w:type="dxa"/>
              <w:left w:w="60" w:type="dxa"/>
              <w:bottom w:w="40" w:type="dxa"/>
              <w:right w:w="60" w:type="dxa"/>
            </w:tcMar>
            <w:vAlign w:val="center"/>
          </w:tcPr>
          <w:p w14:paraId="11075563" w14:textId="77777777" w:rsidR="0009622B" w:rsidRDefault="0009622B" w:rsidP="00DF6623">
            <w:pPr>
              <w:spacing w:after="0"/>
              <w:jc w:val="center"/>
            </w:pPr>
            <w:r>
              <w:lastRenderedPageBreak/>
              <w:t>202</w:t>
            </w:r>
          </w:p>
        </w:tc>
        <w:tc>
          <w:tcPr>
            <w:tcW w:w="7371" w:type="dxa"/>
            <w:tcMar>
              <w:top w:w="40" w:type="dxa"/>
              <w:left w:w="60" w:type="dxa"/>
              <w:bottom w:w="40" w:type="dxa"/>
              <w:right w:w="60" w:type="dxa"/>
            </w:tcMar>
            <w:vAlign w:val="center"/>
          </w:tcPr>
          <w:p w14:paraId="61636C3D" w14:textId="77777777" w:rsidR="0009622B" w:rsidRDefault="0009622B" w:rsidP="00DF6623">
            <w:pPr>
              <w:spacing w:after="0"/>
            </w:pPr>
            <w:proofErr w:type="spellStart"/>
            <w:r>
              <w:rPr>
                <w:rFonts w:cs="Times New Roman"/>
              </w:rPr>
              <w:t>Юбка</w:t>
            </w:r>
            <w:proofErr w:type="spellEnd"/>
            <w:r>
              <w:rPr>
                <w:rFonts w:cs="Times New Roman"/>
              </w:rPr>
              <w:t xml:space="preserve"> — </w:t>
            </w:r>
            <w:proofErr w:type="spellStart"/>
            <w:r>
              <w:rPr>
                <w:rFonts w:cs="Times New Roman"/>
              </w:rPr>
              <w:t>арт</w:t>
            </w:r>
            <w:proofErr w:type="spellEnd"/>
            <w:r>
              <w:rPr>
                <w:rFonts w:cs="Times New Roman"/>
              </w:rPr>
              <w:t xml:space="preserve">. 171,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3E3C3F9F"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286179F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E911CAD" w14:textId="77777777" w:rsidR="009C1061" w:rsidRDefault="00441274">
            <w:pPr>
              <w:jc w:val="right"/>
            </w:pPr>
            <w:r>
              <w:t>250 руб.</w:t>
            </w:r>
          </w:p>
        </w:tc>
        <w:tc>
          <w:tcPr>
            <w:tcW w:w="1587" w:type="dxa"/>
            <w:tcMar>
              <w:top w:w="40" w:type="dxa"/>
              <w:left w:w="60" w:type="dxa"/>
              <w:bottom w:w="40" w:type="dxa"/>
              <w:right w:w="60" w:type="dxa"/>
            </w:tcMar>
            <w:vAlign w:val="center"/>
          </w:tcPr>
          <w:p w14:paraId="6005DCCE" w14:textId="77777777" w:rsidR="009C1061" w:rsidRDefault="00441274">
            <w:pPr>
              <w:jc w:val="right"/>
            </w:pPr>
            <w:r>
              <w:t>750 руб.</w:t>
            </w:r>
          </w:p>
        </w:tc>
      </w:tr>
      <w:tr w:rsidR="0009622B" w14:paraId="3BC6C825" w14:textId="77777777" w:rsidTr="00DF6623">
        <w:trPr>
          <w:jc w:val="center"/>
        </w:trPr>
        <w:tc>
          <w:tcPr>
            <w:tcW w:w="453" w:type="dxa"/>
            <w:tcMar>
              <w:top w:w="40" w:type="dxa"/>
              <w:left w:w="60" w:type="dxa"/>
              <w:bottom w:w="40" w:type="dxa"/>
              <w:right w:w="60" w:type="dxa"/>
            </w:tcMar>
            <w:vAlign w:val="center"/>
          </w:tcPr>
          <w:p w14:paraId="57AB40FD" w14:textId="77777777" w:rsidR="0009622B" w:rsidRDefault="0009622B" w:rsidP="00DF6623">
            <w:pPr>
              <w:spacing w:after="0"/>
              <w:jc w:val="center"/>
            </w:pPr>
            <w:r>
              <w:t>203</w:t>
            </w:r>
          </w:p>
        </w:tc>
        <w:tc>
          <w:tcPr>
            <w:tcW w:w="7371" w:type="dxa"/>
            <w:tcMar>
              <w:top w:w="40" w:type="dxa"/>
              <w:left w:w="60" w:type="dxa"/>
              <w:bottom w:w="40" w:type="dxa"/>
              <w:right w:w="60" w:type="dxa"/>
            </w:tcMar>
            <w:vAlign w:val="center"/>
          </w:tcPr>
          <w:p w14:paraId="5FE8FDD4" w14:textId="77777777" w:rsidR="0009622B" w:rsidRDefault="0009622B" w:rsidP="00DF6623">
            <w:pPr>
              <w:spacing w:after="0"/>
            </w:pPr>
            <w:proofErr w:type="spellStart"/>
            <w:r>
              <w:rPr>
                <w:rFonts w:cs="Times New Roman"/>
              </w:rPr>
              <w:t>Юбка</w:t>
            </w:r>
            <w:proofErr w:type="spellEnd"/>
            <w:r>
              <w:rPr>
                <w:rFonts w:cs="Times New Roman"/>
              </w:rPr>
              <w:t xml:space="preserve"> — </w:t>
            </w:r>
            <w:proofErr w:type="spellStart"/>
            <w:r>
              <w:rPr>
                <w:rFonts w:cs="Times New Roman"/>
              </w:rPr>
              <w:t>арт</w:t>
            </w:r>
            <w:proofErr w:type="spellEnd"/>
            <w:r>
              <w:rPr>
                <w:rFonts w:cs="Times New Roman"/>
              </w:rPr>
              <w:t xml:space="preserve">. 062,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085E98A4"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012914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35B8E55" w14:textId="77777777" w:rsidR="009C1061" w:rsidRDefault="00441274">
            <w:pPr>
              <w:jc w:val="right"/>
            </w:pPr>
            <w:r>
              <w:t>250 руб.</w:t>
            </w:r>
          </w:p>
        </w:tc>
        <w:tc>
          <w:tcPr>
            <w:tcW w:w="1587" w:type="dxa"/>
            <w:tcMar>
              <w:top w:w="40" w:type="dxa"/>
              <w:left w:w="60" w:type="dxa"/>
              <w:bottom w:w="40" w:type="dxa"/>
              <w:right w:w="60" w:type="dxa"/>
            </w:tcMar>
            <w:vAlign w:val="center"/>
          </w:tcPr>
          <w:p w14:paraId="7A70284B" w14:textId="77777777" w:rsidR="009C1061" w:rsidRDefault="00441274">
            <w:pPr>
              <w:jc w:val="right"/>
            </w:pPr>
            <w:r>
              <w:t>250 руб.</w:t>
            </w:r>
          </w:p>
        </w:tc>
      </w:tr>
      <w:tr w:rsidR="0009622B" w14:paraId="45F5EE3A" w14:textId="77777777" w:rsidTr="00DF6623">
        <w:trPr>
          <w:jc w:val="center"/>
        </w:trPr>
        <w:tc>
          <w:tcPr>
            <w:tcW w:w="453" w:type="dxa"/>
            <w:tcMar>
              <w:top w:w="40" w:type="dxa"/>
              <w:left w:w="60" w:type="dxa"/>
              <w:bottom w:w="40" w:type="dxa"/>
              <w:right w:w="60" w:type="dxa"/>
            </w:tcMar>
            <w:vAlign w:val="center"/>
          </w:tcPr>
          <w:p w14:paraId="53F919DE" w14:textId="77777777" w:rsidR="0009622B" w:rsidRDefault="0009622B" w:rsidP="00DF6623">
            <w:pPr>
              <w:spacing w:after="0"/>
              <w:jc w:val="center"/>
            </w:pPr>
            <w:r>
              <w:t>204</w:t>
            </w:r>
          </w:p>
        </w:tc>
        <w:tc>
          <w:tcPr>
            <w:tcW w:w="7371" w:type="dxa"/>
            <w:tcMar>
              <w:top w:w="40" w:type="dxa"/>
              <w:left w:w="60" w:type="dxa"/>
              <w:bottom w:w="40" w:type="dxa"/>
              <w:right w:w="60" w:type="dxa"/>
            </w:tcMar>
            <w:vAlign w:val="center"/>
          </w:tcPr>
          <w:p w14:paraId="16623F1B"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Сетка</w:t>
            </w:r>
            <w:proofErr w:type="spellEnd"/>
            <w:r>
              <w:rPr>
                <w:rFonts w:cs="Times New Roman"/>
              </w:rPr>
              <w:t xml:space="preserve">» — </w:t>
            </w:r>
            <w:proofErr w:type="spellStart"/>
            <w:r>
              <w:rPr>
                <w:rFonts w:cs="Times New Roman"/>
              </w:rPr>
              <w:t>арт</w:t>
            </w:r>
            <w:proofErr w:type="spellEnd"/>
            <w:r>
              <w:rPr>
                <w:rFonts w:cs="Times New Roman"/>
              </w:rPr>
              <w:t xml:space="preserve">. 016, </w:t>
            </w:r>
            <w:proofErr w:type="spellStart"/>
            <w:r>
              <w:rPr>
                <w:rFonts w:cs="Times New Roman"/>
              </w:rPr>
              <w:t>разм</w:t>
            </w:r>
            <w:proofErr w:type="spellEnd"/>
            <w:r>
              <w:rPr>
                <w:rFonts w:cs="Times New Roman"/>
              </w:rPr>
              <w:t>. 50</w:t>
            </w:r>
          </w:p>
        </w:tc>
        <w:tc>
          <w:tcPr>
            <w:tcW w:w="737" w:type="dxa"/>
            <w:tcMar>
              <w:top w:w="40" w:type="dxa"/>
              <w:left w:w="60" w:type="dxa"/>
              <w:bottom w:w="40" w:type="dxa"/>
              <w:right w:w="60" w:type="dxa"/>
            </w:tcMar>
            <w:vAlign w:val="center"/>
          </w:tcPr>
          <w:p w14:paraId="521BA00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8D7601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98D7478" w14:textId="77777777" w:rsidR="009C1061" w:rsidRDefault="00441274">
            <w:pPr>
              <w:jc w:val="right"/>
            </w:pPr>
            <w:r>
              <w:t>250 руб.</w:t>
            </w:r>
          </w:p>
        </w:tc>
        <w:tc>
          <w:tcPr>
            <w:tcW w:w="1587" w:type="dxa"/>
            <w:tcMar>
              <w:top w:w="40" w:type="dxa"/>
              <w:left w:w="60" w:type="dxa"/>
              <w:bottom w:w="40" w:type="dxa"/>
              <w:right w:w="60" w:type="dxa"/>
            </w:tcMar>
            <w:vAlign w:val="center"/>
          </w:tcPr>
          <w:p w14:paraId="52BA08F1" w14:textId="77777777" w:rsidR="009C1061" w:rsidRDefault="00441274">
            <w:pPr>
              <w:jc w:val="right"/>
            </w:pPr>
            <w:r>
              <w:t>250 руб.</w:t>
            </w:r>
          </w:p>
        </w:tc>
      </w:tr>
      <w:tr w:rsidR="0009622B" w14:paraId="3B2B1B75" w14:textId="77777777" w:rsidTr="00DF6623">
        <w:trPr>
          <w:jc w:val="center"/>
        </w:trPr>
        <w:tc>
          <w:tcPr>
            <w:tcW w:w="453" w:type="dxa"/>
            <w:tcMar>
              <w:top w:w="40" w:type="dxa"/>
              <w:left w:w="60" w:type="dxa"/>
              <w:bottom w:w="40" w:type="dxa"/>
              <w:right w:w="60" w:type="dxa"/>
            </w:tcMar>
            <w:vAlign w:val="center"/>
          </w:tcPr>
          <w:p w14:paraId="06C0F766" w14:textId="77777777" w:rsidR="0009622B" w:rsidRDefault="0009622B" w:rsidP="00DF6623">
            <w:pPr>
              <w:spacing w:after="0"/>
              <w:jc w:val="center"/>
            </w:pPr>
            <w:r>
              <w:t>205</w:t>
            </w:r>
          </w:p>
        </w:tc>
        <w:tc>
          <w:tcPr>
            <w:tcW w:w="7371" w:type="dxa"/>
            <w:tcMar>
              <w:top w:w="40" w:type="dxa"/>
              <w:left w:w="60" w:type="dxa"/>
              <w:bottom w:w="40" w:type="dxa"/>
              <w:right w:w="60" w:type="dxa"/>
            </w:tcMar>
            <w:vAlign w:val="center"/>
          </w:tcPr>
          <w:p w14:paraId="33DFACBE"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Бишкек</w:t>
            </w:r>
            <w:proofErr w:type="spellEnd"/>
            <w:r>
              <w:rPr>
                <w:rFonts w:cs="Times New Roman"/>
              </w:rPr>
              <w:t xml:space="preserve"> — </w:t>
            </w:r>
            <w:proofErr w:type="spellStart"/>
            <w:r>
              <w:rPr>
                <w:rFonts w:cs="Times New Roman"/>
              </w:rPr>
              <w:t>арт</w:t>
            </w:r>
            <w:proofErr w:type="spellEnd"/>
            <w:r>
              <w:rPr>
                <w:rFonts w:cs="Times New Roman"/>
              </w:rPr>
              <w:t xml:space="preserve">. 184, </w:t>
            </w:r>
            <w:proofErr w:type="spellStart"/>
            <w:r>
              <w:rPr>
                <w:rFonts w:cs="Times New Roman"/>
              </w:rPr>
              <w:t>разм</w:t>
            </w:r>
            <w:proofErr w:type="spellEnd"/>
            <w:r>
              <w:rPr>
                <w:rFonts w:cs="Times New Roman"/>
              </w:rPr>
              <w:t>. 46</w:t>
            </w:r>
          </w:p>
        </w:tc>
        <w:tc>
          <w:tcPr>
            <w:tcW w:w="737" w:type="dxa"/>
            <w:tcMar>
              <w:top w:w="40" w:type="dxa"/>
              <w:left w:w="60" w:type="dxa"/>
              <w:bottom w:w="40" w:type="dxa"/>
              <w:right w:w="60" w:type="dxa"/>
            </w:tcMar>
            <w:vAlign w:val="center"/>
          </w:tcPr>
          <w:p w14:paraId="26F2C0B4"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49D77E6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B18F40E" w14:textId="77777777" w:rsidR="009C1061" w:rsidRDefault="00441274">
            <w:pPr>
              <w:jc w:val="right"/>
            </w:pPr>
            <w:r>
              <w:t>250 руб.</w:t>
            </w:r>
          </w:p>
        </w:tc>
        <w:tc>
          <w:tcPr>
            <w:tcW w:w="1587" w:type="dxa"/>
            <w:tcMar>
              <w:top w:w="40" w:type="dxa"/>
              <w:left w:w="60" w:type="dxa"/>
              <w:bottom w:w="40" w:type="dxa"/>
              <w:right w:w="60" w:type="dxa"/>
            </w:tcMar>
            <w:vAlign w:val="center"/>
          </w:tcPr>
          <w:p w14:paraId="3757B798" w14:textId="77777777" w:rsidR="009C1061" w:rsidRDefault="00441274">
            <w:pPr>
              <w:jc w:val="right"/>
            </w:pPr>
            <w:r>
              <w:t>1 000 руб.</w:t>
            </w:r>
          </w:p>
        </w:tc>
      </w:tr>
      <w:tr w:rsidR="0009622B" w14:paraId="1EC5A2A0" w14:textId="77777777" w:rsidTr="00DF6623">
        <w:trPr>
          <w:jc w:val="center"/>
        </w:trPr>
        <w:tc>
          <w:tcPr>
            <w:tcW w:w="453" w:type="dxa"/>
            <w:tcMar>
              <w:top w:w="40" w:type="dxa"/>
              <w:left w:w="60" w:type="dxa"/>
              <w:bottom w:w="40" w:type="dxa"/>
              <w:right w:w="60" w:type="dxa"/>
            </w:tcMar>
            <w:vAlign w:val="center"/>
          </w:tcPr>
          <w:p w14:paraId="7FC93E27" w14:textId="77777777" w:rsidR="0009622B" w:rsidRDefault="0009622B" w:rsidP="00DF6623">
            <w:pPr>
              <w:spacing w:after="0"/>
              <w:jc w:val="center"/>
            </w:pPr>
            <w:r>
              <w:t>206</w:t>
            </w:r>
          </w:p>
        </w:tc>
        <w:tc>
          <w:tcPr>
            <w:tcW w:w="7371" w:type="dxa"/>
            <w:tcMar>
              <w:top w:w="40" w:type="dxa"/>
              <w:left w:w="60" w:type="dxa"/>
              <w:bottom w:w="40" w:type="dxa"/>
              <w:right w:w="60" w:type="dxa"/>
            </w:tcMar>
            <w:vAlign w:val="center"/>
          </w:tcPr>
          <w:p w14:paraId="66625886"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Бишкек</w:t>
            </w:r>
            <w:proofErr w:type="spellEnd"/>
            <w:r>
              <w:rPr>
                <w:rFonts w:cs="Times New Roman"/>
              </w:rPr>
              <w:t xml:space="preserve"> (</w:t>
            </w:r>
            <w:proofErr w:type="spellStart"/>
            <w:r>
              <w:rPr>
                <w:rFonts w:cs="Times New Roman"/>
              </w:rPr>
              <w:t>разноцветные</w:t>
            </w:r>
            <w:proofErr w:type="spellEnd"/>
            <w:r>
              <w:rPr>
                <w:rFonts w:cs="Times New Roman"/>
              </w:rPr>
              <w:t xml:space="preserve">) — </w:t>
            </w:r>
            <w:proofErr w:type="spellStart"/>
            <w:r>
              <w:rPr>
                <w:rFonts w:cs="Times New Roman"/>
              </w:rPr>
              <w:t>арт</w:t>
            </w:r>
            <w:proofErr w:type="spellEnd"/>
            <w:r>
              <w:rPr>
                <w:rFonts w:cs="Times New Roman"/>
              </w:rPr>
              <w:t>. 2230</w:t>
            </w:r>
          </w:p>
        </w:tc>
        <w:tc>
          <w:tcPr>
            <w:tcW w:w="737" w:type="dxa"/>
            <w:tcMar>
              <w:top w:w="40" w:type="dxa"/>
              <w:left w:w="60" w:type="dxa"/>
              <w:bottom w:w="40" w:type="dxa"/>
              <w:right w:w="60" w:type="dxa"/>
            </w:tcMar>
            <w:vAlign w:val="center"/>
          </w:tcPr>
          <w:p w14:paraId="65EAFE58"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032C64D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9264587" w14:textId="77777777" w:rsidR="009C1061" w:rsidRDefault="00441274">
            <w:pPr>
              <w:jc w:val="right"/>
            </w:pPr>
            <w:r>
              <w:t>250 руб.</w:t>
            </w:r>
          </w:p>
        </w:tc>
        <w:tc>
          <w:tcPr>
            <w:tcW w:w="1587" w:type="dxa"/>
            <w:tcMar>
              <w:top w:w="40" w:type="dxa"/>
              <w:left w:w="60" w:type="dxa"/>
              <w:bottom w:w="40" w:type="dxa"/>
              <w:right w:w="60" w:type="dxa"/>
            </w:tcMar>
            <w:vAlign w:val="center"/>
          </w:tcPr>
          <w:p w14:paraId="2C4644AE" w14:textId="77777777" w:rsidR="009C1061" w:rsidRDefault="00441274">
            <w:pPr>
              <w:jc w:val="right"/>
            </w:pPr>
            <w:r>
              <w:t>1 000 руб.</w:t>
            </w:r>
          </w:p>
        </w:tc>
      </w:tr>
      <w:tr w:rsidR="0009622B" w14:paraId="20A295DC" w14:textId="77777777" w:rsidTr="00DF6623">
        <w:trPr>
          <w:jc w:val="center"/>
        </w:trPr>
        <w:tc>
          <w:tcPr>
            <w:tcW w:w="453" w:type="dxa"/>
            <w:tcMar>
              <w:top w:w="40" w:type="dxa"/>
              <w:left w:w="60" w:type="dxa"/>
              <w:bottom w:w="40" w:type="dxa"/>
              <w:right w:w="60" w:type="dxa"/>
            </w:tcMar>
            <w:vAlign w:val="center"/>
          </w:tcPr>
          <w:p w14:paraId="1EFC9EAE" w14:textId="77777777" w:rsidR="0009622B" w:rsidRDefault="0009622B" w:rsidP="00DF6623">
            <w:pPr>
              <w:spacing w:after="0"/>
              <w:jc w:val="center"/>
            </w:pPr>
            <w:r>
              <w:t>207</w:t>
            </w:r>
          </w:p>
        </w:tc>
        <w:tc>
          <w:tcPr>
            <w:tcW w:w="7371" w:type="dxa"/>
            <w:tcMar>
              <w:top w:w="40" w:type="dxa"/>
              <w:left w:w="60" w:type="dxa"/>
              <w:bottom w:w="40" w:type="dxa"/>
              <w:right w:w="60" w:type="dxa"/>
            </w:tcMar>
            <w:vAlign w:val="center"/>
          </w:tcPr>
          <w:p w14:paraId="5C6048C9" w14:textId="77777777" w:rsidR="0009622B" w:rsidRPr="00096B3D" w:rsidRDefault="0009622B" w:rsidP="00DF6623">
            <w:pPr>
              <w:spacing w:after="0"/>
              <w:rPr>
                <w:lang w:val="ru-RU"/>
              </w:rPr>
            </w:pPr>
            <w:r w:rsidRPr="00CA0274">
              <w:rPr>
                <w:rFonts w:cs="Times New Roman"/>
                <w:lang w:val="ru-RU"/>
              </w:rPr>
              <w:t xml:space="preserve">Юбка Бишкек — арт. </w:t>
            </w:r>
            <w:r>
              <w:rPr>
                <w:rFonts w:cs="Times New Roman"/>
              </w:rPr>
              <w:t>B</w:t>
            </w:r>
            <w:r w:rsidRPr="00CA0274">
              <w:rPr>
                <w:rFonts w:cs="Times New Roman"/>
                <w:lang w:val="ru-RU"/>
              </w:rPr>
              <w:t xml:space="preserve">73, </w:t>
            </w:r>
            <w:proofErr w:type="spellStart"/>
            <w:r w:rsidRPr="00CA0274">
              <w:rPr>
                <w:rFonts w:cs="Times New Roman"/>
                <w:lang w:val="ru-RU"/>
              </w:rPr>
              <w:t>разм</w:t>
            </w:r>
            <w:proofErr w:type="spellEnd"/>
            <w:r w:rsidRPr="00CA0274">
              <w:rPr>
                <w:rFonts w:cs="Times New Roman"/>
                <w:lang w:val="ru-RU"/>
              </w:rPr>
              <w:t xml:space="preserve">. </w:t>
            </w:r>
            <w:r w:rsidRPr="00096B3D">
              <w:rPr>
                <w:rFonts w:cs="Times New Roman"/>
                <w:lang w:val="ru-RU"/>
              </w:rPr>
              <w:t>44</w:t>
            </w:r>
          </w:p>
        </w:tc>
        <w:tc>
          <w:tcPr>
            <w:tcW w:w="737" w:type="dxa"/>
            <w:tcMar>
              <w:top w:w="40" w:type="dxa"/>
              <w:left w:w="60" w:type="dxa"/>
              <w:bottom w:w="40" w:type="dxa"/>
              <w:right w:w="60" w:type="dxa"/>
            </w:tcMar>
            <w:vAlign w:val="center"/>
          </w:tcPr>
          <w:p w14:paraId="74D51D1C"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2ECAB01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0D11714" w14:textId="77777777" w:rsidR="009C1061" w:rsidRDefault="00441274">
            <w:pPr>
              <w:jc w:val="right"/>
            </w:pPr>
            <w:r>
              <w:t>250 руб.</w:t>
            </w:r>
          </w:p>
        </w:tc>
        <w:tc>
          <w:tcPr>
            <w:tcW w:w="1587" w:type="dxa"/>
            <w:tcMar>
              <w:top w:w="40" w:type="dxa"/>
              <w:left w:w="60" w:type="dxa"/>
              <w:bottom w:w="40" w:type="dxa"/>
              <w:right w:w="60" w:type="dxa"/>
            </w:tcMar>
            <w:vAlign w:val="center"/>
          </w:tcPr>
          <w:p w14:paraId="606F15C2" w14:textId="77777777" w:rsidR="009C1061" w:rsidRDefault="00441274">
            <w:pPr>
              <w:jc w:val="right"/>
            </w:pPr>
            <w:r>
              <w:t>750 руб.</w:t>
            </w:r>
          </w:p>
        </w:tc>
      </w:tr>
      <w:tr w:rsidR="0009622B" w14:paraId="3F5CC549" w14:textId="77777777" w:rsidTr="00DF6623">
        <w:trPr>
          <w:jc w:val="center"/>
        </w:trPr>
        <w:tc>
          <w:tcPr>
            <w:tcW w:w="453" w:type="dxa"/>
            <w:tcMar>
              <w:top w:w="40" w:type="dxa"/>
              <w:left w:w="60" w:type="dxa"/>
              <w:bottom w:w="40" w:type="dxa"/>
              <w:right w:w="60" w:type="dxa"/>
            </w:tcMar>
            <w:vAlign w:val="center"/>
          </w:tcPr>
          <w:p w14:paraId="185BDF5B" w14:textId="77777777" w:rsidR="0009622B" w:rsidRDefault="0009622B" w:rsidP="00DF6623">
            <w:pPr>
              <w:spacing w:after="0"/>
              <w:jc w:val="center"/>
            </w:pPr>
            <w:r>
              <w:t>208</w:t>
            </w:r>
          </w:p>
        </w:tc>
        <w:tc>
          <w:tcPr>
            <w:tcW w:w="7371" w:type="dxa"/>
            <w:tcMar>
              <w:top w:w="40" w:type="dxa"/>
              <w:left w:w="60" w:type="dxa"/>
              <w:bottom w:w="40" w:type="dxa"/>
              <w:right w:w="60" w:type="dxa"/>
            </w:tcMar>
            <w:vAlign w:val="center"/>
          </w:tcPr>
          <w:p w14:paraId="17947603" w14:textId="77777777" w:rsidR="0009622B" w:rsidRDefault="0009622B" w:rsidP="00DF6623">
            <w:pPr>
              <w:spacing w:after="0"/>
            </w:pPr>
            <w:proofErr w:type="spellStart"/>
            <w:r>
              <w:rPr>
                <w:rFonts w:cs="Times New Roman"/>
              </w:rPr>
              <w:t>Брюки-капри</w:t>
            </w:r>
            <w:proofErr w:type="spellEnd"/>
            <w:r>
              <w:rPr>
                <w:rFonts w:cs="Times New Roman"/>
              </w:rPr>
              <w:t xml:space="preserve"> </w:t>
            </w:r>
            <w:proofErr w:type="spellStart"/>
            <w:r>
              <w:rPr>
                <w:rFonts w:cs="Times New Roman"/>
              </w:rPr>
              <w:t>женские</w:t>
            </w:r>
            <w:proofErr w:type="spellEnd"/>
          </w:p>
        </w:tc>
        <w:tc>
          <w:tcPr>
            <w:tcW w:w="737" w:type="dxa"/>
            <w:tcMar>
              <w:top w:w="40" w:type="dxa"/>
              <w:left w:w="60" w:type="dxa"/>
              <w:bottom w:w="40" w:type="dxa"/>
              <w:right w:w="60" w:type="dxa"/>
            </w:tcMar>
            <w:vAlign w:val="center"/>
          </w:tcPr>
          <w:p w14:paraId="357FFD4C" w14:textId="77777777" w:rsidR="0009622B" w:rsidRDefault="0009622B" w:rsidP="00DF6623">
            <w:pPr>
              <w:spacing w:after="0"/>
              <w:jc w:val="center"/>
            </w:pPr>
            <w:r>
              <w:rPr>
                <w:rFonts w:cs="Times New Roman"/>
              </w:rPr>
              <w:t>10</w:t>
            </w:r>
          </w:p>
        </w:tc>
        <w:tc>
          <w:tcPr>
            <w:tcW w:w="680" w:type="dxa"/>
            <w:tcMar>
              <w:top w:w="40" w:type="dxa"/>
              <w:left w:w="60" w:type="dxa"/>
              <w:bottom w:w="40" w:type="dxa"/>
              <w:right w:w="60" w:type="dxa"/>
            </w:tcMar>
            <w:vAlign w:val="center"/>
          </w:tcPr>
          <w:p w14:paraId="0A252CE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F381054" w14:textId="77777777" w:rsidR="009C1061" w:rsidRDefault="00441274">
            <w:pPr>
              <w:jc w:val="right"/>
            </w:pPr>
            <w:r>
              <w:t>250 руб.</w:t>
            </w:r>
          </w:p>
        </w:tc>
        <w:tc>
          <w:tcPr>
            <w:tcW w:w="1587" w:type="dxa"/>
            <w:tcMar>
              <w:top w:w="40" w:type="dxa"/>
              <w:left w:w="60" w:type="dxa"/>
              <w:bottom w:w="40" w:type="dxa"/>
              <w:right w:w="60" w:type="dxa"/>
            </w:tcMar>
            <w:vAlign w:val="center"/>
          </w:tcPr>
          <w:p w14:paraId="34D736C4" w14:textId="77777777" w:rsidR="009C1061" w:rsidRDefault="00441274">
            <w:pPr>
              <w:jc w:val="right"/>
            </w:pPr>
            <w:r>
              <w:t>2 500 руб.</w:t>
            </w:r>
          </w:p>
        </w:tc>
      </w:tr>
      <w:tr w:rsidR="0009622B" w14:paraId="7DE72B08" w14:textId="77777777" w:rsidTr="00DF6623">
        <w:trPr>
          <w:jc w:val="center"/>
        </w:trPr>
        <w:tc>
          <w:tcPr>
            <w:tcW w:w="453" w:type="dxa"/>
            <w:tcMar>
              <w:top w:w="40" w:type="dxa"/>
              <w:left w:w="60" w:type="dxa"/>
              <w:bottom w:w="40" w:type="dxa"/>
              <w:right w:w="60" w:type="dxa"/>
            </w:tcMar>
            <w:vAlign w:val="center"/>
          </w:tcPr>
          <w:p w14:paraId="65095151" w14:textId="77777777" w:rsidR="0009622B" w:rsidRDefault="0009622B" w:rsidP="00DF6623">
            <w:pPr>
              <w:spacing w:after="0"/>
              <w:jc w:val="center"/>
            </w:pPr>
            <w:r>
              <w:t>209</w:t>
            </w:r>
          </w:p>
        </w:tc>
        <w:tc>
          <w:tcPr>
            <w:tcW w:w="7371" w:type="dxa"/>
            <w:tcMar>
              <w:top w:w="40" w:type="dxa"/>
              <w:left w:w="60" w:type="dxa"/>
              <w:bottom w:w="40" w:type="dxa"/>
              <w:right w:w="60" w:type="dxa"/>
            </w:tcMar>
            <w:vAlign w:val="center"/>
          </w:tcPr>
          <w:p w14:paraId="31817B6D" w14:textId="77777777" w:rsidR="0009622B" w:rsidRDefault="0009622B" w:rsidP="00DF6623">
            <w:pPr>
              <w:spacing w:after="0"/>
            </w:pPr>
            <w:proofErr w:type="spellStart"/>
            <w:r>
              <w:rPr>
                <w:rFonts w:cs="Times New Roman"/>
              </w:rPr>
              <w:t>Капри</w:t>
            </w:r>
            <w:proofErr w:type="spellEnd"/>
            <w:r>
              <w:rPr>
                <w:rFonts w:cs="Times New Roman"/>
              </w:rPr>
              <w:t xml:space="preserve"> </w:t>
            </w:r>
            <w:proofErr w:type="spellStart"/>
            <w:r>
              <w:rPr>
                <w:rFonts w:cs="Times New Roman"/>
              </w:rPr>
              <w:t>женские</w:t>
            </w:r>
            <w:proofErr w:type="spellEnd"/>
          </w:p>
        </w:tc>
        <w:tc>
          <w:tcPr>
            <w:tcW w:w="737" w:type="dxa"/>
            <w:tcMar>
              <w:top w:w="40" w:type="dxa"/>
              <w:left w:w="60" w:type="dxa"/>
              <w:bottom w:w="40" w:type="dxa"/>
              <w:right w:w="60" w:type="dxa"/>
            </w:tcMar>
            <w:vAlign w:val="center"/>
          </w:tcPr>
          <w:p w14:paraId="4F68C6C2"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019DE93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2092D5D" w14:textId="77777777" w:rsidR="009C1061" w:rsidRDefault="00441274">
            <w:pPr>
              <w:jc w:val="right"/>
            </w:pPr>
            <w:r>
              <w:t>250 руб.</w:t>
            </w:r>
          </w:p>
        </w:tc>
        <w:tc>
          <w:tcPr>
            <w:tcW w:w="1587" w:type="dxa"/>
            <w:tcMar>
              <w:top w:w="40" w:type="dxa"/>
              <w:left w:w="60" w:type="dxa"/>
              <w:bottom w:w="40" w:type="dxa"/>
              <w:right w:w="60" w:type="dxa"/>
            </w:tcMar>
            <w:vAlign w:val="center"/>
          </w:tcPr>
          <w:p w14:paraId="551E13B7" w14:textId="77777777" w:rsidR="009C1061" w:rsidRDefault="00441274">
            <w:pPr>
              <w:jc w:val="right"/>
            </w:pPr>
            <w:r>
              <w:t>2 250 руб.</w:t>
            </w:r>
          </w:p>
        </w:tc>
      </w:tr>
      <w:tr w:rsidR="0009622B" w14:paraId="6CDBFEDE" w14:textId="77777777" w:rsidTr="00DF6623">
        <w:trPr>
          <w:jc w:val="center"/>
        </w:trPr>
        <w:tc>
          <w:tcPr>
            <w:tcW w:w="453" w:type="dxa"/>
            <w:tcMar>
              <w:top w:w="40" w:type="dxa"/>
              <w:left w:w="60" w:type="dxa"/>
              <w:bottom w:w="40" w:type="dxa"/>
              <w:right w:w="60" w:type="dxa"/>
            </w:tcMar>
            <w:vAlign w:val="center"/>
          </w:tcPr>
          <w:p w14:paraId="286AC872" w14:textId="77777777" w:rsidR="0009622B" w:rsidRDefault="0009622B" w:rsidP="00DF6623">
            <w:pPr>
              <w:spacing w:after="0"/>
              <w:jc w:val="center"/>
            </w:pPr>
            <w:r>
              <w:t>210</w:t>
            </w:r>
          </w:p>
        </w:tc>
        <w:tc>
          <w:tcPr>
            <w:tcW w:w="7371" w:type="dxa"/>
            <w:tcMar>
              <w:top w:w="40" w:type="dxa"/>
              <w:left w:w="60" w:type="dxa"/>
              <w:bottom w:w="40" w:type="dxa"/>
              <w:right w:w="60" w:type="dxa"/>
            </w:tcMar>
            <w:vAlign w:val="center"/>
          </w:tcPr>
          <w:p w14:paraId="23987EAE"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женские</w:t>
            </w:r>
            <w:proofErr w:type="spellEnd"/>
          </w:p>
        </w:tc>
        <w:tc>
          <w:tcPr>
            <w:tcW w:w="737" w:type="dxa"/>
            <w:tcMar>
              <w:top w:w="40" w:type="dxa"/>
              <w:left w:w="60" w:type="dxa"/>
              <w:bottom w:w="40" w:type="dxa"/>
              <w:right w:w="60" w:type="dxa"/>
            </w:tcMar>
            <w:vAlign w:val="center"/>
          </w:tcPr>
          <w:p w14:paraId="2C4094B5"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44959FC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B1F355D" w14:textId="77777777" w:rsidR="009C1061" w:rsidRDefault="00441274">
            <w:pPr>
              <w:jc w:val="right"/>
            </w:pPr>
            <w:r>
              <w:t>300 руб.</w:t>
            </w:r>
          </w:p>
        </w:tc>
        <w:tc>
          <w:tcPr>
            <w:tcW w:w="1587" w:type="dxa"/>
            <w:tcMar>
              <w:top w:w="40" w:type="dxa"/>
              <w:left w:w="60" w:type="dxa"/>
              <w:bottom w:w="40" w:type="dxa"/>
              <w:right w:w="60" w:type="dxa"/>
            </w:tcMar>
            <w:vAlign w:val="center"/>
          </w:tcPr>
          <w:p w14:paraId="374F00BC" w14:textId="77777777" w:rsidR="009C1061" w:rsidRDefault="00441274">
            <w:pPr>
              <w:jc w:val="right"/>
            </w:pPr>
            <w:r>
              <w:t>600 руб.</w:t>
            </w:r>
          </w:p>
        </w:tc>
      </w:tr>
      <w:tr w:rsidR="0009622B" w14:paraId="31D738A5" w14:textId="77777777" w:rsidTr="00DF6623">
        <w:trPr>
          <w:jc w:val="center"/>
        </w:trPr>
        <w:tc>
          <w:tcPr>
            <w:tcW w:w="453" w:type="dxa"/>
            <w:tcMar>
              <w:top w:w="40" w:type="dxa"/>
              <w:left w:w="60" w:type="dxa"/>
              <w:bottom w:w="40" w:type="dxa"/>
              <w:right w:w="60" w:type="dxa"/>
            </w:tcMar>
            <w:vAlign w:val="center"/>
          </w:tcPr>
          <w:p w14:paraId="4ECD6AEE" w14:textId="77777777" w:rsidR="0009622B" w:rsidRDefault="0009622B" w:rsidP="00DF6623">
            <w:pPr>
              <w:spacing w:after="0"/>
              <w:jc w:val="center"/>
            </w:pPr>
            <w:r>
              <w:t>211</w:t>
            </w:r>
          </w:p>
        </w:tc>
        <w:tc>
          <w:tcPr>
            <w:tcW w:w="7371" w:type="dxa"/>
            <w:tcMar>
              <w:top w:w="40" w:type="dxa"/>
              <w:left w:w="60" w:type="dxa"/>
              <w:bottom w:w="40" w:type="dxa"/>
              <w:right w:w="60" w:type="dxa"/>
            </w:tcMar>
            <w:vAlign w:val="center"/>
          </w:tcPr>
          <w:p w14:paraId="398C1609" w14:textId="77777777" w:rsidR="0009622B" w:rsidRDefault="0009622B" w:rsidP="00DF6623">
            <w:pPr>
              <w:spacing w:after="0"/>
            </w:pPr>
            <w:proofErr w:type="spellStart"/>
            <w:r>
              <w:rPr>
                <w:rFonts w:cs="Times New Roman"/>
              </w:rPr>
              <w:t>Капри</w:t>
            </w:r>
            <w:proofErr w:type="spellEnd"/>
            <w:r>
              <w:rPr>
                <w:rFonts w:cs="Times New Roman"/>
              </w:rPr>
              <w:t xml:space="preserve"> </w:t>
            </w:r>
            <w:proofErr w:type="spellStart"/>
            <w:r>
              <w:rPr>
                <w:rFonts w:cs="Times New Roman"/>
              </w:rPr>
              <w:t>женские</w:t>
            </w:r>
            <w:proofErr w:type="spellEnd"/>
          </w:p>
        </w:tc>
        <w:tc>
          <w:tcPr>
            <w:tcW w:w="737" w:type="dxa"/>
            <w:tcMar>
              <w:top w:w="40" w:type="dxa"/>
              <w:left w:w="60" w:type="dxa"/>
              <w:bottom w:w="40" w:type="dxa"/>
              <w:right w:w="60" w:type="dxa"/>
            </w:tcMar>
            <w:vAlign w:val="center"/>
          </w:tcPr>
          <w:p w14:paraId="4E362E7C"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FA2356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CE64DAF" w14:textId="77777777" w:rsidR="009C1061" w:rsidRDefault="00441274">
            <w:pPr>
              <w:jc w:val="right"/>
            </w:pPr>
            <w:r>
              <w:t>250 руб.</w:t>
            </w:r>
          </w:p>
        </w:tc>
        <w:tc>
          <w:tcPr>
            <w:tcW w:w="1587" w:type="dxa"/>
            <w:tcMar>
              <w:top w:w="40" w:type="dxa"/>
              <w:left w:w="60" w:type="dxa"/>
              <w:bottom w:w="40" w:type="dxa"/>
              <w:right w:w="60" w:type="dxa"/>
            </w:tcMar>
            <w:vAlign w:val="center"/>
          </w:tcPr>
          <w:p w14:paraId="0A3F1A0E" w14:textId="77777777" w:rsidR="009C1061" w:rsidRDefault="00441274">
            <w:pPr>
              <w:jc w:val="right"/>
            </w:pPr>
            <w:r>
              <w:t>250 руб.</w:t>
            </w:r>
          </w:p>
        </w:tc>
      </w:tr>
      <w:tr w:rsidR="0009622B" w14:paraId="0B13422B" w14:textId="77777777" w:rsidTr="00DF6623">
        <w:trPr>
          <w:jc w:val="center"/>
        </w:trPr>
        <w:tc>
          <w:tcPr>
            <w:tcW w:w="453" w:type="dxa"/>
            <w:tcMar>
              <w:top w:w="40" w:type="dxa"/>
              <w:left w:w="60" w:type="dxa"/>
              <w:bottom w:w="40" w:type="dxa"/>
              <w:right w:w="60" w:type="dxa"/>
            </w:tcMar>
            <w:vAlign w:val="center"/>
          </w:tcPr>
          <w:p w14:paraId="28A4D634" w14:textId="77777777" w:rsidR="0009622B" w:rsidRDefault="0009622B" w:rsidP="00DF6623">
            <w:pPr>
              <w:spacing w:after="0"/>
              <w:jc w:val="center"/>
            </w:pPr>
            <w:r>
              <w:t>212</w:t>
            </w:r>
          </w:p>
        </w:tc>
        <w:tc>
          <w:tcPr>
            <w:tcW w:w="7371" w:type="dxa"/>
            <w:tcMar>
              <w:top w:w="40" w:type="dxa"/>
              <w:left w:w="60" w:type="dxa"/>
              <w:bottom w:w="40" w:type="dxa"/>
              <w:right w:w="60" w:type="dxa"/>
            </w:tcMar>
            <w:vAlign w:val="center"/>
          </w:tcPr>
          <w:p w14:paraId="56BA4E93"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женские</w:t>
            </w:r>
            <w:proofErr w:type="spellEnd"/>
            <w:r>
              <w:rPr>
                <w:rFonts w:cs="Times New Roman"/>
              </w:rPr>
              <w:t xml:space="preserve"> </w:t>
            </w:r>
            <w:proofErr w:type="spellStart"/>
            <w:r>
              <w:rPr>
                <w:rFonts w:cs="Times New Roman"/>
              </w:rPr>
              <w:t>флисовые</w:t>
            </w:r>
            <w:proofErr w:type="spellEnd"/>
          </w:p>
        </w:tc>
        <w:tc>
          <w:tcPr>
            <w:tcW w:w="737" w:type="dxa"/>
            <w:tcMar>
              <w:top w:w="40" w:type="dxa"/>
              <w:left w:w="60" w:type="dxa"/>
              <w:bottom w:w="40" w:type="dxa"/>
              <w:right w:w="60" w:type="dxa"/>
            </w:tcMar>
            <w:vAlign w:val="center"/>
          </w:tcPr>
          <w:p w14:paraId="44653465"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997DC1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1E3FAB5" w14:textId="77777777" w:rsidR="009C1061" w:rsidRDefault="00441274">
            <w:pPr>
              <w:jc w:val="right"/>
            </w:pPr>
            <w:r>
              <w:t>350 руб.</w:t>
            </w:r>
          </w:p>
        </w:tc>
        <w:tc>
          <w:tcPr>
            <w:tcW w:w="1587" w:type="dxa"/>
            <w:tcMar>
              <w:top w:w="40" w:type="dxa"/>
              <w:left w:w="60" w:type="dxa"/>
              <w:bottom w:w="40" w:type="dxa"/>
              <w:right w:w="60" w:type="dxa"/>
            </w:tcMar>
            <w:vAlign w:val="center"/>
          </w:tcPr>
          <w:p w14:paraId="3215D82F" w14:textId="77777777" w:rsidR="009C1061" w:rsidRDefault="00441274">
            <w:pPr>
              <w:jc w:val="right"/>
            </w:pPr>
            <w:r>
              <w:t>350 руб.</w:t>
            </w:r>
          </w:p>
        </w:tc>
      </w:tr>
      <w:tr w:rsidR="0009622B" w14:paraId="01A32D56" w14:textId="77777777" w:rsidTr="00DF6623">
        <w:trPr>
          <w:jc w:val="center"/>
        </w:trPr>
        <w:tc>
          <w:tcPr>
            <w:tcW w:w="453" w:type="dxa"/>
            <w:tcMar>
              <w:top w:w="40" w:type="dxa"/>
              <w:left w:w="60" w:type="dxa"/>
              <w:bottom w:w="40" w:type="dxa"/>
              <w:right w:w="60" w:type="dxa"/>
            </w:tcMar>
            <w:vAlign w:val="center"/>
          </w:tcPr>
          <w:p w14:paraId="7CDE1CD8" w14:textId="77777777" w:rsidR="0009622B" w:rsidRDefault="0009622B" w:rsidP="00DF6623">
            <w:pPr>
              <w:spacing w:after="0"/>
              <w:jc w:val="center"/>
            </w:pPr>
            <w:r>
              <w:t>213</w:t>
            </w:r>
          </w:p>
        </w:tc>
        <w:tc>
          <w:tcPr>
            <w:tcW w:w="7371" w:type="dxa"/>
            <w:tcMar>
              <w:top w:w="40" w:type="dxa"/>
              <w:left w:w="60" w:type="dxa"/>
              <w:bottom w:w="40" w:type="dxa"/>
              <w:right w:w="60" w:type="dxa"/>
            </w:tcMar>
            <w:vAlign w:val="center"/>
          </w:tcPr>
          <w:p w14:paraId="700597A2" w14:textId="77777777" w:rsidR="0009622B" w:rsidRPr="00CA0274" w:rsidRDefault="0009622B" w:rsidP="00DF6623">
            <w:pPr>
              <w:spacing w:after="0"/>
              <w:rPr>
                <w:lang w:val="ru-RU"/>
              </w:rPr>
            </w:pPr>
            <w:r w:rsidRPr="00CA0274">
              <w:rPr>
                <w:rFonts w:cs="Times New Roman"/>
                <w:lang w:val="ru-RU"/>
              </w:rPr>
              <w:t>Капри женские флисовые — разных расцветок</w:t>
            </w:r>
          </w:p>
        </w:tc>
        <w:tc>
          <w:tcPr>
            <w:tcW w:w="737" w:type="dxa"/>
            <w:tcMar>
              <w:top w:w="40" w:type="dxa"/>
              <w:left w:w="60" w:type="dxa"/>
              <w:bottom w:w="40" w:type="dxa"/>
              <w:right w:w="60" w:type="dxa"/>
            </w:tcMar>
            <w:vAlign w:val="center"/>
          </w:tcPr>
          <w:p w14:paraId="219703C9" w14:textId="77777777" w:rsidR="0009622B" w:rsidRDefault="0009622B" w:rsidP="00DF6623">
            <w:pPr>
              <w:spacing w:after="0"/>
              <w:jc w:val="center"/>
            </w:pPr>
            <w:r>
              <w:rPr>
                <w:rFonts w:cs="Times New Roman"/>
              </w:rPr>
              <w:t>7</w:t>
            </w:r>
          </w:p>
        </w:tc>
        <w:tc>
          <w:tcPr>
            <w:tcW w:w="680" w:type="dxa"/>
            <w:tcMar>
              <w:top w:w="40" w:type="dxa"/>
              <w:left w:w="60" w:type="dxa"/>
              <w:bottom w:w="40" w:type="dxa"/>
              <w:right w:w="60" w:type="dxa"/>
            </w:tcMar>
            <w:vAlign w:val="center"/>
          </w:tcPr>
          <w:p w14:paraId="3978F91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0F863E8" w14:textId="77777777" w:rsidR="009C1061" w:rsidRDefault="00441274">
            <w:pPr>
              <w:jc w:val="right"/>
            </w:pPr>
            <w:r>
              <w:t>250 руб.</w:t>
            </w:r>
          </w:p>
        </w:tc>
        <w:tc>
          <w:tcPr>
            <w:tcW w:w="1587" w:type="dxa"/>
            <w:tcMar>
              <w:top w:w="40" w:type="dxa"/>
              <w:left w:w="60" w:type="dxa"/>
              <w:bottom w:w="40" w:type="dxa"/>
              <w:right w:w="60" w:type="dxa"/>
            </w:tcMar>
            <w:vAlign w:val="center"/>
          </w:tcPr>
          <w:p w14:paraId="041DADDA" w14:textId="77777777" w:rsidR="009C1061" w:rsidRDefault="00441274">
            <w:pPr>
              <w:jc w:val="right"/>
            </w:pPr>
            <w:r>
              <w:t>1 750 руб.</w:t>
            </w:r>
          </w:p>
        </w:tc>
      </w:tr>
      <w:tr w:rsidR="0009622B" w14:paraId="4973E144" w14:textId="77777777" w:rsidTr="00DF6623">
        <w:trPr>
          <w:jc w:val="center"/>
        </w:trPr>
        <w:tc>
          <w:tcPr>
            <w:tcW w:w="453" w:type="dxa"/>
            <w:tcMar>
              <w:top w:w="40" w:type="dxa"/>
              <w:left w:w="60" w:type="dxa"/>
              <w:bottom w:w="40" w:type="dxa"/>
              <w:right w:w="60" w:type="dxa"/>
            </w:tcMar>
            <w:vAlign w:val="center"/>
          </w:tcPr>
          <w:p w14:paraId="6C0EE500" w14:textId="77777777" w:rsidR="0009622B" w:rsidRDefault="0009622B" w:rsidP="00DF6623">
            <w:pPr>
              <w:spacing w:after="0"/>
              <w:jc w:val="center"/>
            </w:pPr>
            <w:r>
              <w:lastRenderedPageBreak/>
              <w:t>214</w:t>
            </w:r>
          </w:p>
        </w:tc>
        <w:tc>
          <w:tcPr>
            <w:tcW w:w="7371" w:type="dxa"/>
            <w:tcMar>
              <w:top w:w="40" w:type="dxa"/>
              <w:left w:w="60" w:type="dxa"/>
              <w:bottom w:w="40" w:type="dxa"/>
              <w:right w:w="60" w:type="dxa"/>
            </w:tcMar>
            <w:vAlign w:val="center"/>
          </w:tcPr>
          <w:p w14:paraId="12742A03" w14:textId="77777777" w:rsidR="0009622B" w:rsidRPr="00CA0274" w:rsidRDefault="0009622B" w:rsidP="00DF6623">
            <w:pPr>
              <w:spacing w:after="0"/>
              <w:rPr>
                <w:lang w:val="ru-RU"/>
              </w:rPr>
            </w:pPr>
            <w:r w:rsidRPr="00CA0274">
              <w:rPr>
                <w:rFonts w:cs="Times New Roman"/>
                <w:lang w:val="ru-RU"/>
              </w:rPr>
              <w:t>Юбки — Киргизия, разные размеры (кол-во уточнить)</w:t>
            </w:r>
          </w:p>
        </w:tc>
        <w:tc>
          <w:tcPr>
            <w:tcW w:w="737" w:type="dxa"/>
            <w:tcMar>
              <w:top w:w="40" w:type="dxa"/>
              <w:left w:w="60" w:type="dxa"/>
              <w:bottom w:w="40" w:type="dxa"/>
              <w:right w:w="60" w:type="dxa"/>
            </w:tcMar>
            <w:vAlign w:val="center"/>
          </w:tcPr>
          <w:p w14:paraId="0D7C8198" w14:textId="77777777" w:rsidR="0009622B" w:rsidRDefault="0009622B" w:rsidP="00DF6623">
            <w:pPr>
              <w:spacing w:after="0"/>
              <w:jc w:val="center"/>
            </w:pPr>
            <w:r>
              <w:rPr>
                <w:rFonts w:cs="Times New Roman"/>
              </w:rPr>
              <w:t>—</w:t>
            </w:r>
          </w:p>
        </w:tc>
        <w:tc>
          <w:tcPr>
            <w:tcW w:w="680" w:type="dxa"/>
            <w:tcMar>
              <w:top w:w="40" w:type="dxa"/>
              <w:left w:w="60" w:type="dxa"/>
              <w:bottom w:w="40" w:type="dxa"/>
              <w:right w:w="60" w:type="dxa"/>
            </w:tcMar>
            <w:vAlign w:val="center"/>
          </w:tcPr>
          <w:p w14:paraId="7C84692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EC2DB33" w14:textId="77777777" w:rsidR="009C1061" w:rsidRDefault="00441274">
            <w:pPr>
              <w:jc w:val="right"/>
            </w:pPr>
            <w:r>
              <w:t>требуется уточнение количества</w:t>
            </w:r>
          </w:p>
        </w:tc>
        <w:tc>
          <w:tcPr>
            <w:tcW w:w="1587" w:type="dxa"/>
            <w:tcMar>
              <w:top w:w="40" w:type="dxa"/>
              <w:left w:w="60" w:type="dxa"/>
              <w:bottom w:w="40" w:type="dxa"/>
              <w:right w:w="60" w:type="dxa"/>
            </w:tcMar>
            <w:vAlign w:val="center"/>
          </w:tcPr>
          <w:p w14:paraId="1460323C" w14:textId="77777777" w:rsidR="009C1061" w:rsidRDefault="00441274">
            <w:pPr>
              <w:jc w:val="right"/>
            </w:pPr>
            <w:r>
              <w:t>требуется уточнение количества</w:t>
            </w:r>
          </w:p>
        </w:tc>
      </w:tr>
      <w:tr w:rsidR="0009622B" w14:paraId="78EEF591" w14:textId="77777777" w:rsidTr="00DF6623">
        <w:trPr>
          <w:jc w:val="center"/>
        </w:trPr>
        <w:tc>
          <w:tcPr>
            <w:tcW w:w="453" w:type="dxa"/>
            <w:tcMar>
              <w:top w:w="40" w:type="dxa"/>
              <w:left w:w="60" w:type="dxa"/>
              <w:bottom w:w="40" w:type="dxa"/>
              <w:right w:w="60" w:type="dxa"/>
            </w:tcMar>
            <w:vAlign w:val="center"/>
          </w:tcPr>
          <w:p w14:paraId="7D95D3C1" w14:textId="77777777" w:rsidR="0009622B" w:rsidRDefault="0009622B" w:rsidP="00DF6623">
            <w:pPr>
              <w:spacing w:after="0"/>
              <w:jc w:val="center"/>
            </w:pPr>
            <w:r>
              <w:t>215</w:t>
            </w:r>
          </w:p>
        </w:tc>
        <w:tc>
          <w:tcPr>
            <w:tcW w:w="7371" w:type="dxa"/>
            <w:tcMar>
              <w:top w:w="40" w:type="dxa"/>
              <w:left w:w="60" w:type="dxa"/>
              <w:bottom w:w="40" w:type="dxa"/>
              <w:right w:w="60" w:type="dxa"/>
            </w:tcMar>
            <w:vAlign w:val="center"/>
          </w:tcPr>
          <w:p w14:paraId="77E97C16" w14:textId="77777777" w:rsidR="0009622B" w:rsidRPr="00CA0274" w:rsidRDefault="0009622B" w:rsidP="00DF6623">
            <w:pPr>
              <w:spacing w:after="0"/>
              <w:rPr>
                <w:lang w:val="ru-RU"/>
              </w:rPr>
            </w:pPr>
            <w:r w:rsidRPr="00CA0274">
              <w:rPr>
                <w:rFonts w:cs="Times New Roman"/>
                <w:lang w:val="ru-RU"/>
              </w:rPr>
              <w:t>Жилет и брюки (женский) — арт. 0135</w:t>
            </w:r>
          </w:p>
        </w:tc>
        <w:tc>
          <w:tcPr>
            <w:tcW w:w="737" w:type="dxa"/>
            <w:tcMar>
              <w:top w:w="40" w:type="dxa"/>
              <w:left w:w="60" w:type="dxa"/>
              <w:bottom w:w="40" w:type="dxa"/>
              <w:right w:w="60" w:type="dxa"/>
            </w:tcMar>
            <w:vAlign w:val="center"/>
          </w:tcPr>
          <w:p w14:paraId="534A444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329AA4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0778F16" w14:textId="77777777" w:rsidR="009C1061" w:rsidRDefault="00441274">
            <w:pPr>
              <w:jc w:val="right"/>
            </w:pPr>
            <w:r>
              <w:t>300 руб.</w:t>
            </w:r>
          </w:p>
        </w:tc>
        <w:tc>
          <w:tcPr>
            <w:tcW w:w="1587" w:type="dxa"/>
            <w:tcMar>
              <w:top w:w="40" w:type="dxa"/>
              <w:left w:w="60" w:type="dxa"/>
              <w:bottom w:w="40" w:type="dxa"/>
              <w:right w:w="60" w:type="dxa"/>
            </w:tcMar>
            <w:vAlign w:val="center"/>
          </w:tcPr>
          <w:p w14:paraId="15B91889" w14:textId="77777777" w:rsidR="009C1061" w:rsidRDefault="00441274">
            <w:pPr>
              <w:jc w:val="right"/>
            </w:pPr>
            <w:r>
              <w:t>300 руб.</w:t>
            </w:r>
          </w:p>
        </w:tc>
      </w:tr>
      <w:tr w:rsidR="0009622B" w14:paraId="0CEAF459" w14:textId="77777777" w:rsidTr="00DF6623">
        <w:trPr>
          <w:jc w:val="center"/>
        </w:trPr>
        <w:tc>
          <w:tcPr>
            <w:tcW w:w="453" w:type="dxa"/>
            <w:tcMar>
              <w:top w:w="40" w:type="dxa"/>
              <w:left w:w="60" w:type="dxa"/>
              <w:bottom w:w="40" w:type="dxa"/>
              <w:right w:w="60" w:type="dxa"/>
            </w:tcMar>
            <w:vAlign w:val="center"/>
          </w:tcPr>
          <w:p w14:paraId="024FA58E" w14:textId="77777777" w:rsidR="0009622B" w:rsidRDefault="0009622B" w:rsidP="00DF6623">
            <w:pPr>
              <w:spacing w:after="0"/>
              <w:jc w:val="center"/>
            </w:pPr>
            <w:r>
              <w:t>216</w:t>
            </w:r>
          </w:p>
        </w:tc>
        <w:tc>
          <w:tcPr>
            <w:tcW w:w="7371" w:type="dxa"/>
            <w:tcMar>
              <w:top w:w="40" w:type="dxa"/>
              <w:left w:w="60" w:type="dxa"/>
              <w:bottom w:w="40" w:type="dxa"/>
              <w:right w:w="60" w:type="dxa"/>
            </w:tcMar>
            <w:vAlign w:val="center"/>
          </w:tcPr>
          <w:p w14:paraId="448EDF06" w14:textId="77777777" w:rsidR="0009622B" w:rsidRPr="00CA0274" w:rsidRDefault="0009622B" w:rsidP="00DF6623">
            <w:pPr>
              <w:spacing w:after="0"/>
              <w:rPr>
                <w:lang w:val="ru-RU"/>
              </w:rPr>
            </w:pPr>
            <w:r w:rsidRPr="00CA0274">
              <w:rPr>
                <w:rFonts w:cs="Times New Roman"/>
                <w:lang w:val="ru-RU"/>
              </w:rPr>
              <w:t>Костюм (юбка + жилет) — арт. К2</w:t>
            </w:r>
          </w:p>
        </w:tc>
        <w:tc>
          <w:tcPr>
            <w:tcW w:w="737" w:type="dxa"/>
            <w:tcMar>
              <w:top w:w="40" w:type="dxa"/>
              <w:left w:w="60" w:type="dxa"/>
              <w:bottom w:w="40" w:type="dxa"/>
              <w:right w:w="60" w:type="dxa"/>
            </w:tcMar>
            <w:vAlign w:val="center"/>
          </w:tcPr>
          <w:p w14:paraId="380EC9FD"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2A67D37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C284CED" w14:textId="77777777" w:rsidR="009C1061" w:rsidRDefault="00441274">
            <w:pPr>
              <w:jc w:val="right"/>
            </w:pPr>
            <w:r>
              <w:t>250 руб.</w:t>
            </w:r>
          </w:p>
        </w:tc>
        <w:tc>
          <w:tcPr>
            <w:tcW w:w="1587" w:type="dxa"/>
            <w:tcMar>
              <w:top w:w="40" w:type="dxa"/>
              <w:left w:w="60" w:type="dxa"/>
              <w:bottom w:w="40" w:type="dxa"/>
              <w:right w:w="60" w:type="dxa"/>
            </w:tcMar>
            <w:vAlign w:val="center"/>
          </w:tcPr>
          <w:p w14:paraId="611C11FD" w14:textId="77777777" w:rsidR="009C1061" w:rsidRDefault="00441274">
            <w:pPr>
              <w:jc w:val="right"/>
            </w:pPr>
            <w:r>
              <w:t>1 250 руб.</w:t>
            </w:r>
          </w:p>
        </w:tc>
      </w:tr>
      <w:tr w:rsidR="0009622B" w14:paraId="7A049268" w14:textId="77777777" w:rsidTr="00DF6623">
        <w:trPr>
          <w:jc w:val="center"/>
        </w:trPr>
        <w:tc>
          <w:tcPr>
            <w:tcW w:w="7371" w:type="dxa"/>
            <w:gridSpan w:val="2"/>
            <w:shd w:val="clear" w:color="auto" w:fill="E2F0D9"/>
            <w:tcMar>
              <w:top w:w="40" w:type="dxa"/>
              <w:left w:w="60" w:type="dxa"/>
              <w:bottom w:w="40" w:type="dxa"/>
              <w:right w:w="60" w:type="dxa"/>
            </w:tcMar>
            <w:vAlign w:val="center"/>
          </w:tcPr>
          <w:p w14:paraId="2CACC137" w14:textId="77777777" w:rsidR="0009622B" w:rsidRDefault="0009622B" w:rsidP="00DF6623">
            <w:pPr>
              <w:spacing w:after="0"/>
            </w:pPr>
            <w:r>
              <w:rPr>
                <w:b/>
              </w:rPr>
              <w:t>ИТОГО ПО ГРУППЕ 2</w:t>
            </w:r>
          </w:p>
        </w:tc>
        <w:tc>
          <w:tcPr>
            <w:tcW w:w="737" w:type="dxa"/>
            <w:shd w:val="clear" w:color="auto" w:fill="E2F0D9"/>
            <w:tcMar>
              <w:top w:w="40" w:type="dxa"/>
              <w:left w:w="60" w:type="dxa"/>
              <w:bottom w:w="40" w:type="dxa"/>
              <w:right w:w="60" w:type="dxa"/>
            </w:tcMar>
            <w:vAlign w:val="center"/>
          </w:tcPr>
          <w:p w14:paraId="7A7D2E5F" w14:textId="77777777" w:rsidR="0009622B" w:rsidRDefault="0009622B" w:rsidP="00DF6623">
            <w:pPr>
              <w:spacing w:after="0"/>
              <w:jc w:val="center"/>
            </w:pPr>
            <w:r>
              <w:rPr>
                <w:b/>
              </w:rPr>
              <w:t>109</w:t>
            </w:r>
          </w:p>
        </w:tc>
        <w:tc>
          <w:tcPr>
            <w:tcW w:w="680" w:type="dxa"/>
            <w:shd w:val="clear" w:color="auto" w:fill="E2F0D9"/>
            <w:tcMar>
              <w:top w:w="40" w:type="dxa"/>
              <w:left w:w="60" w:type="dxa"/>
              <w:bottom w:w="40" w:type="dxa"/>
              <w:right w:w="60" w:type="dxa"/>
            </w:tcMar>
            <w:vAlign w:val="center"/>
          </w:tcPr>
          <w:p w14:paraId="2F68F916" w14:textId="77777777" w:rsidR="0009622B" w:rsidRDefault="0009622B" w:rsidP="00DF6623">
            <w:pPr>
              <w:spacing w:after="0"/>
              <w:jc w:val="center"/>
            </w:pPr>
            <w:proofErr w:type="spellStart"/>
            <w:r>
              <w:rPr>
                <w:b/>
              </w:rPr>
              <w:t>шт</w:t>
            </w:r>
            <w:proofErr w:type="spellEnd"/>
            <w:r>
              <w:rPr>
                <w:b/>
              </w:rPr>
              <w:t>.</w:t>
            </w:r>
          </w:p>
        </w:tc>
        <w:tc>
          <w:tcPr>
            <w:tcW w:w="1417" w:type="dxa"/>
            <w:shd w:val="clear" w:color="auto" w:fill="E2F0D9"/>
            <w:tcMar>
              <w:top w:w="40" w:type="dxa"/>
              <w:left w:w="60" w:type="dxa"/>
              <w:bottom w:w="40" w:type="dxa"/>
              <w:right w:w="60" w:type="dxa"/>
            </w:tcMar>
            <w:vAlign w:val="center"/>
          </w:tcPr>
          <w:p w14:paraId="69287D28" w14:textId="77777777" w:rsidR="009C1061" w:rsidRDefault="00441274">
            <w:pPr>
              <w:jc w:val="center"/>
            </w:pPr>
            <w:r>
              <w:rPr>
                <w:b/>
              </w:rPr>
              <w:t>—</w:t>
            </w:r>
          </w:p>
        </w:tc>
        <w:tc>
          <w:tcPr>
            <w:tcW w:w="1587" w:type="dxa"/>
            <w:shd w:val="clear" w:color="auto" w:fill="E2F0D9"/>
            <w:tcMar>
              <w:top w:w="40" w:type="dxa"/>
              <w:left w:w="60" w:type="dxa"/>
              <w:bottom w:w="40" w:type="dxa"/>
              <w:right w:w="60" w:type="dxa"/>
            </w:tcMar>
            <w:vAlign w:val="center"/>
          </w:tcPr>
          <w:p w14:paraId="51566243" w14:textId="77777777" w:rsidR="009C1061" w:rsidRDefault="00441274">
            <w:pPr>
              <w:jc w:val="right"/>
            </w:pPr>
            <w:r>
              <w:rPr>
                <w:b/>
              </w:rPr>
              <w:t>29 700 руб.</w:t>
            </w:r>
          </w:p>
        </w:tc>
      </w:tr>
      <w:tr w:rsidR="0009622B" w14:paraId="4D194378" w14:textId="77777777" w:rsidTr="00DF6623">
        <w:trPr>
          <w:jc w:val="center"/>
        </w:trPr>
        <w:tc>
          <w:tcPr>
            <w:tcW w:w="1587" w:type="dxa"/>
            <w:gridSpan w:val="6"/>
            <w:shd w:val="clear" w:color="auto" w:fill="EDEDED"/>
            <w:tcMar>
              <w:top w:w="40" w:type="dxa"/>
              <w:left w:w="60" w:type="dxa"/>
              <w:bottom w:w="40" w:type="dxa"/>
              <w:right w:w="60" w:type="dxa"/>
            </w:tcMar>
            <w:vAlign w:val="center"/>
          </w:tcPr>
          <w:p w14:paraId="1C719978" w14:textId="77777777" w:rsidR="0009622B" w:rsidRDefault="0009622B" w:rsidP="00DF6623">
            <w:pPr>
              <w:spacing w:after="0"/>
              <w:jc w:val="center"/>
            </w:pPr>
          </w:p>
        </w:tc>
      </w:tr>
      <w:tr w:rsidR="0009622B" w14:paraId="79CD5363" w14:textId="77777777" w:rsidTr="00DF6623">
        <w:trPr>
          <w:jc w:val="center"/>
        </w:trPr>
        <w:tc>
          <w:tcPr>
            <w:tcW w:w="453" w:type="dxa"/>
            <w:tcMar>
              <w:top w:w="40" w:type="dxa"/>
              <w:left w:w="60" w:type="dxa"/>
              <w:bottom w:w="40" w:type="dxa"/>
              <w:right w:w="60" w:type="dxa"/>
            </w:tcMar>
            <w:vAlign w:val="center"/>
          </w:tcPr>
          <w:p w14:paraId="5D3E393E" w14:textId="77777777" w:rsidR="0009622B" w:rsidRDefault="0009622B" w:rsidP="00DF6623">
            <w:pPr>
              <w:spacing w:after="0"/>
              <w:jc w:val="center"/>
            </w:pPr>
            <w:r>
              <w:t>217</w:t>
            </w:r>
          </w:p>
        </w:tc>
        <w:tc>
          <w:tcPr>
            <w:tcW w:w="7371" w:type="dxa"/>
            <w:tcMar>
              <w:top w:w="40" w:type="dxa"/>
              <w:left w:w="60" w:type="dxa"/>
              <w:bottom w:w="40" w:type="dxa"/>
              <w:right w:w="60" w:type="dxa"/>
            </w:tcMar>
            <w:vAlign w:val="center"/>
          </w:tcPr>
          <w:p w14:paraId="3726F9E2"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подростковые</w:t>
            </w:r>
            <w:proofErr w:type="spellEnd"/>
            <w:r>
              <w:rPr>
                <w:rFonts w:cs="Times New Roman"/>
              </w:rPr>
              <w:t xml:space="preserve"> — </w:t>
            </w:r>
            <w:proofErr w:type="spellStart"/>
            <w:r>
              <w:rPr>
                <w:rFonts w:cs="Times New Roman"/>
              </w:rPr>
              <w:t>Термобелье</w:t>
            </w:r>
            <w:proofErr w:type="spellEnd"/>
          </w:p>
        </w:tc>
        <w:tc>
          <w:tcPr>
            <w:tcW w:w="737" w:type="dxa"/>
            <w:tcMar>
              <w:top w:w="40" w:type="dxa"/>
              <w:left w:w="60" w:type="dxa"/>
              <w:bottom w:w="40" w:type="dxa"/>
              <w:right w:w="60" w:type="dxa"/>
            </w:tcMar>
            <w:vAlign w:val="center"/>
          </w:tcPr>
          <w:p w14:paraId="6D4D1E54"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4291647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EC71A7E" w14:textId="77777777" w:rsidR="009C1061" w:rsidRDefault="00441274">
            <w:pPr>
              <w:jc w:val="right"/>
            </w:pPr>
            <w:r>
              <w:t>300 руб.</w:t>
            </w:r>
          </w:p>
        </w:tc>
        <w:tc>
          <w:tcPr>
            <w:tcW w:w="1587" w:type="dxa"/>
            <w:tcMar>
              <w:top w:w="40" w:type="dxa"/>
              <w:left w:w="60" w:type="dxa"/>
              <w:bottom w:w="40" w:type="dxa"/>
              <w:right w:w="60" w:type="dxa"/>
            </w:tcMar>
            <w:vAlign w:val="center"/>
          </w:tcPr>
          <w:p w14:paraId="17502CA4" w14:textId="77777777" w:rsidR="009C1061" w:rsidRDefault="00441274">
            <w:pPr>
              <w:jc w:val="right"/>
            </w:pPr>
            <w:r>
              <w:t>600 руб.</w:t>
            </w:r>
          </w:p>
        </w:tc>
      </w:tr>
      <w:tr w:rsidR="0009622B" w14:paraId="5FD140CA" w14:textId="77777777" w:rsidTr="00DF6623">
        <w:trPr>
          <w:jc w:val="center"/>
        </w:trPr>
        <w:tc>
          <w:tcPr>
            <w:tcW w:w="453" w:type="dxa"/>
            <w:tcMar>
              <w:top w:w="40" w:type="dxa"/>
              <w:left w:w="60" w:type="dxa"/>
              <w:bottom w:w="40" w:type="dxa"/>
              <w:right w:w="60" w:type="dxa"/>
            </w:tcMar>
            <w:vAlign w:val="center"/>
          </w:tcPr>
          <w:p w14:paraId="5504E590" w14:textId="77777777" w:rsidR="0009622B" w:rsidRDefault="0009622B" w:rsidP="00DF6623">
            <w:pPr>
              <w:spacing w:after="0"/>
              <w:jc w:val="center"/>
            </w:pPr>
            <w:r>
              <w:t>218</w:t>
            </w:r>
          </w:p>
        </w:tc>
        <w:tc>
          <w:tcPr>
            <w:tcW w:w="7371" w:type="dxa"/>
            <w:tcMar>
              <w:top w:w="40" w:type="dxa"/>
              <w:left w:w="60" w:type="dxa"/>
              <w:bottom w:w="40" w:type="dxa"/>
              <w:right w:w="60" w:type="dxa"/>
            </w:tcMar>
            <w:vAlign w:val="center"/>
          </w:tcPr>
          <w:p w14:paraId="37E7B508" w14:textId="77777777" w:rsidR="0009622B" w:rsidRPr="00CA0274" w:rsidRDefault="0009622B" w:rsidP="00DF6623">
            <w:pPr>
              <w:spacing w:after="0"/>
              <w:rPr>
                <w:lang w:val="ru-RU"/>
              </w:rPr>
            </w:pPr>
            <w:r w:rsidRPr="00CA0274">
              <w:rPr>
                <w:rFonts w:cs="Times New Roman"/>
                <w:lang w:val="ru-RU"/>
              </w:rPr>
              <w:t>Костюм «двойка» (мальчик, Бишкек) — арт. 105</w:t>
            </w:r>
          </w:p>
        </w:tc>
        <w:tc>
          <w:tcPr>
            <w:tcW w:w="737" w:type="dxa"/>
            <w:tcMar>
              <w:top w:w="40" w:type="dxa"/>
              <w:left w:w="60" w:type="dxa"/>
              <w:bottom w:w="40" w:type="dxa"/>
              <w:right w:w="60" w:type="dxa"/>
            </w:tcMar>
            <w:vAlign w:val="center"/>
          </w:tcPr>
          <w:p w14:paraId="4F18C713"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049A159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63A4A92" w14:textId="77777777" w:rsidR="009C1061" w:rsidRDefault="00441274">
            <w:pPr>
              <w:jc w:val="right"/>
            </w:pPr>
            <w:r>
              <w:t>600 руб.</w:t>
            </w:r>
          </w:p>
        </w:tc>
        <w:tc>
          <w:tcPr>
            <w:tcW w:w="1587" w:type="dxa"/>
            <w:tcMar>
              <w:top w:w="40" w:type="dxa"/>
              <w:left w:w="60" w:type="dxa"/>
              <w:bottom w:w="40" w:type="dxa"/>
              <w:right w:w="60" w:type="dxa"/>
            </w:tcMar>
            <w:vAlign w:val="center"/>
          </w:tcPr>
          <w:p w14:paraId="254B9649" w14:textId="77777777" w:rsidR="009C1061" w:rsidRDefault="00441274">
            <w:pPr>
              <w:jc w:val="right"/>
            </w:pPr>
            <w:r>
              <w:t>1 800 руб.</w:t>
            </w:r>
          </w:p>
        </w:tc>
      </w:tr>
      <w:tr w:rsidR="0009622B" w14:paraId="184047B9" w14:textId="77777777" w:rsidTr="00DF6623">
        <w:trPr>
          <w:jc w:val="center"/>
        </w:trPr>
        <w:tc>
          <w:tcPr>
            <w:tcW w:w="453" w:type="dxa"/>
            <w:tcMar>
              <w:top w:w="40" w:type="dxa"/>
              <w:left w:w="60" w:type="dxa"/>
              <w:bottom w:w="40" w:type="dxa"/>
              <w:right w:w="60" w:type="dxa"/>
            </w:tcMar>
            <w:vAlign w:val="center"/>
          </w:tcPr>
          <w:p w14:paraId="79AF7027" w14:textId="77777777" w:rsidR="0009622B" w:rsidRDefault="0009622B" w:rsidP="00DF6623">
            <w:pPr>
              <w:spacing w:after="0"/>
              <w:jc w:val="center"/>
            </w:pPr>
            <w:r>
              <w:t>219</w:t>
            </w:r>
          </w:p>
        </w:tc>
        <w:tc>
          <w:tcPr>
            <w:tcW w:w="7371" w:type="dxa"/>
            <w:tcMar>
              <w:top w:w="40" w:type="dxa"/>
              <w:left w:w="60" w:type="dxa"/>
              <w:bottom w:w="40" w:type="dxa"/>
              <w:right w:w="60" w:type="dxa"/>
            </w:tcMar>
            <w:vAlign w:val="center"/>
          </w:tcPr>
          <w:p w14:paraId="5A6E8226"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мальчик</w:t>
            </w:r>
            <w:proofErr w:type="spellEnd"/>
            <w:r>
              <w:rPr>
                <w:rFonts w:cs="Times New Roman"/>
              </w:rPr>
              <w:t xml:space="preserve">, </w:t>
            </w:r>
            <w:proofErr w:type="spellStart"/>
            <w:r>
              <w:rPr>
                <w:rFonts w:cs="Times New Roman"/>
              </w:rPr>
              <w:t>серый</w:t>
            </w:r>
            <w:proofErr w:type="spellEnd"/>
            <w:r>
              <w:rPr>
                <w:rFonts w:cs="Times New Roman"/>
              </w:rPr>
              <w:t xml:space="preserve">) — </w:t>
            </w:r>
            <w:proofErr w:type="spellStart"/>
            <w:r>
              <w:rPr>
                <w:rFonts w:cs="Times New Roman"/>
              </w:rPr>
              <w:t>арт</w:t>
            </w:r>
            <w:proofErr w:type="spellEnd"/>
            <w:r>
              <w:rPr>
                <w:rFonts w:cs="Times New Roman"/>
              </w:rPr>
              <w:t>. 0273</w:t>
            </w:r>
          </w:p>
        </w:tc>
        <w:tc>
          <w:tcPr>
            <w:tcW w:w="737" w:type="dxa"/>
            <w:tcMar>
              <w:top w:w="40" w:type="dxa"/>
              <w:left w:w="60" w:type="dxa"/>
              <w:bottom w:w="40" w:type="dxa"/>
              <w:right w:w="60" w:type="dxa"/>
            </w:tcMar>
            <w:vAlign w:val="center"/>
          </w:tcPr>
          <w:p w14:paraId="5C83E0EB"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4A586D8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D6F1CA0" w14:textId="77777777" w:rsidR="009C1061" w:rsidRDefault="00441274">
            <w:pPr>
              <w:jc w:val="right"/>
            </w:pPr>
            <w:r>
              <w:t>600 руб.</w:t>
            </w:r>
          </w:p>
        </w:tc>
        <w:tc>
          <w:tcPr>
            <w:tcW w:w="1587" w:type="dxa"/>
            <w:tcMar>
              <w:top w:w="40" w:type="dxa"/>
              <w:left w:w="60" w:type="dxa"/>
              <w:bottom w:w="40" w:type="dxa"/>
              <w:right w:w="60" w:type="dxa"/>
            </w:tcMar>
            <w:vAlign w:val="center"/>
          </w:tcPr>
          <w:p w14:paraId="6AAA09A1" w14:textId="77777777" w:rsidR="009C1061" w:rsidRDefault="00441274">
            <w:pPr>
              <w:jc w:val="right"/>
            </w:pPr>
            <w:r>
              <w:t>1 800 руб.</w:t>
            </w:r>
          </w:p>
        </w:tc>
      </w:tr>
      <w:tr w:rsidR="0009622B" w14:paraId="29891A55" w14:textId="77777777" w:rsidTr="00DF6623">
        <w:trPr>
          <w:jc w:val="center"/>
        </w:trPr>
        <w:tc>
          <w:tcPr>
            <w:tcW w:w="453" w:type="dxa"/>
            <w:tcMar>
              <w:top w:w="40" w:type="dxa"/>
              <w:left w:w="60" w:type="dxa"/>
              <w:bottom w:w="40" w:type="dxa"/>
              <w:right w:w="60" w:type="dxa"/>
            </w:tcMar>
            <w:vAlign w:val="center"/>
          </w:tcPr>
          <w:p w14:paraId="750C3CB3" w14:textId="77777777" w:rsidR="0009622B" w:rsidRDefault="0009622B" w:rsidP="00DF6623">
            <w:pPr>
              <w:spacing w:after="0"/>
              <w:jc w:val="center"/>
            </w:pPr>
            <w:r>
              <w:t>220</w:t>
            </w:r>
          </w:p>
        </w:tc>
        <w:tc>
          <w:tcPr>
            <w:tcW w:w="7371" w:type="dxa"/>
            <w:tcMar>
              <w:top w:w="40" w:type="dxa"/>
              <w:left w:w="60" w:type="dxa"/>
              <w:bottom w:w="40" w:type="dxa"/>
              <w:right w:w="60" w:type="dxa"/>
            </w:tcMar>
            <w:vAlign w:val="center"/>
          </w:tcPr>
          <w:p w14:paraId="71819D94"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мальчик</w:t>
            </w:r>
            <w:proofErr w:type="spellEnd"/>
            <w:r>
              <w:rPr>
                <w:rFonts w:cs="Times New Roman"/>
              </w:rPr>
              <w:t xml:space="preserve">) — </w:t>
            </w:r>
            <w:proofErr w:type="spellStart"/>
            <w:r>
              <w:rPr>
                <w:rFonts w:cs="Times New Roman"/>
              </w:rPr>
              <w:t>арт</w:t>
            </w:r>
            <w:proofErr w:type="spellEnd"/>
            <w:r>
              <w:rPr>
                <w:rFonts w:cs="Times New Roman"/>
              </w:rPr>
              <w:t xml:space="preserve">. 0272, </w:t>
            </w:r>
            <w:proofErr w:type="spellStart"/>
            <w:r>
              <w:rPr>
                <w:rFonts w:cs="Times New Roman"/>
              </w:rPr>
              <w:t>разм</w:t>
            </w:r>
            <w:proofErr w:type="spellEnd"/>
            <w:r>
              <w:rPr>
                <w:rFonts w:cs="Times New Roman"/>
              </w:rPr>
              <w:t>. 34</w:t>
            </w:r>
          </w:p>
        </w:tc>
        <w:tc>
          <w:tcPr>
            <w:tcW w:w="737" w:type="dxa"/>
            <w:tcMar>
              <w:top w:w="40" w:type="dxa"/>
              <w:left w:w="60" w:type="dxa"/>
              <w:bottom w:w="40" w:type="dxa"/>
              <w:right w:w="60" w:type="dxa"/>
            </w:tcMar>
            <w:vAlign w:val="center"/>
          </w:tcPr>
          <w:p w14:paraId="14872F0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123E78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976D50D" w14:textId="77777777" w:rsidR="009C1061" w:rsidRDefault="00441274">
            <w:pPr>
              <w:jc w:val="right"/>
            </w:pPr>
            <w:r>
              <w:t>600 руб.</w:t>
            </w:r>
          </w:p>
        </w:tc>
        <w:tc>
          <w:tcPr>
            <w:tcW w:w="1587" w:type="dxa"/>
            <w:tcMar>
              <w:top w:w="40" w:type="dxa"/>
              <w:left w:w="60" w:type="dxa"/>
              <w:bottom w:w="40" w:type="dxa"/>
              <w:right w:w="60" w:type="dxa"/>
            </w:tcMar>
            <w:vAlign w:val="center"/>
          </w:tcPr>
          <w:p w14:paraId="5ED842D7" w14:textId="77777777" w:rsidR="009C1061" w:rsidRDefault="00441274">
            <w:pPr>
              <w:jc w:val="right"/>
            </w:pPr>
            <w:r>
              <w:t>600 руб.</w:t>
            </w:r>
          </w:p>
        </w:tc>
      </w:tr>
      <w:tr w:rsidR="0009622B" w14:paraId="139F877F" w14:textId="77777777" w:rsidTr="00DF6623">
        <w:trPr>
          <w:jc w:val="center"/>
        </w:trPr>
        <w:tc>
          <w:tcPr>
            <w:tcW w:w="453" w:type="dxa"/>
            <w:tcMar>
              <w:top w:w="40" w:type="dxa"/>
              <w:left w:w="60" w:type="dxa"/>
              <w:bottom w:w="40" w:type="dxa"/>
              <w:right w:w="60" w:type="dxa"/>
            </w:tcMar>
            <w:vAlign w:val="center"/>
          </w:tcPr>
          <w:p w14:paraId="0BC3FBC2" w14:textId="77777777" w:rsidR="0009622B" w:rsidRDefault="0009622B" w:rsidP="00DF6623">
            <w:pPr>
              <w:spacing w:after="0"/>
              <w:jc w:val="center"/>
            </w:pPr>
            <w:r>
              <w:t>221</w:t>
            </w:r>
          </w:p>
        </w:tc>
        <w:tc>
          <w:tcPr>
            <w:tcW w:w="7371" w:type="dxa"/>
            <w:tcMar>
              <w:top w:w="40" w:type="dxa"/>
              <w:left w:w="60" w:type="dxa"/>
              <w:bottom w:w="40" w:type="dxa"/>
              <w:right w:w="60" w:type="dxa"/>
            </w:tcMar>
            <w:vAlign w:val="center"/>
          </w:tcPr>
          <w:p w14:paraId="789E02E3"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мальчик</w:t>
            </w:r>
            <w:proofErr w:type="spellEnd"/>
            <w:r>
              <w:rPr>
                <w:rFonts w:cs="Times New Roman"/>
              </w:rPr>
              <w:t xml:space="preserve">, </w:t>
            </w:r>
            <w:proofErr w:type="spellStart"/>
            <w:r>
              <w:rPr>
                <w:rFonts w:cs="Times New Roman"/>
              </w:rPr>
              <w:t>серый</w:t>
            </w:r>
            <w:proofErr w:type="spellEnd"/>
            <w:r>
              <w:rPr>
                <w:rFonts w:cs="Times New Roman"/>
              </w:rPr>
              <w:t>)</w:t>
            </w:r>
          </w:p>
        </w:tc>
        <w:tc>
          <w:tcPr>
            <w:tcW w:w="737" w:type="dxa"/>
            <w:tcMar>
              <w:top w:w="40" w:type="dxa"/>
              <w:left w:w="60" w:type="dxa"/>
              <w:bottom w:w="40" w:type="dxa"/>
              <w:right w:w="60" w:type="dxa"/>
            </w:tcMar>
            <w:vAlign w:val="center"/>
          </w:tcPr>
          <w:p w14:paraId="60E1AE42"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4CE6F41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32FEA14" w14:textId="77777777" w:rsidR="009C1061" w:rsidRDefault="00441274">
            <w:pPr>
              <w:jc w:val="right"/>
            </w:pPr>
            <w:r>
              <w:t>250 руб.</w:t>
            </w:r>
          </w:p>
        </w:tc>
        <w:tc>
          <w:tcPr>
            <w:tcW w:w="1587" w:type="dxa"/>
            <w:tcMar>
              <w:top w:w="40" w:type="dxa"/>
              <w:left w:w="60" w:type="dxa"/>
              <w:bottom w:w="40" w:type="dxa"/>
              <w:right w:w="60" w:type="dxa"/>
            </w:tcMar>
            <w:vAlign w:val="center"/>
          </w:tcPr>
          <w:p w14:paraId="7033F088" w14:textId="77777777" w:rsidR="009C1061" w:rsidRDefault="00441274">
            <w:pPr>
              <w:jc w:val="right"/>
            </w:pPr>
            <w:r>
              <w:t>1 000 руб.</w:t>
            </w:r>
          </w:p>
        </w:tc>
      </w:tr>
      <w:tr w:rsidR="0009622B" w14:paraId="68B4F274" w14:textId="77777777" w:rsidTr="00DF6623">
        <w:trPr>
          <w:jc w:val="center"/>
        </w:trPr>
        <w:tc>
          <w:tcPr>
            <w:tcW w:w="453" w:type="dxa"/>
            <w:tcMar>
              <w:top w:w="40" w:type="dxa"/>
              <w:left w:w="60" w:type="dxa"/>
              <w:bottom w:w="40" w:type="dxa"/>
              <w:right w:w="60" w:type="dxa"/>
            </w:tcMar>
            <w:vAlign w:val="center"/>
          </w:tcPr>
          <w:p w14:paraId="6A1DD0CD" w14:textId="77777777" w:rsidR="0009622B" w:rsidRDefault="0009622B" w:rsidP="00DF6623">
            <w:pPr>
              <w:spacing w:after="0"/>
              <w:jc w:val="center"/>
            </w:pPr>
            <w:r>
              <w:t>222</w:t>
            </w:r>
          </w:p>
        </w:tc>
        <w:tc>
          <w:tcPr>
            <w:tcW w:w="7371" w:type="dxa"/>
            <w:tcMar>
              <w:top w:w="40" w:type="dxa"/>
              <w:left w:w="60" w:type="dxa"/>
              <w:bottom w:w="40" w:type="dxa"/>
              <w:right w:w="60" w:type="dxa"/>
            </w:tcMar>
            <w:vAlign w:val="center"/>
          </w:tcPr>
          <w:p w14:paraId="14E0351F" w14:textId="77777777" w:rsidR="0009622B" w:rsidRDefault="0009622B" w:rsidP="00DF6623">
            <w:pPr>
              <w:spacing w:after="0"/>
            </w:pPr>
            <w:r w:rsidRPr="00CA0274">
              <w:rPr>
                <w:rFonts w:cs="Times New Roman"/>
                <w:lang w:val="ru-RU"/>
              </w:rPr>
              <w:t xml:space="preserve">Комплект «двойка» (мальчик) — арт. 0132,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32</w:t>
            </w:r>
          </w:p>
        </w:tc>
        <w:tc>
          <w:tcPr>
            <w:tcW w:w="737" w:type="dxa"/>
            <w:tcMar>
              <w:top w:w="40" w:type="dxa"/>
              <w:left w:w="60" w:type="dxa"/>
              <w:bottom w:w="40" w:type="dxa"/>
              <w:right w:w="60" w:type="dxa"/>
            </w:tcMar>
            <w:vAlign w:val="center"/>
          </w:tcPr>
          <w:p w14:paraId="7862A845"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7BDE603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D1F0A0F" w14:textId="77777777" w:rsidR="009C1061" w:rsidRDefault="00441274">
            <w:pPr>
              <w:jc w:val="right"/>
            </w:pPr>
            <w:r>
              <w:t>600 руб.</w:t>
            </w:r>
          </w:p>
        </w:tc>
        <w:tc>
          <w:tcPr>
            <w:tcW w:w="1587" w:type="dxa"/>
            <w:tcMar>
              <w:top w:w="40" w:type="dxa"/>
              <w:left w:w="60" w:type="dxa"/>
              <w:bottom w:w="40" w:type="dxa"/>
              <w:right w:w="60" w:type="dxa"/>
            </w:tcMar>
            <w:vAlign w:val="center"/>
          </w:tcPr>
          <w:p w14:paraId="4AD1ABB4" w14:textId="77777777" w:rsidR="009C1061" w:rsidRDefault="00441274">
            <w:pPr>
              <w:jc w:val="right"/>
            </w:pPr>
            <w:r>
              <w:t>1 800 руб.</w:t>
            </w:r>
          </w:p>
        </w:tc>
      </w:tr>
      <w:tr w:rsidR="0009622B" w14:paraId="31D3370A" w14:textId="77777777" w:rsidTr="00DF6623">
        <w:trPr>
          <w:jc w:val="center"/>
        </w:trPr>
        <w:tc>
          <w:tcPr>
            <w:tcW w:w="453" w:type="dxa"/>
            <w:tcMar>
              <w:top w:w="40" w:type="dxa"/>
              <w:left w:w="60" w:type="dxa"/>
              <w:bottom w:w="40" w:type="dxa"/>
              <w:right w:w="60" w:type="dxa"/>
            </w:tcMar>
            <w:vAlign w:val="center"/>
          </w:tcPr>
          <w:p w14:paraId="00C632B9" w14:textId="77777777" w:rsidR="0009622B" w:rsidRDefault="0009622B" w:rsidP="00DF6623">
            <w:pPr>
              <w:spacing w:after="0"/>
              <w:jc w:val="center"/>
            </w:pPr>
            <w:r>
              <w:t>223</w:t>
            </w:r>
          </w:p>
        </w:tc>
        <w:tc>
          <w:tcPr>
            <w:tcW w:w="7371" w:type="dxa"/>
            <w:tcMar>
              <w:top w:w="40" w:type="dxa"/>
              <w:left w:w="60" w:type="dxa"/>
              <w:bottom w:w="40" w:type="dxa"/>
              <w:right w:w="60" w:type="dxa"/>
            </w:tcMar>
            <w:vAlign w:val="center"/>
          </w:tcPr>
          <w:p w14:paraId="4E9489DF" w14:textId="77777777" w:rsidR="0009622B" w:rsidRPr="00CA0274" w:rsidRDefault="0009622B" w:rsidP="00DF6623">
            <w:pPr>
              <w:spacing w:after="0"/>
              <w:rPr>
                <w:lang w:val="ru-RU"/>
              </w:rPr>
            </w:pPr>
            <w:r w:rsidRPr="00CA0274">
              <w:rPr>
                <w:rFonts w:cs="Times New Roman"/>
                <w:lang w:val="ru-RU"/>
              </w:rPr>
              <w:t>Костюмы школьные для девочек — р. 38–42</w:t>
            </w:r>
          </w:p>
        </w:tc>
        <w:tc>
          <w:tcPr>
            <w:tcW w:w="737" w:type="dxa"/>
            <w:tcMar>
              <w:top w:w="40" w:type="dxa"/>
              <w:left w:w="60" w:type="dxa"/>
              <w:bottom w:w="40" w:type="dxa"/>
              <w:right w:w="60" w:type="dxa"/>
            </w:tcMar>
            <w:vAlign w:val="center"/>
          </w:tcPr>
          <w:p w14:paraId="3379FF5D" w14:textId="77777777" w:rsidR="0009622B" w:rsidRDefault="0009622B" w:rsidP="00DF6623">
            <w:pPr>
              <w:spacing w:after="0"/>
              <w:jc w:val="center"/>
            </w:pPr>
            <w:r>
              <w:rPr>
                <w:rFonts w:cs="Times New Roman"/>
              </w:rPr>
              <w:t>14</w:t>
            </w:r>
          </w:p>
        </w:tc>
        <w:tc>
          <w:tcPr>
            <w:tcW w:w="680" w:type="dxa"/>
            <w:tcMar>
              <w:top w:w="40" w:type="dxa"/>
              <w:left w:w="60" w:type="dxa"/>
              <w:bottom w:w="40" w:type="dxa"/>
              <w:right w:w="60" w:type="dxa"/>
            </w:tcMar>
            <w:vAlign w:val="center"/>
          </w:tcPr>
          <w:p w14:paraId="6A465F6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8C81E8F" w14:textId="77777777" w:rsidR="009C1061" w:rsidRDefault="00441274">
            <w:pPr>
              <w:jc w:val="right"/>
            </w:pPr>
            <w:r>
              <w:t>750 руб.</w:t>
            </w:r>
          </w:p>
        </w:tc>
        <w:tc>
          <w:tcPr>
            <w:tcW w:w="1587" w:type="dxa"/>
            <w:tcMar>
              <w:top w:w="40" w:type="dxa"/>
              <w:left w:w="60" w:type="dxa"/>
              <w:bottom w:w="40" w:type="dxa"/>
              <w:right w:w="60" w:type="dxa"/>
            </w:tcMar>
            <w:vAlign w:val="center"/>
          </w:tcPr>
          <w:p w14:paraId="204929BF" w14:textId="77777777" w:rsidR="009C1061" w:rsidRDefault="00441274">
            <w:pPr>
              <w:jc w:val="right"/>
            </w:pPr>
            <w:r>
              <w:t>10 500 руб.</w:t>
            </w:r>
          </w:p>
        </w:tc>
      </w:tr>
      <w:tr w:rsidR="0009622B" w14:paraId="1DDA7EB7" w14:textId="77777777" w:rsidTr="00DF6623">
        <w:trPr>
          <w:jc w:val="center"/>
        </w:trPr>
        <w:tc>
          <w:tcPr>
            <w:tcW w:w="453" w:type="dxa"/>
            <w:tcMar>
              <w:top w:w="40" w:type="dxa"/>
              <w:left w:w="60" w:type="dxa"/>
              <w:bottom w:w="40" w:type="dxa"/>
              <w:right w:w="60" w:type="dxa"/>
            </w:tcMar>
            <w:vAlign w:val="center"/>
          </w:tcPr>
          <w:p w14:paraId="0EF34C62" w14:textId="77777777" w:rsidR="0009622B" w:rsidRDefault="0009622B" w:rsidP="00DF6623">
            <w:pPr>
              <w:spacing w:after="0"/>
              <w:jc w:val="center"/>
            </w:pPr>
            <w:r>
              <w:lastRenderedPageBreak/>
              <w:t>224</w:t>
            </w:r>
          </w:p>
        </w:tc>
        <w:tc>
          <w:tcPr>
            <w:tcW w:w="7371" w:type="dxa"/>
            <w:tcMar>
              <w:top w:w="40" w:type="dxa"/>
              <w:left w:w="60" w:type="dxa"/>
              <w:bottom w:w="40" w:type="dxa"/>
              <w:right w:w="60" w:type="dxa"/>
            </w:tcMar>
            <w:vAlign w:val="center"/>
          </w:tcPr>
          <w:p w14:paraId="26C60599" w14:textId="77777777" w:rsidR="0009622B" w:rsidRPr="00CA0274" w:rsidRDefault="0009622B" w:rsidP="00DF6623">
            <w:pPr>
              <w:spacing w:after="0"/>
              <w:rPr>
                <w:lang w:val="ru-RU"/>
              </w:rPr>
            </w:pPr>
            <w:r w:rsidRPr="00CA0274">
              <w:rPr>
                <w:rFonts w:cs="Times New Roman"/>
                <w:lang w:val="ru-RU"/>
              </w:rPr>
              <w:t xml:space="preserve">Костюм для девочки (двойка) </w:t>
            </w:r>
          </w:p>
        </w:tc>
        <w:tc>
          <w:tcPr>
            <w:tcW w:w="737" w:type="dxa"/>
            <w:tcMar>
              <w:top w:w="40" w:type="dxa"/>
              <w:left w:w="60" w:type="dxa"/>
              <w:bottom w:w="40" w:type="dxa"/>
              <w:right w:w="60" w:type="dxa"/>
            </w:tcMar>
            <w:vAlign w:val="center"/>
          </w:tcPr>
          <w:p w14:paraId="15D188B0" w14:textId="77777777" w:rsidR="0009622B" w:rsidRDefault="0009622B" w:rsidP="00DF6623">
            <w:pPr>
              <w:spacing w:after="0"/>
              <w:jc w:val="center"/>
              <w:rPr>
                <w:rFonts w:cs="Times New Roman"/>
                <w:lang w:val="ru-RU"/>
              </w:rPr>
            </w:pPr>
            <w:r>
              <w:rPr>
                <w:rFonts w:cs="Times New Roman"/>
                <w:lang w:val="ru-RU"/>
              </w:rPr>
              <w:t>38</w:t>
            </w:r>
          </w:p>
          <w:p w14:paraId="22759411" w14:textId="77777777" w:rsidR="0009622B" w:rsidRPr="00D266DD" w:rsidRDefault="0009622B" w:rsidP="00DF6623">
            <w:pPr>
              <w:spacing w:after="0"/>
              <w:jc w:val="center"/>
              <w:rPr>
                <w:lang w:val="ru-RU"/>
              </w:rPr>
            </w:pPr>
          </w:p>
        </w:tc>
        <w:tc>
          <w:tcPr>
            <w:tcW w:w="680" w:type="dxa"/>
            <w:tcMar>
              <w:top w:w="40" w:type="dxa"/>
              <w:left w:w="60" w:type="dxa"/>
              <w:bottom w:w="40" w:type="dxa"/>
              <w:right w:w="60" w:type="dxa"/>
            </w:tcMar>
            <w:vAlign w:val="center"/>
          </w:tcPr>
          <w:p w14:paraId="13BE18A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EC3CB20" w14:textId="77777777" w:rsidR="009C1061" w:rsidRDefault="00441274">
            <w:pPr>
              <w:jc w:val="right"/>
            </w:pPr>
            <w:r>
              <w:t>750 руб.</w:t>
            </w:r>
          </w:p>
        </w:tc>
        <w:tc>
          <w:tcPr>
            <w:tcW w:w="1587" w:type="dxa"/>
            <w:tcMar>
              <w:top w:w="40" w:type="dxa"/>
              <w:left w:w="60" w:type="dxa"/>
              <w:bottom w:w="40" w:type="dxa"/>
              <w:right w:w="60" w:type="dxa"/>
            </w:tcMar>
            <w:vAlign w:val="center"/>
          </w:tcPr>
          <w:p w14:paraId="38548762" w14:textId="77777777" w:rsidR="009C1061" w:rsidRDefault="00441274">
            <w:pPr>
              <w:jc w:val="right"/>
            </w:pPr>
            <w:r>
              <w:t>28 500 руб.</w:t>
            </w:r>
          </w:p>
        </w:tc>
      </w:tr>
      <w:tr w:rsidR="0009622B" w14:paraId="0A6B55FB" w14:textId="77777777" w:rsidTr="00DF6623">
        <w:trPr>
          <w:jc w:val="center"/>
        </w:trPr>
        <w:tc>
          <w:tcPr>
            <w:tcW w:w="453" w:type="dxa"/>
            <w:tcMar>
              <w:top w:w="40" w:type="dxa"/>
              <w:left w:w="60" w:type="dxa"/>
              <w:bottom w:w="40" w:type="dxa"/>
              <w:right w:w="60" w:type="dxa"/>
            </w:tcMar>
            <w:vAlign w:val="center"/>
          </w:tcPr>
          <w:p w14:paraId="623BEA3A" w14:textId="77777777" w:rsidR="0009622B" w:rsidRDefault="0009622B" w:rsidP="00DF6623">
            <w:pPr>
              <w:spacing w:after="0"/>
              <w:jc w:val="center"/>
            </w:pPr>
            <w:r>
              <w:t>225</w:t>
            </w:r>
          </w:p>
        </w:tc>
        <w:tc>
          <w:tcPr>
            <w:tcW w:w="7371" w:type="dxa"/>
            <w:tcMar>
              <w:top w:w="40" w:type="dxa"/>
              <w:left w:w="60" w:type="dxa"/>
              <w:bottom w:w="40" w:type="dxa"/>
              <w:right w:w="60" w:type="dxa"/>
            </w:tcMar>
            <w:vAlign w:val="center"/>
          </w:tcPr>
          <w:p w14:paraId="2F95924E"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девчачий</w:t>
            </w:r>
            <w:proofErr w:type="spellEnd"/>
            <w:r>
              <w:rPr>
                <w:rFonts w:cs="Times New Roman"/>
              </w:rPr>
              <w:t xml:space="preserve"> — р. 38</w:t>
            </w:r>
          </w:p>
        </w:tc>
        <w:tc>
          <w:tcPr>
            <w:tcW w:w="737" w:type="dxa"/>
            <w:tcMar>
              <w:top w:w="40" w:type="dxa"/>
              <w:left w:w="60" w:type="dxa"/>
              <w:bottom w:w="40" w:type="dxa"/>
              <w:right w:w="60" w:type="dxa"/>
            </w:tcMar>
            <w:vAlign w:val="center"/>
          </w:tcPr>
          <w:p w14:paraId="181A8F02" w14:textId="77777777" w:rsidR="0009622B" w:rsidRDefault="0009622B" w:rsidP="00DF6623">
            <w:pPr>
              <w:spacing w:after="0"/>
              <w:jc w:val="center"/>
            </w:pPr>
            <w:r>
              <w:rPr>
                <w:rFonts w:cs="Times New Roman"/>
              </w:rPr>
              <w:t>6</w:t>
            </w:r>
          </w:p>
        </w:tc>
        <w:tc>
          <w:tcPr>
            <w:tcW w:w="680" w:type="dxa"/>
            <w:tcMar>
              <w:top w:w="40" w:type="dxa"/>
              <w:left w:w="60" w:type="dxa"/>
              <w:bottom w:w="40" w:type="dxa"/>
              <w:right w:w="60" w:type="dxa"/>
            </w:tcMar>
            <w:vAlign w:val="center"/>
          </w:tcPr>
          <w:p w14:paraId="4DECFCF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7B092C1" w14:textId="77777777" w:rsidR="009C1061" w:rsidRDefault="00441274">
            <w:pPr>
              <w:jc w:val="right"/>
            </w:pPr>
            <w:r>
              <w:t>250 руб.</w:t>
            </w:r>
          </w:p>
        </w:tc>
        <w:tc>
          <w:tcPr>
            <w:tcW w:w="1587" w:type="dxa"/>
            <w:tcMar>
              <w:top w:w="40" w:type="dxa"/>
              <w:left w:w="60" w:type="dxa"/>
              <w:bottom w:w="40" w:type="dxa"/>
              <w:right w:w="60" w:type="dxa"/>
            </w:tcMar>
            <w:vAlign w:val="center"/>
          </w:tcPr>
          <w:p w14:paraId="6BFAAA7C" w14:textId="77777777" w:rsidR="009C1061" w:rsidRDefault="00441274">
            <w:pPr>
              <w:jc w:val="right"/>
            </w:pPr>
            <w:r>
              <w:t>1 500 руб.</w:t>
            </w:r>
          </w:p>
        </w:tc>
      </w:tr>
      <w:tr w:rsidR="0009622B" w14:paraId="2ECCFA25" w14:textId="77777777" w:rsidTr="00DF6623">
        <w:trPr>
          <w:jc w:val="center"/>
        </w:trPr>
        <w:tc>
          <w:tcPr>
            <w:tcW w:w="453" w:type="dxa"/>
            <w:tcMar>
              <w:top w:w="40" w:type="dxa"/>
              <w:left w:w="60" w:type="dxa"/>
              <w:bottom w:w="40" w:type="dxa"/>
              <w:right w:w="60" w:type="dxa"/>
            </w:tcMar>
            <w:vAlign w:val="center"/>
          </w:tcPr>
          <w:p w14:paraId="52CE2645" w14:textId="77777777" w:rsidR="0009622B" w:rsidRDefault="0009622B" w:rsidP="00DF6623">
            <w:pPr>
              <w:spacing w:after="0"/>
              <w:jc w:val="center"/>
            </w:pPr>
            <w:r>
              <w:t>226</w:t>
            </w:r>
          </w:p>
        </w:tc>
        <w:tc>
          <w:tcPr>
            <w:tcW w:w="7371" w:type="dxa"/>
            <w:tcMar>
              <w:top w:w="40" w:type="dxa"/>
              <w:left w:w="60" w:type="dxa"/>
              <w:bottom w:w="40" w:type="dxa"/>
              <w:right w:w="60" w:type="dxa"/>
            </w:tcMar>
            <w:vAlign w:val="center"/>
          </w:tcPr>
          <w:p w14:paraId="499F05B9"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синий</w:t>
            </w:r>
            <w:proofErr w:type="spellEnd"/>
            <w:r>
              <w:rPr>
                <w:rFonts w:cs="Times New Roman"/>
              </w:rPr>
              <w:t xml:space="preserve"> — р. 42</w:t>
            </w:r>
          </w:p>
        </w:tc>
        <w:tc>
          <w:tcPr>
            <w:tcW w:w="737" w:type="dxa"/>
            <w:tcMar>
              <w:top w:w="40" w:type="dxa"/>
              <w:left w:w="60" w:type="dxa"/>
              <w:bottom w:w="40" w:type="dxa"/>
              <w:right w:w="60" w:type="dxa"/>
            </w:tcMar>
            <w:vAlign w:val="center"/>
          </w:tcPr>
          <w:p w14:paraId="74AB702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FFB9D1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2C5F896" w14:textId="77777777" w:rsidR="009C1061" w:rsidRDefault="00441274">
            <w:pPr>
              <w:jc w:val="right"/>
            </w:pPr>
            <w:r>
              <w:t>250 руб.</w:t>
            </w:r>
          </w:p>
        </w:tc>
        <w:tc>
          <w:tcPr>
            <w:tcW w:w="1587" w:type="dxa"/>
            <w:tcMar>
              <w:top w:w="40" w:type="dxa"/>
              <w:left w:w="60" w:type="dxa"/>
              <w:bottom w:w="40" w:type="dxa"/>
              <w:right w:w="60" w:type="dxa"/>
            </w:tcMar>
            <w:vAlign w:val="center"/>
          </w:tcPr>
          <w:p w14:paraId="1FDE50C3" w14:textId="77777777" w:rsidR="009C1061" w:rsidRDefault="00441274">
            <w:pPr>
              <w:jc w:val="right"/>
            </w:pPr>
            <w:r>
              <w:t>250 руб.</w:t>
            </w:r>
          </w:p>
        </w:tc>
      </w:tr>
      <w:tr w:rsidR="0009622B" w14:paraId="13574849" w14:textId="77777777" w:rsidTr="00DF6623">
        <w:trPr>
          <w:jc w:val="center"/>
        </w:trPr>
        <w:tc>
          <w:tcPr>
            <w:tcW w:w="453" w:type="dxa"/>
            <w:tcMar>
              <w:top w:w="40" w:type="dxa"/>
              <w:left w:w="60" w:type="dxa"/>
              <w:bottom w:w="40" w:type="dxa"/>
              <w:right w:w="60" w:type="dxa"/>
            </w:tcMar>
            <w:vAlign w:val="center"/>
          </w:tcPr>
          <w:p w14:paraId="08A524DA" w14:textId="77777777" w:rsidR="0009622B" w:rsidRPr="00CD2C3A" w:rsidRDefault="0009622B" w:rsidP="00DF6623">
            <w:pPr>
              <w:spacing w:after="0"/>
              <w:jc w:val="center"/>
              <w:rPr>
                <w:rFonts w:cs="Times New Roman"/>
              </w:rPr>
            </w:pPr>
            <w:r>
              <w:t>227</w:t>
            </w:r>
          </w:p>
        </w:tc>
        <w:tc>
          <w:tcPr>
            <w:tcW w:w="7371" w:type="dxa"/>
            <w:tcMar>
              <w:top w:w="40" w:type="dxa"/>
              <w:left w:w="60" w:type="dxa"/>
              <w:bottom w:w="40" w:type="dxa"/>
              <w:right w:w="60" w:type="dxa"/>
            </w:tcMar>
            <w:vAlign w:val="center"/>
          </w:tcPr>
          <w:p w14:paraId="428376A4" w14:textId="77777777" w:rsidR="0009622B" w:rsidRPr="00D266DD" w:rsidRDefault="0009622B" w:rsidP="00DF6623">
            <w:pPr>
              <w:spacing w:after="0"/>
              <w:rPr>
                <w:rFonts w:cs="Times New Roman"/>
                <w:lang w:val="ru-RU"/>
              </w:rPr>
            </w:pPr>
            <w:r>
              <w:rPr>
                <w:rFonts w:cs="Times New Roman"/>
                <w:lang w:val="ru-RU"/>
              </w:rPr>
              <w:t xml:space="preserve">Костюм подростковый дев. </w:t>
            </w:r>
            <w:proofErr w:type="gramStart"/>
            <w:r>
              <w:rPr>
                <w:rFonts w:cs="Times New Roman"/>
                <w:lang w:val="ru-RU"/>
              </w:rPr>
              <w:t>3-ка</w:t>
            </w:r>
            <w:proofErr w:type="gramEnd"/>
          </w:p>
        </w:tc>
        <w:tc>
          <w:tcPr>
            <w:tcW w:w="737" w:type="dxa"/>
            <w:tcMar>
              <w:top w:w="40" w:type="dxa"/>
              <w:left w:w="60" w:type="dxa"/>
              <w:bottom w:w="40" w:type="dxa"/>
              <w:right w:w="60" w:type="dxa"/>
            </w:tcMar>
            <w:vAlign w:val="center"/>
          </w:tcPr>
          <w:p w14:paraId="486B5B4D" w14:textId="77777777" w:rsidR="0009622B" w:rsidRPr="00D266DD" w:rsidRDefault="0009622B" w:rsidP="00DF6623">
            <w:pPr>
              <w:spacing w:after="0"/>
              <w:jc w:val="center"/>
              <w:rPr>
                <w:rFonts w:cs="Times New Roman"/>
                <w:lang w:val="ru-RU"/>
              </w:rPr>
            </w:pPr>
            <w:r>
              <w:rPr>
                <w:rFonts w:cs="Times New Roman"/>
                <w:lang w:val="ru-RU"/>
              </w:rPr>
              <w:t>49</w:t>
            </w:r>
          </w:p>
        </w:tc>
        <w:tc>
          <w:tcPr>
            <w:tcW w:w="680" w:type="dxa"/>
            <w:tcMar>
              <w:top w:w="40" w:type="dxa"/>
              <w:left w:w="60" w:type="dxa"/>
              <w:bottom w:w="40" w:type="dxa"/>
              <w:right w:w="60" w:type="dxa"/>
            </w:tcMar>
            <w:vAlign w:val="center"/>
          </w:tcPr>
          <w:p w14:paraId="599A7E20" w14:textId="77777777" w:rsidR="0009622B" w:rsidRDefault="0009622B" w:rsidP="00DF6623">
            <w:pPr>
              <w:spacing w:after="0"/>
              <w:jc w:val="center"/>
              <w:rPr>
                <w:rFonts w:cs="Times New Roman"/>
              </w:rPr>
            </w:pPr>
          </w:p>
        </w:tc>
        <w:tc>
          <w:tcPr>
            <w:tcW w:w="1417" w:type="dxa"/>
            <w:tcMar>
              <w:top w:w="40" w:type="dxa"/>
              <w:left w:w="60" w:type="dxa"/>
              <w:bottom w:w="40" w:type="dxa"/>
              <w:right w:w="60" w:type="dxa"/>
            </w:tcMar>
            <w:vAlign w:val="center"/>
          </w:tcPr>
          <w:p w14:paraId="16E573B5" w14:textId="77777777" w:rsidR="009C1061" w:rsidRDefault="00441274">
            <w:pPr>
              <w:jc w:val="right"/>
            </w:pPr>
            <w:r>
              <w:t>800 руб.</w:t>
            </w:r>
          </w:p>
        </w:tc>
        <w:tc>
          <w:tcPr>
            <w:tcW w:w="1587" w:type="dxa"/>
            <w:tcMar>
              <w:top w:w="40" w:type="dxa"/>
              <w:left w:w="60" w:type="dxa"/>
              <w:bottom w:w="40" w:type="dxa"/>
              <w:right w:w="60" w:type="dxa"/>
            </w:tcMar>
            <w:vAlign w:val="center"/>
          </w:tcPr>
          <w:p w14:paraId="7B94B7AC" w14:textId="77777777" w:rsidR="009C1061" w:rsidRDefault="00441274">
            <w:pPr>
              <w:jc w:val="right"/>
            </w:pPr>
            <w:r>
              <w:t>39 200 руб.</w:t>
            </w:r>
          </w:p>
        </w:tc>
      </w:tr>
      <w:tr w:rsidR="0009622B" w:rsidRPr="00D266DD" w14:paraId="2DD6123B" w14:textId="77777777" w:rsidTr="00DF6623">
        <w:trPr>
          <w:jc w:val="center"/>
        </w:trPr>
        <w:tc>
          <w:tcPr>
            <w:tcW w:w="453" w:type="dxa"/>
            <w:tcMar>
              <w:top w:w="40" w:type="dxa"/>
              <w:left w:w="60" w:type="dxa"/>
              <w:bottom w:w="40" w:type="dxa"/>
              <w:right w:w="60" w:type="dxa"/>
            </w:tcMar>
            <w:vAlign w:val="center"/>
          </w:tcPr>
          <w:p w14:paraId="167CC34E" w14:textId="77777777" w:rsidR="0009622B" w:rsidRPr="00CD2C3A" w:rsidRDefault="0009622B" w:rsidP="00DF6623">
            <w:pPr>
              <w:spacing w:after="0"/>
              <w:jc w:val="center"/>
              <w:rPr>
                <w:rFonts w:cs="Times New Roman"/>
              </w:rPr>
            </w:pPr>
            <w:r>
              <w:t>228</w:t>
            </w:r>
          </w:p>
        </w:tc>
        <w:tc>
          <w:tcPr>
            <w:tcW w:w="7371" w:type="dxa"/>
            <w:tcMar>
              <w:top w:w="40" w:type="dxa"/>
              <w:left w:w="60" w:type="dxa"/>
              <w:bottom w:w="40" w:type="dxa"/>
              <w:right w:w="60" w:type="dxa"/>
            </w:tcMar>
            <w:vAlign w:val="center"/>
          </w:tcPr>
          <w:p w14:paraId="4B5D564F" w14:textId="77777777" w:rsidR="0009622B" w:rsidRDefault="0009622B" w:rsidP="00DF6623">
            <w:pPr>
              <w:spacing w:after="0"/>
              <w:rPr>
                <w:rFonts w:cs="Times New Roman"/>
                <w:lang w:val="ru-RU"/>
              </w:rPr>
            </w:pPr>
            <w:r>
              <w:rPr>
                <w:rFonts w:cs="Times New Roman"/>
                <w:lang w:val="ru-RU"/>
              </w:rPr>
              <w:t>Костюм: пиджак и сарафан дев.</w:t>
            </w:r>
          </w:p>
        </w:tc>
        <w:tc>
          <w:tcPr>
            <w:tcW w:w="737" w:type="dxa"/>
            <w:tcMar>
              <w:top w:w="40" w:type="dxa"/>
              <w:left w:w="60" w:type="dxa"/>
              <w:bottom w:w="40" w:type="dxa"/>
              <w:right w:w="60" w:type="dxa"/>
            </w:tcMar>
            <w:vAlign w:val="center"/>
          </w:tcPr>
          <w:p w14:paraId="56C4FFC5" w14:textId="77777777" w:rsidR="0009622B" w:rsidRDefault="0009622B" w:rsidP="00DF6623">
            <w:pPr>
              <w:spacing w:after="0"/>
              <w:jc w:val="center"/>
              <w:rPr>
                <w:rFonts w:cs="Times New Roman"/>
                <w:lang w:val="ru-RU"/>
              </w:rPr>
            </w:pPr>
            <w:r>
              <w:rPr>
                <w:rFonts w:cs="Times New Roman"/>
                <w:lang w:val="ru-RU"/>
              </w:rPr>
              <w:t>4</w:t>
            </w:r>
          </w:p>
        </w:tc>
        <w:tc>
          <w:tcPr>
            <w:tcW w:w="680" w:type="dxa"/>
            <w:tcMar>
              <w:top w:w="40" w:type="dxa"/>
              <w:left w:w="60" w:type="dxa"/>
              <w:bottom w:w="40" w:type="dxa"/>
              <w:right w:w="60" w:type="dxa"/>
            </w:tcMar>
            <w:vAlign w:val="center"/>
          </w:tcPr>
          <w:p w14:paraId="5E95180F" w14:textId="77777777" w:rsidR="0009622B" w:rsidRPr="00D266DD" w:rsidRDefault="0009622B" w:rsidP="00DF6623">
            <w:pPr>
              <w:spacing w:after="0"/>
              <w:jc w:val="center"/>
              <w:rPr>
                <w:rFonts w:cs="Times New Roman"/>
                <w:lang w:val="ru-RU"/>
              </w:rPr>
            </w:pPr>
          </w:p>
        </w:tc>
        <w:tc>
          <w:tcPr>
            <w:tcW w:w="1417" w:type="dxa"/>
            <w:tcMar>
              <w:top w:w="40" w:type="dxa"/>
              <w:left w:w="60" w:type="dxa"/>
              <w:bottom w:w="40" w:type="dxa"/>
              <w:right w:w="60" w:type="dxa"/>
            </w:tcMar>
            <w:vAlign w:val="center"/>
          </w:tcPr>
          <w:p w14:paraId="18C8DC15" w14:textId="77777777" w:rsidR="009C1061" w:rsidRDefault="00441274">
            <w:pPr>
              <w:jc w:val="right"/>
            </w:pPr>
            <w:r>
              <w:t>500 руб.</w:t>
            </w:r>
          </w:p>
        </w:tc>
        <w:tc>
          <w:tcPr>
            <w:tcW w:w="1587" w:type="dxa"/>
            <w:tcMar>
              <w:top w:w="40" w:type="dxa"/>
              <w:left w:w="60" w:type="dxa"/>
              <w:bottom w:w="40" w:type="dxa"/>
              <w:right w:w="60" w:type="dxa"/>
            </w:tcMar>
            <w:vAlign w:val="center"/>
          </w:tcPr>
          <w:p w14:paraId="6CAFC2EE" w14:textId="77777777" w:rsidR="009C1061" w:rsidRDefault="00441274">
            <w:pPr>
              <w:jc w:val="right"/>
            </w:pPr>
            <w:r>
              <w:t>2 000 руб.</w:t>
            </w:r>
          </w:p>
        </w:tc>
      </w:tr>
      <w:tr w:rsidR="0009622B" w:rsidRPr="00D266DD" w14:paraId="77630E33" w14:textId="77777777" w:rsidTr="00DF6623">
        <w:trPr>
          <w:jc w:val="center"/>
        </w:trPr>
        <w:tc>
          <w:tcPr>
            <w:tcW w:w="453" w:type="dxa"/>
            <w:tcMar>
              <w:top w:w="40" w:type="dxa"/>
              <w:left w:w="60" w:type="dxa"/>
              <w:bottom w:w="40" w:type="dxa"/>
              <w:right w:w="60" w:type="dxa"/>
            </w:tcMar>
            <w:vAlign w:val="center"/>
          </w:tcPr>
          <w:p w14:paraId="08863F53" w14:textId="77777777" w:rsidR="0009622B" w:rsidRPr="00CD2C3A" w:rsidRDefault="0009622B" w:rsidP="00DF6623">
            <w:pPr>
              <w:spacing w:after="0"/>
              <w:jc w:val="center"/>
              <w:rPr>
                <w:rFonts w:cs="Times New Roman"/>
              </w:rPr>
            </w:pPr>
            <w:r>
              <w:t>229</w:t>
            </w:r>
          </w:p>
        </w:tc>
        <w:tc>
          <w:tcPr>
            <w:tcW w:w="7371" w:type="dxa"/>
            <w:tcMar>
              <w:top w:w="40" w:type="dxa"/>
              <w:left w:w="60" w:type="dxa"/>
              <w:bottom w:w="40" w:type="dxa"/>
              <w:right w:w="60" w:type="dxa"/>
            </w:tcMar>
            <w:vAlign w:val="center"/>
          </w:tcPr>
          <w:p w14:paraId="2137F71F" w14:textId="77777777" w:rsidR="0009622B" w:rsidRDefault="0009622B" w:rsidP="00DF6623">
            <w:pPr>
              <w:spacing w:after="0"/>
              <w:rPr>
                <w:rFonts w:cs="Times New Roman"/>
                <w:lang w:val="ru-RU"/>
              </w:rPr>
            </w:pPr>
            <w:r>
              <w:rPr>
                <w:rFonts w:cs="Times New Roman"/>
                <w:lang w:val="ru-RU"/>
              </w:rPr>
              <w:t>Юбка школьная дев.</w:t>
            </w:r>
          </w:p>
        </w:tc>
        <w:tc>
          <w:tcPr>
            <w:tcW w:w="737" w:type="dxa"/>
            <w:tcMar>
              <w:top w:w="40" w:type="dxa"/>
              <w:left w:w="60" w:type="dxa"/>
              <w:bottom w:w="40" w:type="dxa"/>
              <w:right w:w="60" w:type="dxa"/>
            </w:tcMar>
            <w:vAlign w:val="center"/>
          </w:tcPr>
          <w:p w14:paraId="7B101AED" w14:textId="77777777" w:rsidR="0009622B" w:rsidRDefault="0009622B" w:rsidP="00DF6623">
            <w:pPr>
              <w:spacing w:after="0"/>
              <w:jc w:val="center"/>
              <w:rPr>
                <w:rFonts w:cs="Times New Roman"/>
                <w:lang w:val="ru-RU"/>
              </w:rPr>
            </w:pPr>
            <w:r>
              <w:rPr>
                <w:rFonts w:cs="Times New Roman"/>
                <w:lang w:val="ru-RU"/>
              </w:rPr>
              <w:t>158</w:t>
            </w:r>
          </w:p>
        </w:tc>
        <w:tc>
          <w:tcPr>
            <w:tcW w:w="680" w:type="dxa"/>
            <w:tcMar>
              <w:top w:w="40" w:type="dxa"/>
              <w:left w:w="60" w:type="dxa"/>
              <w:bottom w:w="40" w:type="dxa"/>
              <w:right w:w="60" w:type="dxa"/>
            </w:tcMar>
            <w:vAlign w:val="center"/>
          </w:tcPr>
          <w:p w14:paraId="33E5FEEB" w14:textId="77777777" w:rsidR="0009622B" w:rsidRPr="00D266DD" w:rsidRDefault="0009622B" w:rsidP="00DF6623">
            <w:pPr>
              <w:spacing w:after="0"/>
              <w:jc w:val="center"/>
              <w:rPr>
                <w:rFonts w:cs="Times New Roman"/>
                <w:lang w:val="ru-RU"/>
              </w:rPr>
            </w:pPr>
          </w:p>
        </w:tc>
        <w:tc>
          <w:tcPr>
            <w:tcW w:w="1417" w:type="dxa"/>
            <w:tcMar>
              <w:top w:w="40" w:type="dxa"/>
              <w:left w:w="60" w:type="dxa"/>
              <w:bottom w:w="40" w:type="dxa"/>
              <w:right w:w="60" w:type="dxa"/>
            </w:tcMar>
            <w:vAlign w:val="center"/>
          </w:tcPr>
          <w:p w14:paraId="19714AED" w14:textId="77777777" w:rsidR="009C1061" w:rsidRDefault="00441274">
            <w:pPr>
              <w:jc w:val="right"/>
            </w:pPr>
            <w:r>
              <w:t>300 руб.</w:t>
            </w:r>
          </w:p>
        </w:tc>
        <w:tc>
          <w:tcPr>
            <w:tcW w:w="1587" w:type="dxa"/>
            <w:tcMar>
              <w:top w:w="40" w:type="dxa"/>
              <w:left w:w="60" w:type="dxa"/>
              <w:bottom w:w="40" w:type="dxa"/>
              <w:right w:w="60" w:type="dxa"/>
            </w:tcMar>
            <w:vAlign w:val="center"/>
          </w:tcPr>
          <w:p w14:paraId="2A541980" w14:textId="77777777" w:rsidR="009C1061" w:rsidRDefault="00441274">
            <w:pPr>
              <w:jc w:val="right"/>
            </w:pPr>
            <w:r>
              <w:t>47 400 руб.</w:t>
            </w:r>
          </w:p>
        </w:tc>
      </w:tr>
      <w:tr w:rsidR="0009622B" w:rsidRPr="00D266DD" w14:paraId="1B40FC14" w14:textId="77777777" w:rsidTr="00DF6623">
        <w:trPr>
          <w:jc w:val="center"/>
        </w:trPr>
        <w:tc>
          <w:tcPr>
            <w:tcW w:w="453" w:type="dxa"/>
            <w:tcMar>
              <w:top w:w="40" w:type="dxa"/>
              <w:left w:w="60" w:type="dxa"/>
              <w:bottom w:w="40" w:type="dxa"/>
              <w:right w:w="60" w:type="dxa"/>
            </w:tcMar>
            <w:vAlign w:val="center"/>
          </w:tcPr>
          <w:p w14:paraId="2E24BE67" w14:textId="77777777" w:rsidR="0009622B" w:rsidRPr="00CD2C3A" w:rsidRDefault="0009622B" w:rsidP="00DF6623">
            <w:pPr>
              <w:spacing w:after="0"/>
              <w:jc w:val="center"/>
              <w:rPr>
                <w:rFonts w:cs="Times New Roman"/>
              </w:rPr>
            </w:pPr>
            <w:r>
              <w:t>230</w:t>
            </w:r>
          </w:p>
        </w:tc>
        <w:tc>
          <w:tcPr>
            <w:tcW w:w="7371" w:type="dxa"/>
            <w:tcMar>
              <w:top w:w="40" w:type="dxa"/>
              <w:left w:w="60" w:type="dxa"/>
              <w:bottom w:w="40" w:type="dxa"/>
              <w:right w:w="60" w:type="dxa"/>
            </w:tcMar>
            <w:vAlign w:val="center"/>
          </w:tcPr>
          <w:p w14:paraId="52A94345" w14:textId="77777777" w:rsidR="0009622B" w:rsidRDefault="0009622B" w:rsidP="00DF6623">
            <w:pPr>
              <w:spacing w:after="0"/>
              <w:rPr>
                <w:rFonts w:cs="Times New Roman"/>
                <w:lang w:val="ru-RU"/>
              </w:rPr>
            </w:pPr>
            <w:r>
              <w:rPr>
                <w:rFonts w:cs="Times New Roman"/>
                <w:lang w:val="ru-RU"/>
              </w:rPr>
              <w:t>Платье школьное и 2 фартука</w:t>
            </w:r>
          </w:p>
        </w:tc>
        <w:tc>
          <w:tcPr>
            <w:tcW w:w="737" w:type="dxa"/>
            <w:tcMar>
              <w:top w:w="40" w:type="dxa"/>
              <w:left w:w="60" w:type="dxa"/>
              <w:bottom w:w="40" w:type="dxa"/>
              <w:right w:w="60" w:type="dxa"/>
            </w:tcMar>
            <w:vAlign w:val="center"/>
          </w:tcPr>
          <w:p w14:paraId="42867D57" w14:textId="77777777" w:rsidR="0009622B" w:rsidRDefault="0009622B" w:rsidP="00DF6623">
            <w:pPr>
              <w:spacing w:after="0"/>
              <w:jc w:val="center"/>
              <w:rPr>
                <w:rFonts w:cs="Times New Roman"/>
                <w:lang w:val="ru-RU"/>
              </w:rPr>
            </w:pPr>
            <w:r>
              <w:rPr>
                <w:rFonts w:cs="Times New Roman"/>
                <w:lang w:val="ru-RU"/>
              </w:rPr>
              <w:t>3</w:t>
            </w:r>
          </w:p>
        </w:tc>
        <w:tc>
          <w:tcPr>
            <w:tcW w:w="680" w:type="dxa"/>
            <w:tcMar>
              <w:top w:w="40" w:type="dxa"/>
              <w:left w:w="60" w:type="dxa"/>
              <w:bottom w:w="40" w:type="dxa"/>
              <w:right w:w="60" w:type="dxa"/>
            </w:tcMar>
            <w:vAlign w:val="center"/>
          </w:tcPr>
          <w:p w14:paraId="3C835330" w14:textId="77777777" w:rsidR="0009622B" w:rsidRPr="00D266DD" w:rsidRDefault="0009622B" w:rsidP="00DF6623">
            <w:pPr>
              <w:spacing w:after="0"/>
              <w:jc w:val="center"/>
              <w:rPr>
                <w:rFonts w:cs="Times New Roman"/>
                <w:lang w:val="ru-RU"/>
              </w:rPr>
            </w:pPr>
          </w:p>
        </w:tc>
        <w:tc>
          <w:tcPr>
            <w:tcW w:w="1417" w:type="dxa"/>
            <w:tcMar>
              <w:top w:w="40" w:type="dxa"/>
              <w:left w:w="60" w:type="dxa"/>
              <w:bottom w:w="40" w:type="dxa"/>
              <w:right w:w="60" w:type="dxa"/>
            </w:tcMar>
            <w:vAlign w:val="center"/>
          </w:tcPr>
          <w:p w14:paraId="151B3773" w14:textId="77777777" w:rsidR="009C1061" w:rsidRDefault="00441274">
            <w:pPr>
              <w:jc w:val="right"/>
            </w:pPr>
            <w:r>
              <w:t>500 руб.</w:t>
            </w:r>
          </w:p>
        </w:tc>
        <w:tc>
          <w:tcPr>
            <w:tcW w:w="1587" w:type="dxa"/>
            <w:tcMar>
              <w:top w:w="40" w:type="dxa"/>
              <w:left w:w="60" w:type="dxa"/>
              <w:bottom w:w="40" w:type="dxa"/>
              <w:right w:w="60" w:type="dxa"/>
            </w:tcMar>
            <w:vAlign w:val="center"/>
          </w:tcPr>
          <w:p w14:paraId="502AF68A" w14:textId="77777777" w:rsidR="009C1061" w:rsidRDefault="00441274">
            <w:pPr>
              <w:jc w:val="right"/>
            </w:pPr>
            <w:r>
              <w:t>1 500 руб.</w:t>
            </w:r>
          </w:p>
        </w:tc>
      </w:tr>
      <w:tr w:rsidR="0009622B" w:rsidRPr="00D266DD" w14:paraId="79CB2625" w14:textId="77777777" w:rsidTr="00DF6623">
        <w:trPr>
          <w:jc w:val="center"/>
        </w:trPr>
        <w:tc>
          <w:tcPr>
            <w:tcW w:w="453" w:type="dxa"/>
            <w:tcMar>
              <w:top w:w="40" w:type="dxa"/>
              <w:left w:w="60" w:type="dxa"/>
              <w:bottom w:w="40" w:type="dxa"/>
              <w:right w:w="60" w:type="dxa"/>
            </w:tcMar>
            <w:vAlign w:val="center"/>
          </w:tcPr>
          <w:p w14:paraId="27134CFB" w14:textId="77777777" w:rsidR="0009622B" w:rsidRPr="00CD2C3A" w:rsidRDefault="0009622B" w:rsidP="00DF6623">
            <w:pPr>
              <w:spacing w:after="0"/>
              <w:jc w:val="center"/>
              <w:rPr>
                <w:rFonts w:cs="Times New Roman"/>
              </w:rPr>
            </w:pPr>
            <w:r>
              <w:t>231</w:t>
            </w:r>
          </w:p>
        </w:tc>
        <w:tc>
          <w:tcPr>
            <w:tcW w:w="7371" w:type="dxa"/>
            <w:tcMar>
              <w:top w:w="40" w:type="dxa"/>
              <w:left w:w="60" w:type="dxa"/>
              <w:bottom w:w="40" w:type="dxa"/>
              <w:right w:w="60" w:type="dxa"/>
            </w:tcMar>
            <w:vAlign w:val="center"/>
          </w:tcPr>
          <w:p w14:paraId="2A7CF820" w14:textId="77777777" w:rsidR="0009622B" w:rsidRDefault="0009622B" w:rsidP="00DF6623">
            <w:pPr>
              <w:spacing w:after="0"/>
              <w:rPr>
                <w:rFonts w:cs="Times New Roman"/>
                <w:lang w:val="ru-RU"/>
              </w:rPr>
            </w:pPr>
            <w:r>
              <w:rPr>
                <w:rFonts w:cs="Times New Roman"/>
                <w:lang w:val="ru-RU"/>
              </w:rPr>
              <w:t>Брюки дев. Синие, серые, черные</w:t>
            </w:r>
          </w:p>
        </w:tc>
        <w:tc>
          <w:tcPr>
            <w:tcW w:w="737" w:type="dxa"/>
            <w:tcMar>
              <w:top w:w="40" w:type="dxa"/>
              <w:left w:w="60" w:type="dxa"/>
              <w:bottom w:w="40" w:type="dxa"/>
              <w:right w:w="60" w:type="dxa"/>
            </w:tcMar>
            <w:vAlign w:val="center"/>
          </w:tcPr>
          <w:p w14:paraId="1747AD48" w14:textId="77777777" w:rsidR="0009622B" w:rsidRDefault="0009622B" w:rsidP="00DF6623">
            <w:pPr>
              <w:spacing w:after="0"/>
              <w:jc w:val="center"/>
              <w:rPr>
                <w:rFonts w:cs="Times New Roman"/>
                <w:lang w:val="ru-RU"/>
              </w:rPr>
            </w:pPr>
            <w:r>
              <w:rPr>
                <w:rFonts w:cs="Times New Roman"/>
                <w:lang w:val="ru-RU"/>
              </w:rPr>
              <w:t>176</w:t>
            </w:r>
          </w:p>
        </w:tc>
        <w:tc>
          <w:tcPr>
            <w:tcW w:w="680" w:type="dxa"/>
            <w:tcMar>
              <w:top w:w="40" w:type="dxa"/>
              <w:left w:w="60" w:type="dxa"/>
              <w:bottom w:w="40" w:type="dxa"/>
              <w:right w:w="60" w:type="dxa"/>
            </w:tcMar>
            <w:vAlign w:val="center"/>
          </w:tcPr>
          <w:p w14:paraId="33CF6BD6" w14:textId="77777777" w:rsidR="0009622B" w:rsidRPr="00D266DD" w:rsidRDefault="0009622B" w:rsidP="00DF6623">
            <w:pPr>
              <w:spacing w:after="0"/>
              <w:jc w:val="center"/>
              <w:rPr>
                <w:rFonts w:cs="Times New Roman"/>
                <w:lang w:val="ru-RU"/>
              </w:rPr>
            </w:pPr>
          </w:p>
        </w:tc>
        <w:tc>
          <w:tcPr>
            <w:tcW w:w="1417" w:type="dxa"/>
            <w:tcMar>
              <w:top w:w="40" w:type="dxa"/>
              <w:left w:w="60" w:type="dxa"/>
              <w:bottom w:w="40" w:type="dxa"/>
              <w:right w:w="60" w:type="dxa"/>
            </w:tcMar>
            <w:vAlign w:val="center"/>
          </w:tcPr>
          <w:p w14:paraId="3768D1ED" w14:textId="77777777" w:rsidR="009C1061" w:rsidRDefault="00441274">
            <w:pPr>
              <w:jc w:val="right"/>
            </w:pPr>
            <w:r>
              <w:t>350 руб.</w:t>
            </w:r>
          </w:p>
        </w:tc>
        <w:tc>
          <w:tcPr>
            <w:tcW w:w="1587" w:type="dxa"/>
            <w:tcMar>
              <w:top w:w="40" w:type="dxa"/>
              <w:left w:w="60" w:type="dxa"/>
              <w:bottom w:w="40" w:type="dxa"/>
              <w:right w:w="60" w:type="dxa"/>
            </w:tcMar>
            <w:vAlign w:val="center"/>
          </w:tcPr>
          <w:p w14:paraId="4B4A3B20" w14:textId="77777777" w:rsidR="009C1061" w:rsidRDefault="00441274">
            <w:pPr>
              <w:jc w:val="right"/>
            </w:pPr>
            <w:r>
              <w:t>61 600 руб.</w:t>
            </w:r>
          </w:p>
        </w:tc>
      </w:tr>
      <w:tr w:rsidR="0009622B" w:rsidRPr="00D266DD" w14:paraId="020ECFE8" w14:textId="77777777" w:rsidTr="00DF6623">
        <w:trPr>
          <w:jc w:val="center"/>
        </w:trPr>
        <w:tc>
          <w:tcPr>
            <w:tcW w:w="453" w:type="dxa"/>
            <w:tcMar>
              <w:top w:w="40" w:type="dxa"/>
              <w:left w:w="60" w:type="dxa"/>
              <w:bottom w:w="40" w:type="dxa"/>
              <w:right w:w="60" w:type="dxa"/>
            </w:tcMar>
            <w:vAlign w:val="center"/>
          </w:tcPr>
          <w:p w14:paraId="01834C63" w14:textId="77777777" w:rsidR="0009622B" w:rsidRPr="00CD2C3A" w:rsidRDefault="0009622B" w:rsidP="00DF6623">
            <w:pPr>
              <w:spacing w:after="0"/>
              <w:jc w:val="center"/>
              <w:rPr>
                <w:rFonts w:cs="Times New Roman"/>
              </w:rPr>
            </w:pPr>
            <w:r>
              <w:t>232</w:t>
            </w:r>
          </w:p>
        </w:tc>
        <w:tc>
          <w:tcPr>
            <w:tcW w:w="7371" w:type="dxa"/>
            <w:tcMar>
              <w:top w:w="40" w:type="dxa"/>
              <w:left w:w="60" w:type="dxa"/>
              <w:bottom w:w="40" w:type="dxa"/>
              <w:right w:w="60" w:type="dxa"/>
            </w:tcMar>
            <w:vAlign w:val="center"/>
          </w:tcPr>
          <w:p w14:paraId="251617A8" w14:textId="77777777" w:rsidR="0009622B" w:rsidRDefault="0009622B" w:rsidP="00DF6623">
            <w:pPr>
              <w:spacing w:after="0"/>
              <w:rPr>
                <w:rFonts w:cs="Times New Roman"/>
                <w:lang w:val="ru-RU"/>
              </w:rPr>
            </w:pPr>
            <w:r>
              <w:rPr>
                <w:rFonts w:cs="Times New Roman"/>
                <w:lang w:val="ru-RU"/>
              </w:rPr>
              <w:t>Брюки на флисе дев.</w:t>
            </w:r>
          </w:p>
        </w:tc>
        <w:tc>
          <w:tcPr>
            <w:tcW w:w="737" w:type="dxa"/>
            <w:tcMar>
              <w:top w:w="40" w:type="dxa"/>
              <w:left w:w="60" w:type="dxa"/>
              <w:bottom w:w="40" w:type="dxa"/>
              <w:right w:w="60" w:type="dxa"/>
            </w:tcMar>
            <w:vAlign w:val="center"/>
          </w:tcPr>
          <w:p w14:paraId="5B964985" w14:textId="77777777" w:rsidR="0009622B" w:rsidRDefault="0009622B" w:rsidP="00DF6623">
            <w:pPr>
              <w:spacing w:after="0"/>
              <w:jc w:val="center"/>
              <w:rPr>
                <w:rFonts w:cs="Times New Roman"/>
                <w:lang w:val="ru-RU"/>
              </w:rPr>
            </w:pPr>
            <w:r>
              <w:rPr>
                <w:rFonts w:cs="Times New Roman"/>
                <w:lang w:val="ru-RU"/>
              </w:rPr>
              <w:t>45</w:t>
            </w:r>
          </w:p>
        </w:tc>
        <w:tc>
          <w:tcPr>
            <w:tcW w:w="680" w:type="dxa"/>
            <w:tcMar>
              <w:top w:w="40" w:type="dxa"/>
              <w:left w:w="60" w:type="dxa"/>
              <w:bottom w:w="40" w:type="dxa"/>
              <w:right w:w="60" w:type="dxa"/>
            </w:tcMar>
            <w:vAlign w:val="center"/>
          </w:tcPr>
          <w:p w14:paraId="2F8F4F38" w14:textId="77777777" w:rsidR="0009622B" w:rsidRPr="00D266DD" w:rsidRDefault="0009622B" w:rsidP="00DF6623">
            <w:pPr>
              <w:spacing w:after="0"/>
              <w:jc w:val="center"/>
              <w:rPr>
                <w:rFonts w:cs="Times New Roman"/>
                <w:lang w:val="ru-RU"/>
              </w:rPr>
            </w:pPr>
          </w:p>
        </w:tc>
        <w:tc>
          <w:tcPr>
            <w:tcW w:w="1417" w:type="dxa"/>
            <w:tcMar>
              <w:top w:w="40" w:type="dxa"/>
              <w:left w:w="60" w:type="dxa"/>
              <w:bottom w:w="40" w:type="dxa"/>
              <w:right w:w="60" w:type="dxa"/>
            </w:tcMar>
            <w:vAlign w:val="center"/>
          </w:tcPr>
          <w:p w14:paraId="27DED5B0" w14:textId="77777777" w:rsidR="009C1061" w:rsidRDefault="00441274">
            <w:pPr>
              <w:jc w:val="right"/>
            </w:pPr>
            <w:r>
              <w:t>400 руб.</w:t>
            </w:r>
          </w:p>
        </w:tc>
        <w:tc>
          <w:tcPr>
            <w:tcW w:w="1587" w:type="dxa"/>
            <w:tcMar>
              <w:top w:w="40" w:type="dxa"/>
              <w:left w:w="60" w:type="dxa"/>
              <w:bottom w:w="40" w:type="dxa"/>
              <w:right w:w="60" w:type="dxa"/>
            </w:tcMar>
            <w:vAlign w:val="center"/>
          </w:tcPr>
          <w:p w14:paraId="2AB87936" w14:textId="77777777" w:rsidR="009C1061" w:rsidRDefault="00441274">
            <w:pPr>
              <w:jc w:val="right"/>
            </w:pPr>
            <w:r>
              <w:t>18 000 руб.</w:t>
            </w:r>
          </w:p>
        </w:tc>
      </w:tr>
      <w:tr w:rsidR="0009622B" w:rsidRPr="00D266DD" w14:paraId="742FD6BE" w14:textId="77777777" w:rsidTr="00DF6623">
        <w:trPr>
          <w:jc w:val="center"/>
        </w:trPr>
        <w:tc>
          <w:tcPr>
            <w:tcW w:w="453" w:type="dxa"/>
            <w:tcMar>
              <w:top w:w="40" w:type="dxa"/>
              <w:left w:w="60" w:type="dxa"/>
              <w:bottom w:w="40" w:type="dxa"/>
              <w:right w:w="60" w:type="dxa"/>
            </w:tcMar>
            <w:vAlign w:val="center"/>
          </w:tcPr>
          <w:p w14:paraId="0D4AAF1B" w14:textId="77777777" w:rsidR="0009622B" w:rsidRPr="00CD2C3A" w:rsidRDefault="0009622B" w:rsidP="00DF6623">
            <w:pPr>
              <w:spacing w:after="0"/>
              <w:jc w:val="center"/>
              <w:rPr>
                <w:rFonts w:cs="Times New Roman"/>
              </w:rPr>
            </w:pPr>
            <w:r>
              <w:t>233</w:t>
            </w:r>
          </w:p>
        </w:tc>
        <w:tc>
          <w:tcPr>
            <w:tcW w:w="7371" w:type="dxa"/>
            <w:tcMar>
              <w:top w:w="40" w:type="dxa"/>
              <w:left w:w="60" w:type="dxa"/>
              <w:bottom w:w="40" w:type="dxa"/>
              <w:right w:w="60" w:type="dxa"/>
            </w:tcMar>
            <w:vAlign w:val="center"/>
          </w:tcPr>
          <w:p w14:paraId="052C5EA7" w14:textId="77777777" w:rsidR="0009622B" w:rsidRDefault="0009622B" w:rsidP="00DF6623">
            <w:pPr>
              <w:spacing w:after="0"/>
              <w:rPr>
                <w:rFonts w:cs="Times New Roman"/>
                <w:lang w:val="ru-RU"/>
              </w:rPr>
            </w:pPr>
            <w:r>
              <w:rPr>
                <w:rFonts w:cs="Times New Roman"/>
                <w:lang w:val="ru-RU"/>
              </w:rPr>
              <w:t xml:space="preserve">Костюм </w:t>
            </w:r>
            <w:proofErr w:type="gramStart"/>
            <w:r>
              <w:rPr>
                <w:rFonts w:cs="Times New Roman"/>
                <w:lang w:val="ru-RU"/>
              </w:rPr>
              <w:t>4-ка</w:t>
            </w:r>
            <w:proofErr w:type="gramEnd"/>
            <w:r>
              <w:rPr>
                <w:rFonts w:cs="Times New Roman"/>
                <w:lang w:val="ru-RU"/>
              </w:rPr>
              <w:t xml:space="preserve"> жилет, юбка, брюки</w:t>
            </w:r>
          </w:p>
        </w:tc>
        <w:tc>
          <w:tcPr>
            <w:tcW w:w="737" w:type="dxa"/>
            <w:tcMar>
              <w:top w:w="40" w:type="dxa"/>
              <w:left w:w="60" w:type="dxa"/>
              <w:bottom w:w="40" w:type="dxa"/>
              <w:right w:w="60" w:type="dxa"/>
            </w:tcMar>
            <w:vAlign w:val="center"/>
          </w:tcPr>
          <w:p w14:paraId="1237EDD9" w14:textId="77777777" w:rsidR="0009622B" w:rsidRDefault="0009622B" w:rsidP="00DF6623">
            <w:pPr>
              <w:spacing w:after="0"/>
              <w:jc w:val="center"/>
              <w:rPr>
                <w:rFonts w:cs="Times New Roman"/>
                <w:lang w:val="ru-RU"/>
              </w:rPr>
            </w:pPr>
            <w:r>
              <w:rPr>
                <w:rFonts w:cs="Times New Roman"/>
                <w:lang w:val="ru-RU"/>
              </w:rPr>
              <w:t>5</w:t>
            </w:r>
          </w:p>
        </w:tc>
        <w:tc>
          <w:tcPr>
            <w:tcW w:w="680" w:type="dxa"/>
            <w:tcMar>
              <w:top w:w="40" w:type="dxa"/>
              <w:left w:w="60" w:type="dxa"/>
              <w:bottom w:w="40" w:type="dxa"/>
              <w:right w:w="60" w:type="dxa"/>
            </w:tcMar>
            <w:vAlign w:val="center"/>
          </w:tcPr>
          <w:p w14:paraId="06AC6977" w14:textId="77777777" w:rsidR="0009622B" w:rsidRPr="00D266DD" w:rsidRDefault="0009622B" w:rsidP="00DF6623">
            <w:pPr>
              <w:spacing w:after="0"/>
              <w:jc w:val="center"/>
              <w:rPr>
                <w:rFonts w:cs="Times New Roman"/>
                <w:lang w:val="ru-RU"/>
              </w:rPr>
            </w:pPr>
          </w:p>
        </w:tc>
        <w:tc>
          <w:tcPr>
            <w:tcW w:w="1417" w:type="dxa"/>
            <w:tcMar>
              <w:top w:w="40" w:type="dxa"/>
              <w:left w:w="60" w:type="dxa"/>
              <w:bottom w:w="40" w:type="dxa"/>
              <w:right w:w="60" w:type="dxa"/>
            </w:tcMar>
            <w:vAlign w:val="center"/>
          </w:tcPr>
          <w:p w14:paraId="1F56BFB1" w14:textId="77777777" w:rsidR="009C1061" w:rsidRDefault="00441274">
            <w:pPr>
              <w:jc w:val="right"/>
            </w:pPr>
            <w:r>
              <w:t>250 руб.</w:t>
            </w:r>
          </w:p>
        </w:tc>
        <w:tc>
          <w:tcPr>
            <w:tcW w:w="1587" w:type="dxa"/>
            <w:tcMar>
              <w:top w:w="40" w:type="dxa"/>
              <w:left w:w="60" w:type="dxa"/>
              <w:bottom w:w="40" w:type="dxa"/>
              <w:right w:w="60" w:type="dxa"/>
            </w:tcMar>
            <w:vAlign w:val="center"/>
          </w:tcPr>
          <w:p w14:paraId="5E04AB63" w14:textId="77777777" w:rsidR="009C1061" w:rsidRDefault="00441274">
            <w:pPr>
              <w:jc w:val="right"/>
            </w:pPr>
            <w:r>
              <w:t>1 250 руб.</w:t>
            </w:r>
          </w:p>
        </w:tc>
      </w:tr>
      <w:tr w:rsidR="0009622B" w:rsidRPr="00D266DD" w14:paraId="0A71BA0C" w14:textId="77777777" w:rsidTr="00DF6623">
        <w:trPr>
          <w:jc w:val="center"/>
        </w:trPr>
        <w:tc>
          <w:tcPr>
            <w:tcW w:w="453" w:type="dxa"/>
            <w:tcMar>
              <w:top w:w="40" w:type="dxa"/>
              <w:left w:w="60" w:type="dxa"/>
              <w:bottom w:w="40" w:type="dxa"/>
              <w:right w:w="60" w:type="dxa"/>
            </w:tcMar>
            <w:vAlign w:val="center"/>
          </w:tcPr>
          <w:p w14:paraId="6A4E38CC" w14:textId="77777777" w:rsidR="0009622B" w:rsidRPr="00CD2C3A" w:rsidRDefault="0009622B" w:rsidP="00DF6623">
            <w:pPr>
              <w:spacing w:after="0"/>
              <w:jc w:val="center"/>
              <w:rPr>
                <w:rFonts w:cs="Times New Roman"/>
              </w:rPr>
            </w:pPr>
            <w:r>
              <w:t>234</w:t>
            </w:r>
          </w:p>
        </w:tc>
        <w:tc>
          <w:tcPr>
            <w:tcW w:w="7371" w:type="dxa"/>
            <w:tcMar>
              <w:top w:w="40" w:type="dxa"/>
              <w:left w:w="60" w:type="dxa"/>
              <w:bottom w:w="40" w:type="dxa"/>
              <w:right w:w="60" w:type="dxa"/>
            </w:tcMar>
            <w:vAlign w:val="center"/>
          </w:tcPr>
          <w:p w14:paraId="55E5DB06" w14:textId="77777777" w:rsidR="0009622B" w:rsidRDefault="0009622B" w:rsidP="00DF6623">
            <w:pPr>
              <w:spacing w:after="0"/>
              <w:rPr>
                <w:rFonts w:cs="Times New Roman"/>
                <w:lang w:val="ru-RU"/>
              </w:rPr>
            </w:pPr>
            <w:r>
              <w:rPr>
                <w:rFonts w:cs="Times New Roman"/>
                <w:lang w:val="ru-RU"/>
              </w:rPr>
              <w:t>Пиджак дев. Разные размеры и цвета</w:t>
            </w:r>
          </w:p>
        </w:tc>
        <w:tc>
          <w:tcPr>
            <w:tcW w:w="737" w:type="dxa"/>
            <w:tcMar>
              <w:top w:w="40" w:type="dxa"/>
              <w:left w:w="60" w:type="dxa"/>
              <w:bottom w:w="40" w:type="dxa"/>
              <w:right w:w="60" w:type="dxa"/>
            </w:tcMar>
            <w:vAlign w:val="center"/>
          </w:tcPr>
          <w:p w14:paraId="6E106B1D" w14:textId="77777777" w:rsidR="0009622B" w:rsidRDefault="0009622B" w:rsidP="00DF6623">
            <w:pPr>
              <w:spacing w:after="0"/>
              <w:jc w:val="center"/>
              <w:rPr>
                <w:rFonts w:cs="Times New Roman"/>
                <w:lang w:val="ru-RU"/>
              </w:rPr>
            </w:pPr>
            <w:r>
              <w:rPr>
                <w:rFonts w:cs="Times New Roman"/>
                <w:lang w:val="ru-RU"/>
              </w:rPr>
              <w:t>125</w:t>
            </w:r>
          </w:p>
        </w:tc>
        <w:tc>
          <w:tcPr>
            <w:tcW w:w="680" w:type="dxa"/>
            <w:tcMar>
              <w:top w:w="40" w:type="dxa"/>
              <w:left w:w="60" w:type="dxa"/>
              <w:bottom w:w="40" w:type="dxa"/>
              <w:right w:w="60" w:type="dxa"/>
            </w:tcMar>
            <w:vAlign w:val="center"/>
          </w:tcPr>
          <w:p w14:paraId="06EA33FF" w14:textId="77777777" w:rsidR="0009622B" w:rsidRPr="00D266DD" w:rsidRDefault="0009622B" w:rsidP="00DF6623">
            <w:pPr>
              <w:spacing w:after="0"/>
              <w:jc w:val="center"/>
              <w:rPr>
                <w:rFonts w:cs="Times New Roman"/>
                <w:lang w:val="ru-RU"/>
              </w:rPr>
            </w:pPr>
          </w:p>
        </w:tc>
        <w:tc>
          <w:tcPr>
            <w:tcW w:w="1417" w:type="dxa"/>
            <w:tcMar>
              <w:top w:w="40" w:type="dxa"/>
              <w:left w:w="60" w:type="dxa"/>
              <w:bottom w:w="40" w:type="dxa"/>
              <w:right w:w="60" w:type="dxa"/>
            </w:tcMar>
            <w:vAlign w:val="center"/>
          </w:tcPr>
          <w:p w14:paraId="61D965DF" w14:textId="77777777" w:rsidR="009C1061" w:rsidRDefault="00441274">
            <w:pPr>
              <w:jc w:val="right"/>
            </w:pPr>
            <w:r>
              <w:t>500 руб.</w:t>
            </w:r>
          </w:p>
        </w:tc>
        <w:tc>
          <w:tcPr>
            <w:tcW w:w="1587" w:type="dxa"/>
            <w:tcMar>
              <w:top w:w="40" w:type="dxa"/>
              <w:left w:w="60" w:type="dxa"/>
              <w:bottom w:w="40" w:type="dxa"/>
              <w:right w:w="60" w:type="dxa"/>
            </w:tcMar>
            <w:vAlign w:val="center"/>
          </w:tcPr>
          <w:p w14:paraId="6C260A9A" w14:textId="77777777" w:rsidR="009C1061" w:rsidRDefault="00441274">
            <w:pPr>
              <w:jc w:val="right"/>
            </w:pPr>
            <w:r>
              <w:t>62 500 руб.</w:t>
            </w:r>
          </w:p>
        </w:tc>
      </w:tr>
      <w:tr w:rsidR="0009622B" w14:paraId="4747FCE5" w14:textId="77777777" w:rsidTr="00DF6623">
        <w:trPr>
          <w:jc w:val="center"/>
        </w:trPr>
        <w:tc>
          <w:tcPr>
            <w:tcW w:w="7371" w:type="dxa"/>
            <w:gridSpan w:val="2"/>
            <w:shd w:val="clear" w:color="auto" w:fill="E2F0D9"/>
            <w:tcMar>
              <w:top w:w="40" w:type="dxa"/>
              <w:left w:w="60" w:type="dxa"/>
              <w:bottom w:w="40" w:type="dxa"/>
              <w:right w:w="60" w:type="dxa"/>
            </w:tcMar>
            <w:vAlign w:val="center"/>
          </w:tcPr>
          <w:p w14:paraId="47FB1AD4" w14:textId="77777777" w:rsidR="0009622B" w:rsidRDefault="0009622B" w:rsidP="00DF6623">
            <w:pPr>
              <w:spacing w:after="0"/>
            </w:pPr>
            <w:r>
              <w:rPr>
                <w:b/>
              </w:rPr>
              <w:t>ИТОГО ПО ГРУППЕ 3</w:t>
            </w:r>
          </w:p>
        </w:tc>
        <w:tc>
          <w:tcPr>
            <w:tcW w:w="737" w:type="dxa"/>
            <w:shd w:val="clear" w:color="auto" w:fill="E2F0D9"/>
            <w:tcMar>
              <w:top w:w="40" w:type="dxa"/>
              <w:left w:w="60" w:type="dxa"/>
              <w:bottom w:w="40" w:type="dxa"/>
              <w:right w:w="60" w:type="dxa"/>
            </w:tcMar>
            <w:vAlign w:val="center"/>
          </w:tcPr>
          <w:p w14:paraId="074100E6" w14:textId="77777777" w:rsidR="0009622B" w:rsidRDefault="0009622B" w:rsidP="00DF6623">
            <w:pPr>
              <w:spacing w:after="0"/>
              <w:jc w:val="center"/>
            </w:pPr>
            <w:r>
              <w:rPr>
                <w:b/>
              </w:rPr>
              <w:t>640</w:t>
            </w:r>
          </w:p>
        </w:tc>
        <w:tc>
          <w:tcPr>
            <w:tcW w:w="680" w:type="dxa"/>
            <w:shd w:val="clear" w:color="auto" w:fill="E2F0D9"/>
            <w:tcMar>
              <w:top w:w="40" w:type="dxa"/>
              <w:left w:w="60" w:type="dxa"/>
              <w:bottom w:w="40" w:type="dxa"/>
              <w:right w:w="60" w:type="dxa"/>
            </w:tcMar>
            <w:vAlign w:val="center"/>
          </w:tcPr>
          <w:p w14:paraId="63CC2EC6" w14:textId="77777777" w:rsidR="0009622B" w:rsidRDefault="0009622B" w:rsidP="00DF6623">
            <w:pPr>
              <w:spacing w:after="0"/>
              <w:jc w:val="center"/>
            </w:pPr>
            <w:proofErr w:type="spellStart"/>
            <w:r>
              <w:rPr>
                <w:b/>
              </w:rPr>
              <w:t>шт</w:t>
            </w:r>
            <w:proofErr w:type="spellEnd"/>
            <w:r>
              <w:rPr>
                <w:b/>
              </w:rPr>
              <w:t>.</w:t>
            </w:r>
          </w:p>
        </w:tc>
        <w:tc>
          <w:tcPr>
            <w:tcW w:w="1417" w:type="dxa"/>
            <w:shd w:val="clear" w:color="auto" w:fill="E2F0D9"/>
            <w:tcMar>
              <w:top w:w="40" w:type="dxa"/>
              <w:left w:w="60" w:type="dxa"/>
              <w:bottom w:w="40" w:type="dxa"/>
              <w:right w:w="60" w:type="dxa"/>
            </w:tcMar>
            <w:vAlign w:val="center"/>
          </w:tcPr>
          <w:p w14:paraId="2B2B5D1D" w14:textId="77777777" w:rsidR="009C1061" w:rsidRDefault="00441274">
            <w:pPr>
              <w:jc w:val="center"/>
            </w:pPr>
            <w:r>
              <w:rPr>
                <w:b/>
              </w:rPr>
              <w:t>—</w:t>
            </w:r>
          </w:p>
        </w:tc>
        <w:tc>
          <w:tcPr>
            <w:tcW w:w="1587" w:type="dxa"/>
            <w:shd w:val="clear" w:color="auto" w:fill="E2F0D9"/>
            <w:tcMar>
              <w:top w:w="40" w:type="dxa"/>
              <w:left w:w="60" w:type="dxa"/>
              <w:bottom w:w="40" w:type="dxa"/>
              <w:right w:w="60" w:type="dxa"/>
            </w:tcMar>
            <w:vAlign w:val="center"/>
          </w:tcPr>
          <w:p w14:paraId="399FECB0" w14:textId="77777777" w:rsidR="009C1061" w:rsidRDefault="00441274">
            <w:pPr>
              <w:jc w:val="right"/>
            </w:pPr>
            <w:r>
              <w:rPr>
                <w:b/>
              </w:rPr>
              <w:t>281 800 руб.</w:t>
            </w:r>
          </w:p>
        </w:tc>
      </w:tr>
      <w:tr w:rsidR="0009622B" w14:paraId="1C62BCBC" w14:textId="77777777" w:rsidTr="00DF6623">
        <w:trPr>
          <w:jc w:val="center"/>
        </w:trPr>
        <w:tc>
          <w:tcPr>
            <w:tcW w:w="1587" w:type="dxa"/>
            <w:gridSpan w:val="6"/>
            <w:shd w:val="clear" w:color="auto" w:fill="EDEDED"/>
            <w:tcMar>
              <w:top w:w="40" w:type="dxa"/>
              <w:left w:w="60" w:type="dxa"/>
              <w:bottom w:w="40" w:type="dxa"/>
              <w:right w:w="60" w:type="dxa"/>
            </w:tcMar>
            <w:vAlign w:val="center"/>
          </w:tcPr>
          <w:p w14:paraId="2FBDB8AE" w14:textId="77777777" w:rsidR="0009622B" w:rsidRDefault="0009622B" w:rsidP="00DF6623">
            <w:pPr>
              <w:spacing w:after="0"/>
              <w:jc w:val="center"/>
            </w:pPr>
          </w:p>
        </w:tc>
      </w:tr>
      <w:tr w:rsidR="0009622B" w14:paraId="1E9CA81C" w14:textId="77777777" w:rsidTr="00DF6623">
        <w:trPr>
          <w:jc w:val="center"/>
        </w:trPr>
        <w:tc>
          <w:tcPr>
            <w:tcW w:w="453" w:type="dxa"/>
            <w:tcMar>
              <w:top w:w="40" w:type="dxa"/>
              <w:left w:w="60" w:type="dxa"/>
              <w:bottom w:w="40" w:type="dxa"/>
              <w:right w:w="60" w:type="dxa"/>
            </w:tcMar>
            <w:vAlign w:val="center"/>
          </w:tcPr>
          <w:p w14:paraId="12EF43C1" w14:textId="77777777" w:rsidR="0009622B" w:rsidRDefault="0009622B" w:rsidP="00DF6623">
            <w:pPr>
              <w:spacing w:after="0"/>
              <w:jc w:val="center"/>
            </w:pPr>
            <w:r>
              <w:lastRenderedPageBreak/>
              <w:t>235</w:t>
            </w:r>
          </w:p>
        </w:tc>
        <w:tc>
          <w:tcPr>
            <w:tcW w:w="7371" w:type="dxa"/>
            <w:tcMar>
              <w:top w:w="40" w:type="dxa"/>
              <w:left w:w="60" w:type="dxa"/>
              <w:bottom w:w="40" w:type="dxa"/>
              <w:right w:w="60" w:type="dxa"/>
            </w:tcMar>
            <w:vAlign w:val="center"/>
          </w:tcPr>
          <w:p w14:paraId="0006F339" w14:textId="77777777" w:rsidR="0009622B" w:rsidRDefault="0009622B" w:rsidP="00DF6623">
            <w:pPr>
              <w:spacing w:after="0"/>
            </w:pPr>
            <w:proofErr w:type="spellStart"/>
            <w:r>
              <w:rPr>
                <w:rFonts w:cs="Times New Roman"/>
              </w:rPr>
              <w:t>Платье</w:t>
            </w:r>
            <w:proofErr w:type="spellEnd"/>
            <w:r>
              <w:rPr>
                <w:rFonts w:cs="Times New Roman"/>
              </w:rPr>
              <w:t xml:space="preserve"> </w:t>
            </w:r>
            <w:proofErr w:type="spellStart"/>
            <w:r>
              <w:rPr>
                <w:rFonts w:cs="Times New Roman"/>
              </w:rPr>
              <w:t>детское</w:t>
            </w:r>
            <w:proofErr w:type="spellEnd"/>
            <w:r>
              <w:rPr>
                <w:rFonts w:cs="Times New Roman"/>
              </w:rPr>
              <w:t xml:space="preserve"> «</w:t>
            </w:r>
            <w:proofErr w:type="spellStart"/>
            <w:r>
              <w:rPr>
                <w:rFonts w:cs="Times New Roman"/>
              </w:rPr>
              <w:t>Золушка</w:t>
            </w:r>
            <w:proofErr w:type="spellEnd"/>
            <w:r>
              <w:rPr>
                <w:rFonts w:cs="Times New Roman"/>
              </w:rPr>
              <w:t xml:space="preserve">» — </w:t>
            </w:r>
            <w:proofErr w:type="spellStart"/>
            <w:r>
              <w:rPr>
                <w:rFonts w:cs="Times New Roman"/>
              </w:rPr>
              <w:t>арт</w:t>
            </w:r>
            <w:proofErr w:type="spellEnd"/>
            <w:r>
              <w:rPr>
                <w:rFonts w:cs="Times New Roman"/>
              </w:rPr>
              <w:t>. 0511</w:t>
            </w:r>
          </w:p>
        </w:tc>
        <w:tc>
          <w:tcPr>
            <w:tcW w:w="737" w:type="dxa"/>
            <w:tcMar>
              <w:top w:w="40" w:type="dxa"/>
              <w:left w:w="60" w:type="dxa"/>
              <w:bottom w:w="40" w:type="dxa"/>
              <w:right w:w="60" w:type="dxa"/>
            </w:tcMar>
            <w:vAlign w:val="center"/>
          </w:tcPr>
          <w:p w14:paraId="25AD765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AA2075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500F911" w14:textId="77777777" w:rsidR="009C1061" w:rsidRDefault="00441274">
            <w:pPr>
              <w:jc w:val="right"/>
            </w:pPr>
            <w:r>
              <w:t>300 руб.</w:t>
            </w:r>
          </w:p>
        </w:tc>
        <w:tc>
          <w:tcPr>
            <w:tcW w:w="1587" w:type="dxa"/>
            <w:tcMar>
              <w:top w:w="40" w:type="dxa"/>
              <w:left w:w="60" w:type="dxa"/>
              <w:bottom w:w="40" w:type="dxa"/>
              <w:right w:w="60" w:type="dxa"/>
            </w:tcMar>
            <w:vAlign w:val="center"/>
          </w:tcPr>
          <w:p w14:paraId="115FADD6" w14:textId="77777777" w:rsidR="009C1061" w:rsidRDefault="00441274">
            <w:pPr>
              <w:jc w:val="right"/>
            </w:pPr>
            <w:r>
              <w:t>300 руб.</w:t>
            </w:r>
          </w:p>
        </w:tc>
      </w:tr>
      <w:tr w:rsidR="0009622B" w14:paraId="039EC16D" w14:textId="77777777" w:rsidTr="00DF6623">
        <w:trPr>
          <w:jc w:val="center"/>
        </w:trPr>
        <w:tc>
          <w:tcPr>
            <w:tcW w:w="453" w:type="dxa"/>
            <w:tcMar>
              <w:top w:w="40" w:type="dxa"/>
              <w:left w:w="60" w:type="dxa"/>
              <w:bottom w:w="40" w:type="dxa"/>
              <w:right w:w="60" w:type="dxa"/>
            </w:tcMar>
            <w:vAlign w:val="center"/>
          </w:tcPr>
          <w:p w14:paraId="7AEA0AF1" w14:textId="77777777" w:rsidR="0009622B" w:rsidRDefault="0009622B" w:rsidP="00DF6623">
            <w:pPr>
              <w:spacing w:after="0"/>
              <w:jc w:val="center"/>
            </w:pPr>
            <w:r>
              <w:t>236</w:t>
            </w:r>
          </w:p>
        </w:tc>
        <w:tc>
          <w:tcPr>
            <w:tcW w:w="7371" w:type="dxa"/>
            <w:tcMar>
              <w:top w:w="40" w:type="dxa"/>
              <w:left w:w="60" w:type="dxa"/>
              <w:bottom w:w="40" w:type="dxa"/>
              <w:right w:w="60" w:type="dxa"/>
            </w:tcMar>
            <w:vAlign w:val="center"/>
          </w:tcPr>
          <w:p w14:paraId="7FB2B868" w14:textId="77777777" w:rsidR="0009622B" w:rsidRDefault="0009622B" w:rsidP="00DF6623">
            <w:pPr>
              <w:spacing w:after="0"/>
            </w:pPr>
            <w:proofErr w:type="spellStart"/>
            <w:r>
              <w:rPr>
                <w:rFonts w:cs="Times New Roman"/>
              </w:rPr>
              <w:t>Платье</w:t>
            </w:r>
            <w:proofErr w:type="spellEnd"/>
            <w:r>
              <w:rPr>
                <w:rFonts w:cs="Times New Roman"/>
              </w:rPr>
              <w:t xml:space="preserve"> </w:t>
            </w:r>
            <w:proofErr w:type="spellStart"/>
            <w:r>
              <w:rPr>
                <w:rFonts w:cs="Times New Roman"/>
              </w:rPr>
              <w:t>детское</w:t>
            </w:r>
            <w:proofErr w:type="spellEnd"/>
            <w:r>
              <w:rPr>
                <w:rFonts w:cs="Times New Roman"/>
              </w:rPr>
              <w:t xml:space="preserve"> «</w:t>
            </w:r>
            <w:proofErr w:type="spellStart"/>
            <w:r>
              <w:rPr>
                <w:rFonts w:cs="Times New Roman"/>
              </w:rPr>
              <w:t>Белоснежка</w:t>
            </w:r>
            <w:proofErr w:type="spellEnd"/>
            <w:r>
              <w:rPr>
                <w:rFonts w:cs="Times New Roman"/>
              </w:rPr>
              <w:t xml:space="preserve">» — </w:t>
            </w:r>
            <w:proofErr w:type="spellStart"/>
            <w:r>
              <w:rPr>
                <w:rFonts w:cs="Times New Roman"/>
              </w:rPr>
              <w:t>арт</w:t>
            </w:r>
            <w:proofErr w:type="spellEnd"/>
            <w:r>
              <w:rPr>
                <w:rFonts w:cs="Times New Roman"/>
              </w:rPr>
              <w:t>. 0510</w:t>
            </w:r>
          </w:p>
        </w:tc>
        <w:tc>
          <w:tcPr>
            <w:tcW w:w="737" w:type="dxa"/>
            <w:tcMar>
              <w:top w:w="40" w:type="dxa"/>
              <w:left w:w="60" w:type="dxa"/>
              <w:bottom w:w="40" w:type="dxa"/>
              <w:right w:w="60" w:type="dxa"/>
            </w:tcMar>
            <w:vAlign w:val="center"/>
          </w:tcPr>
          <w:p w14:paraId="06596D8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FCBEF1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D9F5843" w14:textId="77777777" w:rsidR="009C1061" w:rsidRDefault="00441274">
            <w:pPr>
              <w:jc w:val="right"/>
            </w:pPr>
            <w:r>
              <w:t>300 руб.</w:t>
            </w:r>
          </w:p>
        </w:tc>
        <w:tc>
          <w:tcPr>
            <w:tcW w:w="1587" w:type="dxa"/>
            <w:tcMar>
              <w:top w:w="40" w:type="dxa"/>
              <w:left w:w="60" w:type="dxa"/>
              <w:bottom w:w="40" w:type="dxa"/>
              <w:right w:w="60" w:type="dxa"/>
            </w:tcMar>
            <w:vAlign w:val="center"/>
          </w:tcPr>
          <w:p w14:paraId="2509CA33" w14:textId="77777777" w:rsidR="009C1061" w:rsidRDefault="00441274">
            <w:pPr>
              <w:jc w:val="right"/>
            </w:pPr>
            <w:r>
              <w:t>300 руб.</w:t>
            </w:r>
          </w:p>
        </w:tc>
      </w:tr>
      <w:tr w:rsidR="0009622B" w14:paraId="51EB9DE0" w14:textId="77777777" w:rsidTr="00DF6623">
        <w:trPr>
          <w:jc w:val="center"/>
        </w:trPr>
        <w:tc>
          <w:tcPr>
            <w:tcW w:w="453" w:type="dxa"/>
            <w:tcMar>
              <w:top w:w="40" w:type="dxa"/>
              <w:left w:w="60" w:type="dxa"/>
              <w:bottom w:w="40" w:type="dxa"/>
              <w:right w:w="60" w:type="dxa"/>
            </w:tcMar>
            <w:vAlign w:val="center"/>
          </w:tcPr>
          <w:p w14:paraId="7C6F1D3A" w14:textId="77777777" w:rsidR="0009622B" w:rsidRDefault="0009622B" w:rsidP="00DF6623">
            <w:pPr>
              <w:spacing w:after="0"/>
              <w:jc w:val="center"/>
            </w:pPr>
            <w:r>
              <w:t>237</w:t>
            </w:r>
          </w:p>
        </w:tc>
        <w:tc>
          <w:tcPr>
            <w:tcW w:w="7371" w:type="dxa"/>
            <w:tcMar>
              <w:top w:w="40" w:type="dxa"/>
              <w:left w:w="60" w:type="dxa"/>
              <w:bottom w:w="40" w:type="dxa"/>
              <w:right w:w="60" w:type="dxa"/>
            </w:tcMar>
            <w:vAlign w:val="center"/>
          </w:tcPr>
          <w:p w14:paraId="4DC147D6" w14:textId="77777777" w:rsidR="0009622B" w:rsidRDefault="0009622B" w:rsidP="00DF6623">
            <w:pPr>
              <w:spacing w:after="0"/>
            </w:pPr>
            <w:proofErr w:type="spellStart"/>
            <w:r>
              <w:rPr>
                <w:rFonts w:cs="Times New Roman"/>
              </w:rPr>
              <w:t>Комбинезон</w:t>
            </w:r>
            <w:proofErr w:type="spellEnd"/>
            <w:r>
              <w:rPr>
                <w:rFonts w:cs="Times New Roman"/>
              </w:rPr>
              <w:t xml:space="preserve"> «</w:t>
            </w:r>
            <w:proofErr w:type="spellStart"/>
            <w:r>
              <w:rPr>
                <w:rFonts w:cs="Times New Roman"/>
              </w:rPr>
              <w:t>Принцесса</w:t>
            </w:r>
            <w:proofErr w:type="spellEnd"/>
            <w:r>
              <w:rPr>
                <w:rFonts w:cs="Times New Roman"/>
              </w:rPr>
              <w:t>» (</w:t>
            </w:r>
            <w:proofErr w:type="spellStart"/>
            <w:r>
              <w:rPr>
                <w:rFonts w:cs="Times New Roman"/>
              </w:rPr>
              <w:t>розовый</w:t>
            </w:r>
            <w:proofErr w:type="spellEnd"/>
            <w:r>
              <w:rPr>
                <w:rFonts w:cs="Times New Roman"/>
              </w:rPr>
              <w:t xml:space="preserve">) — </w:t>
            </w:r>
            <w:proofErr w:type="spellStart"/>
            <w:r>
              <w:rPr>
                <w:rFonts w:cs="Times New Roman"/>
              </w:rPr>
              <w:t>арт</w:t>
            </w:r>
            <w:proofErr w:type="spellEnd"/>
            <w:r>
              <w:rPr>
                <w:rFonts w:cs="Times New Roman"/>
              </w:rPr>
              <w:t>. 0513</w:t>
            </w:r>
          </w:p>
        </w:tc>
        <w:tc>
          <w:tcPr>
            <w:tcW w:w="737" w:type="dxa"/>
            <w:tcMar>
              <w:top w:w="40" w:type="dxa"/>
              <w:left w:w="60" w:type="dxa"/>
              <w:bottom w:w="40" w:type="dxa"/>
              <w:right w:w="60" w:type="dxa"/>
            </w:tcMar>
            <w:vAlign w:val="center"/>
          </w:tcPr>
          <w:p w14:paraId="0AEDA9B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A93DA0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520C3AA" w14:textId="77777777" w:rsidR="009C1061" w:rsidRDefault="00441274">
            <w:pPr>
              <w:jc w:val="right"/>
            </w:pPr>
            <w:r>
              <w:t>300 руб.</w:t>
            </w:r>
          </w:p>
        </w:tc>
        <w:tc>
          <w:tcPr>
            <w:tcW w:w="1587" w:type="dxa"/>
            <w:tcMar>
              <w:top w:w="40" w:type="dxa"/>
              <w:left w:w="60" w:type="dxa"/>
              <w:bottom w:w="40" w:type="dxa"/>
              <w:right w:w="60" w:type="dxa"/>
            </w:tcMar>
            <w:vAlign w:val="center"/>
          </w:tcPr>
          <w:p w14:paraId="04FF51A3" w14:textId="77777777" w:rsidR="009C1061" w:rsidRDefault="00441274">
            <w:pPr>
              <w:jc w:val="right"/>
            </w:pPr>
            <w:r>
              <w:t>300 руб.</w:t>
            </w:r>
          </w:p>
        </w:tc>
      </w:tr>
      <w:tr w:rsidR="0009622B" w14:paraId="49B65351" w14:textId="77777777" w:rsidTr="00DF6623">
        <w:trPr>
          <w:jc w:val="center"/>
        </w:trPr>
        <w:tc>
          <w:tcPr>
            <w:tcW w:w="453" w:type="dxa"/>
            <w:tcMar>
              <w:top w:w="40" w:type="dxa"/>
              <w:left w:w="60" w:type="dxa"/>
              <w:bottom w:w="40" w:type="dxa"/>
              <w:right w:w="60" w:type="dxa"/>
            </w:tcMar>
            <w:vAlign w:val="center"/>
          </w:tcPr>
          <w:p w14:paraId="5714750A" w14:textId="77777777" w:rsidR="0009622B" w:rsidRDefault="0009622B" w:rsidP="00DF6623">
            <w:pPr>
              <w:spacing w:after="0"/>
              <w:jc w:val="center"/>
            </w:pPr>
            <w:r>
              <w:t>238</w:t>
            </w:r>
          </w:p>
        </w:tc>
        <w:tc>
          <w:tcPr>
            <w:tcW w:w="7371" w:type="dxa"/>
            <w:tcMar>
              <w:top w:w="40" w:type="dxa"/>
              <w:left w:w="60" w:type="dxa"/>
              <w:bottom w:w="40" w:type="dxa"/>
              <w:right w:w="60" w:type="dxa"/>
            </w:tcMar>
            <w:vAlign w:val="center"/>
          </w:tcPr>
          <w:p w14:paraId="46DAD23B" w14:textId="77777777" w:rsidR="0009622B" w:rsidRDefault="0009622B" w:rsidP="00DF6623">
            <w:pPr>
              <w:spacing w:after="0"/>
            </w:pPr>
            <w:proofErr w:type="spellStart"/>
            <w:r>
              <w:rPr>
                <w:rFonts w:cs="Times New Roman"/>
              </w:rPr>
              <w:t>Комбинезон</w:t>
            </w:r>
            <w:proofErr w:type="spellEnd"/>
            <w:r>
              <w:rPr>
                <w:rFonts w:cs="Times New Roman"/>
              </w:rPr>
              <w:t xml:space="preserve"> «</w:t>
            </w:r>
            <w:proofErr w:type="spellStart"/>
            <w:r>
              <w:rPr>
                <w:rFonts w:cs="Times New Roman"/>
              </w:rPr>
              <w:t>Принцесса</w:t>
            </w:r>
            <w:proofErr w:type="spellEnd"/>
            <w:r>
              <w:rPr>
                <w:rFonts w:cs="Times New Roman"/>
              </w:rPr>
              <w:t>» (</w:t>
            </w:r>
            <w:proofErr w:type="spellStart"/>
            <w:r>
              <w:rPr>
                <w:rFonts w:cs="Times New Roman"/>
              </w:rPr>
              <w:t>белый</w:t>
            </w:r>
            <w:proofErr w:type="spellEnd"/>
            <w:r>
              <w:rPr>
                <w:rFonts w:cs="Times New Roman"/>
              </w:rPr>
              <w:t xml:space="preserve">) — </w:t>
            </w:r>
            <w:proofErr w:type="spellStart"/>
            <w:r>
              <w:rPr>
                <w:rFonts w:cs="Times New Roman"/>
              </w:rPr>
              <w:t>арт</w:t>
            </w:r>
            <w:proofErr w:type="spellEnd"/>
            <w:r>
              <w:rPr>
                <w:rFonts w:cs="Times New Roman"/>
              </w:rPr>
              <w:t>. 0513</w:t>
            </w:r>
          </w:p>
        </w:tc>
        <w:tc>
          <w:tcPr>
            <w:tcW w:w="737" w:type="dxa"/>
            <w:tcMar>
              <w:top w:w="40" w:type="dxa"/>
              <w:left w:w="60" w:type="dxa"/>
              <w:bottom w:w="40" w:type="dxa"/>
              <w:right w:w="60" w:type="dxa"/>
            </w:tcMar>
            <w:vAlign w:val="center"/>
          </w:tcPr>
          <w:p w14:paraId="53BFF3DB"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5FAEAE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61291AA" w14:textId="77777777" w:rsidR="009C1061" w:rsidRDefault="00441274">
            <w:pPr>
              <w:jc w:val="right"/>
            </w:pPr>
            <w:r>
              <w:t>300 руб.</w:t>
            </w:r>
          </w:p>
        </w:tc>
        <w:tc>
          <w:tcPr>
            <w:tcW w:w="1587" w:type="dxa"/>
            <w:tcMar>
              <w:top w:w="40" w:type="dxa"/>
              <w:left w:w="60" w:type="dxa"/>
              <w:bottom w:w="40" w:type="dxa"/>
              <w:right w:w="60" w:type="dxa"/>
            </w:tcMar>
            <w:vAlign w:val="center"/>
          </w:tcPr>
          <w:p w14:paraId="116ACFE6" w14:textId="77777777" w:rsidR="009C1061" w:rsidRDefault="00441274">
            <w:pPr>
              <w:jc w:val="right"/>
            </w:pPr>
            <w:r>
              <w:t>300 руб.</w:t>
            </w:r>
          </w:p>
        </w:tc>
      </w:tr>
      <w:tr w:rsidR="0009622B" w14:paraId="186D52AB" w14:textId="77777777" w:rsidTr="00DF6623">
        <w:trPr>
          <w:jc w:val="center"/>
        </w:trPr>
        <w:tc>
          <w:tcPr>
            <w:tcW w:w="453" w:type="dxa"/>
            <w:tcMar>
              <w:top w:w="40" w:type="dxa"/>
              <w:left w:w="60" w:type="dxa"/>
              <w:bottom w:w="40" w:type="dxa"/>
              <w:right w:w="60" w:type="dxa"/>
            </w:tcMar>
            <w:vAlign w:val="center"/>
          </w:tcPr>
          <w:p w14:paraId="72A71D12" w14:textId="77777777" w:rsidR="0009622B" w:rsidRDefault="0009622B" w:rsidP="00DF6623">
            <w:pPr>
              <w:spacing w:after="0"/>
              <w:jc w:val="center"/>
            </w:pPr>
            <w:r>
              <w:t>239</w:t>
            </w:r>
          </w:p>
        </w:tc>
        <w:tc>
          <w:tcPr>
            <w:tcW w:w="7371" w:type="dxa"/>
            <w:tcMar>
              <w:top w:w="40" w:type="dxa"/>
              <w:left w:w="60" w:type="dxa"/>
              <w:bottom w:w="40" w:type="dxa"/>
              <w:right w:w="60" w:type="dxa"/>
            </w:tcMar>
            <w:vAlign w:val="center"/>
          </w:tcPr>
          <w:p w14:paraId="101322CB" w14:textId="77777777" w:rsidR="0009622B" w:rsidRDefault="0009622B" w:rsidP="00DF6623">
            <w:pPr>
              <w:spacing w:after="0"/>
            </w:pPr>
            <w:r>
              <w:rPr>
                <w:rFonts w:cs="Times New Roman"/>
              </w:rPr>
              <w:t>Комплект «</w:t>
            </w:r>
            <w:proofErr w:type="spellStart"/>
            <w:r>
              <w:rPr>
                <w:rFonts w:cs="Times New Roman"/>
              </w:rPr>
              <w:t>Лютик</w:t>
            </w:r>
            <w:proofErr w:type="spellEnd"/>
            <w:r>
              <w:rPr>
                <w:rFonts w:cs="Times New Roman"/>
              </w:rPr>
              <w:t xml:space="preserve">» — </w:t>
            </w:r>
            <w:proofErr w:type="spellStart"/>
            <w:r>
              <w:rPr>
                <w:rFonts w:cs="Times New Roman"/>
              </w:rPr>
              <w:t>арт</w:t>
            </w:r>
            <w:proofErr w:type="spellEnd"/>
            <w:r>
              <w:rPr>
                <w:rFonts w:cs="Times New Roman"/>
              </w:rPr>
              <w:t>. 0515</w:t>
            </w:r>
          </w:p>
        </w:tc>
        <w:tc>
          <w:tcPr>
            <w:tcW w:w="737" w:type="dxa"/>
            <w:tcMar>
              <w:top w:w="40" w:type="dxa"/>
              <w:left w:w="60" w:type="dxa"/>
              <w:bottom w:w="40" w:type="dxa"/>
              <w:right w:w="60" w:type="dxa"/>
            </w:tcMar>
            <w:vAlign w:val="center"/>
          </w:tcPr>
          <w:p w14:paraId="492A84E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F39BD3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51C5692" w14:textId="77777777" w:rsidR="009C1061" w:rsidRDefault="00441274">
            <w:pPr>
              <w:jc w:val="right"/>
            </w:pPr>
            <w:r>
              <w:t>500 руб.</w:t>
            </w:r>
          </w:p>
        </w:tc>
        <w:tc>
          <w:tcPr>
            <w:tcW w:w="1587" w:type="dxa"/>
            <w:tcMar>
              <w:top w:w="40" w:type="dxa"/>
              <w:left w:w="60" w:type="dxa"/>
              <w:bottom w:w="40" w:type="dxa"/>
              <w:right w:w="60" w:type="dxa"/>
            </w:tcMar>
            <w:vAlign w:val="center"/>
          </w:tcPr>
          <w:p w14:paraId="0B32016C" w14:textId="77777777" w:rsidR="009C1061" w:rsidRDefault="00441274">
            <w:pPr>
              <w:jc w:val="right"/>
            </w:pPr>
            <w:r>
              <w:t>500 руб.</w:t>
            </w:r>
          </w:p>
        </w:tc>
      </w:tr>
      <w:tr w:rsidR="0009622B" w14:paraId="411056C0" w14:textId="77777777" w:rsidTr="00DF6623">
        <w:trPr>
          <w:jc w:val="center"/>
        </w:trPr>
        <w:tc>
          <w:tcPr>
            <w:tcW w:w="453" w:type="dxa"/>
            <w:tcMar>
              <w:top w:w="40" w:type="dxa"/>
              <w:left w:w="60" w:type="dxa"/>
              <w:bottom w:w="40" w:type="dxa"/>
              <w:right w:w="60" w:type="dxa"/>
            </w:tcMar>
            <w:vAlign w:val="center"/>
          </w:tcPr>
          <w:p w14:paraId="35093A12" w14:textId="77777777" w:rsidR="0009622B" w:rsidRDefault="0009622B" w:rsidP="00DF6623">
            <w:pPr>
              <w:spacing w:after="0"/>
              <w:jc w:val="center"/>
            </w:pPr>
            <w:r>
              <w:t>240</w:t>
            </w:r>
          </w:p>
        </w:tc>
        <w:tc>
          <w:tcPr>
            <w:tcW w:w="7371" w:type="dxa"/>
            <w:tcMar>
              <w:top w:w="40" w:type="dxa"/>
              <w:left w:w="60" w:type="dxa"/>
              <w:bottom w:w="40" w:type="dxa"/>
              <w:right w:w="60" w:type="dxa"/>
            </w:tcMar>
            <w:vAlign w:val="center"/>
          </w:tcPr>
          <w:p w14:paraId="3E05971C" w14:textId="77777777" w:rsidR="0009622B" w:rsidRPr="00CA0274" w:rsidRDefault="0009622B" w:rsidP="00DF6623">
            <w:pPr>
              <w:spacing w:after="0"/>
              <w:rPr>
                <w:lang w:val="ru-RU"/>
              </w:rPr>
            </w:pPr>
            <w:r w:rsidRPr="00CA0274">
              <w:rPr>
                <w:rFonts w:cs="Times New Roman"/>
                <w:lang w:val="ru-RU"/>
              </w:rPr>
              <w:t>Костюм-тройка для новорождённых — арт. 5131</w:t>
            </w:r>
          </w:p>
        </w:tc>
        <w:tc>
          <w:tcPr>
            <w:tcW w:w="737" w:type="dxa"/>
            <w:tcMar>
              <w:top w:w="40" w:type="dxa"/>
              <w:left w:w="60" w:type="dxa"/>
              <w:bottom w:w="40" w:type="dxa"/>
              <w:right w:w="60" w:type="dxa"/>
            </w:tcMar>
            <w:vAlign w:val="center"/>
          </w:tcPr>
          <w:p w14:paraId="7782ED74"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4DC64A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60DB7D4" w14:textId="77777777" w:rsidR="009C1061" w:rsidRDefault="00441274">
            <w:pPr>
              <w:jc w:val="right"/>
            </w:pPr>
            <w:r>
              <w:t>600 руб.</w:t>
            </w:r>
          </w:p>
        </w:tc>
        <w:tc>
          <w:tcPr>
            <w:tcW w:w="1587" w:type="dxa"/>
            <w:tcMar>
              <w:top w:w="40" w:type="dxa"/>
              <w:left w:w="60" w:type="dxa"/>
              <w:bottom w:w="40" w:type="dxa"/>
              <w:right w:w="60" w:type="dxa"/>
            </w:tcMar>
            <w:vAlign w:val="center"/>
          </w:tcPr>
          <w:p w14:paraId="1752082D" w14:textId="77777777" w:rsidR="009C1061" w:rsidRDefault="00441274">
            <w:pPr>
              <w:jc w:val="right"/>
            </w:pPr>
            <w:r>
              <w:t>600 руб.</w:t>
            </w:r>
          </w:p>
        </w:tc>
      </w:tr>
      <w:tr w:rsidR="0009622B" w14:paraId="6E494711" w14:textId="77777777" w:rsidTr="00DF6623">
        <w:trPr>
          <w:jc w:val="center"/>
        </w:trPr>
        <w:tc>
          <w:tcPr>
            <w:tcW w:w="453" w:type="dxa"/>
            <w:tcMar>
              <w:top w:w="40" w:type="dxa"/>
              <w:left w:w="60" w:type="dxa"/>
              <w:bottom w:w="40" w:type="dxa"/>
              <w:right w:w="60" w:type="dxa"/>
            </w:tcMar>
            <w:vAlign w:val="center"/>
          </w:tcPr>
          <w:p w14:paraId="2ADCEAA1" w14:textId="77777777" w:rsidR="0009622B" w:rsidRDefault="0009622B" w:rsidP="00DF6623">
            <w:pPr>
              <w:spacing w:after="0"/>
              <w:jc w:val="center"/>
            </w:pPr>
            <w:r>
              <w:t>241</w:t>
            </w:r>
          </w:p>
        </w:tc>
        <w:tc>
          <w:tcPr>
            <w:tcW w:w="7371" w:type="dxa"/>
            <w:tcMar>
              <w:top w:w="40" w:type="dxa"/>
              <w:left w:w="60" w:type="dxa"/>
              <w:bottom w:w="40" w:type="dxa"/>
              <w:right w:w="60" w:type="dxa"/>
            </w:tcMar>
            <w:vAlign w:val="center"/>
          </w:tcPr>
          <w:p w14:paraId="7821E506" w14:textId="77777777" w:rsidR="0009622B" w:rsidRPr="00CA0274" w:rsidRDefault="0009622B" w:rsidP="00DF6623">
            <w:pPr>
              <w:spacing w:after="0"/>
              <w:rPr>
                <w:lang w:val="ru-RU"/>
              </w:rPr>
            </w:pPr>
            <w:r w:rsidRPr="00CA0274">
              <w:rPr>
                <w:rFonts w:cs="Times New Roman"/>
                <w:lang w:val="ru-RU"/>
              </w:rPr>
              <w:t>Костюм «Зайчик» с шапочкой — арт. 0522</w:t>
            </w:r>
          </w:p>
        </w:tc>
        <w:tc>
          <w:tcPr>
            <w:tcW w:w="737" w:type="dxa"/>
            <w:tcMar>
              <w:top w:w="40" w:type="dxa"/>
              <w:left w:w="60" w:type="dxa"/>
              <w:bottom w:w="40" w:type="dxa"/>
              <w:right w:w="60" w:type="dxa"/>
            </w:tcMar>
            <w:vAlign w:val="center"/>
          </w:tcPr>
          <w:p w14:paraId="475BFC6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EEF0AE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3823A0E" w14:textId="77777777" w:rsidR="009C1061" w:rsidRDefault="00441274">
            <w:pPr>
              <w:jc w:val="right"/>
            </w:pPr>
            <w:r>
              <w:t>120 руб.</w:t>
            </w:r>
          </w:p>
        </w:tc>
        <w:tc>
          <w:tcPr>
            <w:tcW w:w="1587" w:type="dxa"/>
            <w:tcMar>
              <w:top w:w="40" w:type="dxa"/>
              <w:left w:w="60" w:type="dxa"/>
              <w:bottom w:w="40" w:type="dxa"/>
              <w:right w:w="60" w:type="dxa"/>
            </w:tcMar>
            <w:vAlign w:val="center"/>
          </w:tcPr>
          <w:p w14:paraId="55F9E168" w14:textId="77777777" w:rsidR="009C1061" w:rsidRDefault="00441274">
            <w:pPr>
              <w:jc w:val="right"/>
            </w:pPr>
            <w:r>
              <w:t>120 руб.</w:t>
            </w:r>
          </w:p>
        </w:tc>
      </w:tr>
      <w:tr w:rsidR="0009622B" w14:paraId="7882E5F8" w14:textId="77777777" w:rsidTr="00DF6623">
        <w:trPr>
          <w:jc w:val="center"/>
        </w:trPr>
        <w:tc>
          <w:tcPr>
            <w:tcW w:w="453" w:type="dxa"/>
            <w:tcMar>
              <w:top w:w="40" w:type="dxa"/>
              <w:left w:w="60" w:type="dxa"/>
              <w:bottom w:w="40" w:type="dxa"/>
              <w:right w:w="60" w:type="dxa"/>
            </w:tcMar>
            <w:vAlign w:val="center"/>
          </w:tcPr>
          <w:p w14:paraId="0C3853C9" w14:textId="77777777" w:rsidR="0009622B" w:rsidRDefault="0009622B" w:rsidP="00DF6623">
            <w:pPr>
              <w:spacing w:after="0"/>
              <w:jc w:val="center"/>
            </w:pPr>
            <w:r>
              <w:t>242</w:t>
            </w:r>
          </w:p>
        </w:tc>
        <w:tc>
          <w:tcPr>
            <w:tcW w:w="7371" w:type="dxa"/>
            <w:tcMar>
              <w:top w:w="40" w:type="dxa"/>
              <w:left w:w="60" w:type="dxa"/>
              <w:bottom w:w="40" w:type="dxa"/>
              <w:right w:w="60" w:type="dxa"/>
            </w:tcMar>
            <w:vAlign w:val="center"/>
          </w:tcPr>
          <w:p w14:paraId="67F2FC31" w14:textId="77777777" w:rsidR="0009622B" w:rsidRDefault="0009622B" w:rsidP="00DF6623">
            <w:pPr>
              <w:spacing w:after="0"/>
            </w:pPr>
            <w:proofErr w:type="spellStart"/>
            <w:r>
              <w:rPr>
                <w:rFonts w:cs="Times New Roman"/>
              </w:rPr>
              <w:t>Комбинезон</w:t>
            </w:r>
            <w:proofErr w:type="spellEnd"/>
            <w:r>
              <w:rPr>
                <w:rFonts w:cs="Times New Roman"/>
              </w:rPr>
              <w:t xml:space="preserve"> «</w:t>
            </w:r>
            <w:proofErr w:type="spellStart"/>
            <w:r>
              <w:rPr>
                <w:rFonts w:cs="Times New Roman"/>
              </w:rPr>
              <w:t>Пупсик</w:t>
            </w:r>
            <w:proofErr w:type="spellEnd"/>
            <w:r>
              <w:rPr>
                <w:rFonts w:cs="Times New Roman"/>
              </w:rPr>
              <w:t>» (</w:t>
            </w:r>
            <w:proofErr w:type="spellStart"/>
            <w:r>
              <w:rPr>
                <w:rFonts w:cs="Times New Roman"/>
              </w:rPr>
              <w:t>розовый</w:t>
            </w:r>
            <w:proofErr w:type="spellEnd"/>
            <w:r>
              <w:rPr>
                <w:rFonts w:cs="Times New Roman"/>
              </w:rPr>
              <w:t xml:space="preserve">) — </w:t>
            </w:r>
            <w:proofErr w:type="spellStart"/>
            <w:r>
              <w:rPr>
                <w:rFonts w:cs="Times New Roman"/>
              </w:rPr>
              <w:t>арт</w:t>
            </w:r>
            <w:proofErr w:type="spellEnd"/>
            <w:r>
              <w:rPr>
                <w:rFonts w:cs="Times New Roman"/>
              </w:rPr>
              <w:t>. 1856</w:t>
            </w:r>
          </w:p>
        </w:tc>
        <w:tc>
          <w:tcPr>
            <w:tcW w:w="737" w:type="dxa"/>
            <w:tcMar>
              <w:top w:w="40" w:type="dxa"/>
              <w:left w:w="60" w:type="dxa"/>
              <w:bottom w:w="40" w:type="dxa"/>
              <w:right w:w="60" w:type="dxa"/>
            </w:tcMar>
            <w:vAlign w:val="center"/>
          </w:tcPr>
          <w:p w14:paraId="6FC1CA26"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87518A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F3F9A75" w14:textId="77777777" w:rsidR="009C1061" w:rsidRDefault="00441274">
            <w:pPr>
              <w:jc w:val="right"/>
            </w:pPr>
            <w:r>
              <w:t>300 руб.</w:t>
            </w:r>
          </w:p>
        </w:tc>
        <w:tc>
          <w:tcPr>
            <w:tcW w:w="1587" w:type="dxa"/>
            <w:tcMar>
              <w:top w:w="40" w:type="dxa"/>
              <w:left w:w="60" w:type="dxa"/>
              <w:bottom w:w="40" w:type="dxa"/>
              <w:right w:w="60" w:type="dxa"/>
            </w:tcMar>
            <w:vAlign w:val="center"/>
          </w:tcPr>
          <w:p w14:paraId="0615419D" w14:textId="77777777" w:rsidR="009C1061" w:rsidRDefault="00441274">
            <w:pPr>
              <w:jc w:val="right"/>
            </w:pPr>
            <w:r>
              <w:t>300 руб.</w:t>
            </w:r>
          </w:p>
        </w:tc>
      </w:tr>
      <w:tr w:rsidR="0009622B" w14:paraId="38E4E938" w14:textId="77777777" w:rsidTr="00DF6623">
        <w:trPr>
          <w:jc w:val="center"/>
        </w:trPr>
        <w:tc>
          <w:tcPr>
            <w:tcW w:w="453" w:type="dxa"/>
            <w:tcMar>
              <w:top w:w="40" w:type="dxa"/>
              <w:left w:w="60" w:type="dxa"/>
              <w:bottom w:w="40" w:type="dxa"/>
              <w:right w:w="60" w:type="dxa"/>
            </w:tcMar>
            <w:vAlign w:val="center"/>
          </w:tcPr>
          <w:p w14:paraId="50BD554D" w14:textId="77777777" w:rsidR="0009622B" w:rsidRDefault="0009622B" w:rsidP="00DF6623">
            <w:pPr>
              <w:spacing w:after="0"/>
              <w:jc w:val="center"/>
            </w:pPr>
            <w:r>
              <w:t>243</w:t>
            </w:r>
          </w:p>
        </w:tc>
        <w:tc>
          <w:tcPr>
            <w:tcW w:w="7371" w:type="dxa"/>
            <w:tcMar>
              <w:top w:w="40" w:type="dxa"/>
              <w:left w:w="60" w:type="dxa"/>
              <w:bottom w:w="40" w:type="dxa"/>
              <w:right w:w="60" w:type="dxa"/>
            </w:tcMar>
            <w:vAlign w:val="center"/>
          </w:tcPr>
          <w:p w14:paraId="0A7E4EB5" w14:textId="77777777" w:rsidR="0009622B" w:rsidRPr="00CA0274" w:rsidRDefault="0009622B" w:rsidP="00DF6623">
            <w:pPr>
              <w:spacing w:after="0"/>
              <w:rPr>
                <w:lang w:val="ru-RU"/>
              </w:rPr>
            </w:pPr>
            <w:r w:rsidRPr="00CA0274">
              <w:rPr>
                <w:rFonts w:cs="Times New Roman"/>
                <w:lang w:val="ru-RU"/>
              </w:rPr>
              <w:t>Комплект для девочки (джемпер и брюки) — арт. 146032</w:t>
            </w:r>
          </w:p>
        </w:tc>
        <w:tc>
          <w:tcPr>
            <w:tcW w:w="737" w:type="dxa"/>
            <w:tcMar>
              <w:top w:w="40" w:type="dxa"/>
              <w:left w:w="60" w:type="dxa"/>
              <w:bottom w:w="40" w:type="dxa"/>
              <w:right w:w="60" w:type="dxa"/>
            </w:tcMar>
            <w:vAlign w:val="center"/>
          </w:tcPr>
          <w:p w14:paraId="2A9E202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F44BDC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B306E6D" w14:textId="77777777" w:rsidR="009C1061" w:rsidRDefault="00441274">
            <w:pPr>
              <w:jc w:val="right"/>
            </w:pPr>
            <w:r>
              <w:t>180 руб.</w:t>
            </w:r>
          </w:p>
        </w:tc>
        <w:tc>
          <w:tcPr>
            <w:tcW w:w="1587" w:type="dxa"/>
            <w:tcMar>
              <w:top w:w="40" w:type="dxa"/>
              <w:left w:w="60" w:type="dxa"/>
              <w:bottom w:w="40" w:type="dxa"/>
              <w:right w:w="60" w:type="dxa"/>
            </w:tcMar>
            <w:vAlign w:val="center"/>
          </w:tcPr>
          <w:p w14:paraId="6C093937" w14:textId="77777777" w:rsidR="009C1061" w:rsidRDefault="00441274">
            <w:pPr>
              <w:jc w:val="right"/>
            </w:pPr>
            <w:r>
              <w:t>180 руб.</w:t>
            </w:r>
          </w:p>
        </w:tc>
      </w:tr>
      <w:tr w:rsidR="0009622B" w14:paraId="0D6A53B9" w14:textId="77777777" w:rsidTr="00DF6623">
        <w:trPr>
          <w:jc w:val="center"/>
        </w:trPr>
        <w:tc>
          <w:tcPr>
            <w:tcW w:w="453" w:type="dxa"/>
            <w:tcMar>
              <w:top w:w="40" w:type="dxa"/>
              <w:left w:w="60" w:type="dxa"/>
              <w:bottom w:w="40" w:type="dxa"/>
              <w:right w:w="60" w:type="dxa"/>
            </w:tcMar>
            <w:vAlign w:val="center"/>
          </w:tcPr>
          <w:p w14:paraId="40D3D519" w14:textId="77777777" w:rsidR="0009622B" w:rsidRDefault="0009622B" w:rsidP="00DF6623">
            <w:pPr>
              <w:spacing w:after="0"/>
              <w:jc w:val="center"/>
            </w:pPr>
            <w:r>
              <w:t>244</w:t>
            </w:r>
          </w:p>
        </w:tc>
        <w:tc>
          <w:tcPr>
            <w:tcW w:w="7371" w:type="dxa"/>
            <w:tcMar>
              <w:top w:w="40" w:type="dxa"/>
              <w:left w:w="60" w:type="dxa"/>
              <w:bottom w:w="40" w:type="dxa"/>
              <w:right w:w="60" w:type="dxa"/>
            </w:tcMar>
            <w:vAlign w:val="center"/>
          </w:tcPr>
          <w:p w14:paraId="19A2EC10" w14:textId="77777777" w:rsidR="0009622B" w:rsidRPr="00D266DD" w:rsidRDefault="0009622B" w:rsidP="00DF6623">
            <w:pPr>
              <w:spacing w:after="0"/>
              <w:rPr>
                <w:lang w:val="ru-RU"/>
              </w:rPr>
            </w:pPr>
            <w:r>
              <w:rPr>
                <w:lang w:val="ru-RU"/>
              </w:rPr>
              <w:t xml:space="preserve">Костюм детский </w:t>
            </w:r>
            <w:proofErr w:type="gramStart"/>
            <w:r>
              <w:rPr>
                <w:lang w:val="ru-RU"/>
              </w:rPr>
              <w:t>3-ка</w:t>
            </w:r>
            <w:proofErr w:type="gramEnd"/>
          </w:p>
        </w:tc>
        <w:tc>
          <w:tcPr>
            <w:tcW w:w="737" w:type="dxa"/>
            <w:tcMar>
              <w:top w:w="40" w:type="dxa"/>
              <w:left w:w="60" w:type="dxa"/>
              <w:bottom w:w="40" w:type="dxa"/>
              <w:right w:w="60" w:type="dxa"/>
            </w:tcMar>
            <w:vAlign w:val="center"/>
          </w:tcPr>
          <w:p w14:paraId="1A46DC56" w14:textId="77777777" w:rsidR="0009622B" w:rsidRDefault="0009622B" w:rsidP="00DF6623">
            <w:pPr>
              <w:spacing w:after="0"/>
              <w:jc w:val="center"/>
              <w:rPr>
                <w:lang w:val="ru-RU"/>
              </w:rPr>
            </w:pPr>
            <w:r>
              <w:rPr>
                <w:lang w:val="ru-RU"/>
              </w:rPr>
              <w:t>59</w:t>
            </w:r>
          </w:p>
          <w:p w14:paraId="2B7F7D66" w14:textId="77777777" w:rsidR="0009622B" w:rsidRPr="00D266DD" w:rsidRDefault="0009622B" w:rsidP="00DF6623">
            <w:pPr>
              <w:spacing w:after="0"/>
              <w:jc w:val="center"/>
              <w:rPr>
                <w:lang w:val="ru-RU"/>
              </w:rPr>
            </w:pPr>
          </w:p>
        </w:tc>
        <w:tc>
          <w:tcPr>
            <w:tcW w:w="680" w:type="dxa"/>
            <w:tcMar>
              <w:top w:w="40" w:type="dxa"/>
              <w:left w:w="60" w:type="dxa"/>
              <w:bottom w:w="40" w:type="dxa"/>
              <w:right w:w="60" w:type="dxa"/>
            </w:tcMar>
            <w:vAlign w:val="center"/>
          </w:tcPr>
          <w:p w14:paraId="54FA87B2" w14:textId="77777777" w:rsidR="0009622B" w:rsidRDefault="0009622B" w:rsidP="00DF6623">
            <w:pPr>
              <w:spacing w:after="0"/>
              <w:jc w:val="center"/>
            </w:pPr>
          </w:p>
        </w:tc>
        <w:tc>
          <w:tcPr>
            <w:tcW w:w="1417" w:type="dxa"/>
            <w:tcMar>
              <w:top w:w="40" w:type="dxa"/>
              <w:left w:w="60" w:type="dxa"/>
              <w:bottom w:w="40" w:type="dxa"/>
              <w:right w:w="60" w:type="dxa"/>
            </w:tcMar>
            <w:vAlign w:val="center"/>
          </w:tcPr>
          <w:p w14:paraId="2A34A91B" w14:textId="77777777" w:rsidR="009C1061" w:rsidRDefault="00441274">
            <w:pPr>
              <w:jc w:val="right"/>
            </w:pPr>
            <w:r>
              <w:t>600 руб.</w:t>
            </w:r>
          </w:p>
        </w:tc>
        <w:tc>
          <w:tcPr>
            <w:tcW w:w="1587" w:type="dxa"/>
            <w:tcMar>
              <w:top w:w="40" w:type="dxa"/>
              <w:left w:w="60" w:type="dxa"/>
              <w:bottom w:w="40" w:type="dxa"/>
              <w:right w:w="60" w:type="dxa"/>
            </w:tcMar>
            <w:vAlign w:val="center"/>
          </w:tcPr>
          <w:p w14:paraId="41484ACC" w14:textId="77777777" w:rsidR="009C1061" w:rsidRDefault="00441274">
            <w:pPr>
              <w:jc w:val="right"/>
            </w:pPr>
            <w:r>
              <w:t>35 400 руб.</w:t>
            </w:r>
          </w:p>
        </w:tc>
      </w:tr>
      <w:tr w:rsidR="0009622B" w14:paraId="3D39E29F" w14:textId="77777777" w:rsidTr="00DF6623">
        <w:trPr>
          <w:jc w:val="center"/>
        </w:trPr>
        <w:tc>
          <w:tcPr>
            <w:tcW w:w="453" w:type="dxa"/>
            <w:tcMar>
              <w:top w:w="40" w:type="dxa"/>
              <w:left w:w="60" w:type="dxa"/>
              <w:bottom w:w="40" w:type="dxa"/>
              <w:right w:w="60" w:type="dxa"/>
            </w:tcMar>
            <w:vAlign w:val="center"/>
          </w:tcPr>
          <w:p w14:paraId="431A8AFE" w14:textId="77777777" w:rsidR="0009622B" w:rsidRDefault="0009622B" w:rsidP="00DF6623">
            <w:pPr>
              <w:spacing w:after="0"/>
              <w:jc w:val="center"/>
            </w:pPr>
            <w:r>
              <w:t>245</w:t>
            </w:r>
          </w:p>
        </w:tc>
        <w:tc>
          <w:tcPr>
            <w:tcW w:w="7371" w:type="dxa"/>
            <w:tcMar>
              <w:top w:w="40" w:type="dxa"/>
              <w:left w:w="60" w:type="dxa"/>
              <w:bottom w:w="40" w:type="dxa"/>
              <w:right w:w="60" w:type="dxa"/>
            </w:tcMar>
            <w:vAlign w:val="center"/>
          </w:tcPr>
          <w:p w14:paraId="6C53013F" w14:textId="77777777" w:rsidR="0009622B" w:rsidRDefault="0009622B" w:rsidP="00DF6623">
            <w:pPr>
              <w:spacing w:after="0"/>
            </w:pPr>
            <w:r w:rsidRPr="00CA0274">
              <w:rPr>
                <w:rFonts w:cs="Times New Roman"/>
                <w:lang w:val="ru-RU"/>
              </w:rPr>
              <w:t xml:space="preserve">Брюки для девочки — Цвета: фиолетовый, зелёный,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140, 72</w:t>
            </w:r>
          </w:p>
        </w:tc>
        <w:tc>
          <w:tcPr>
            <w:tcW w:w="737" w:type="dxa"/>
            <w:tcMar>
              <w:top w:w="40" w:type="dxa"/>
              <w:left w:w="60" w:type="dxa"/>
              <w:bottom w:w="40" w:type="dxa"/>
              <w:right w:w="60" w:type="dxa"/>
            </w:tcMar>
            <w:vAlign w:val="center"/>
          </w:tcPr>
          <w:p w14:paraId="4763B8F6" w14:textId="77777777" w:rsidR="0009622B" w:rsidRPr="0070744C" w:rsidRDefault="0009622B" w:rsidP="00DF6623">
            <w:pPr>
              <w:spacing w:after="0"/>
              <w:jc w:val="center"/>
              <w:rPr>
                <w:lang w:val="ru-RU"/>
              </w:rPr>
            </w:pPr>
            <w:r>
              <w:rPr>
                <w:rFonts w:cs="Times New Roman"/>
                <w:lang w:val="ru-RU"/>
              </w:rPr>
              <w:t>3</w:t>
            </w:r>
          </w:p>
        </w:tc>
        <w:tc>
          <w:tcPr>
            <w:tcW w:w="680" w:type="dxa"/>
            <w:tcMar>
              <w:top w:w="40" w:type="dxa"/>
              <w:left w:w="60" w:type="dxa"/>
              <w:bottom w:w="40" w:type="dxa"/>
              <w:right w:w="60" w:type="dxa"/>
            </w:tcMar>
            <w:vAlign w:val="center"/>
          </w:tcPr>
          <w:p w14:paraId="57BB7E9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EF392A3" w14:textId="77777777" w:rsidR="009C1061" w:rsidRDefault="00441274">
            <w:pPr>
              <w:jc w:val="right"/>
            </w:pPr>
            <w:r>
              <w:t>300 руб.</w:t>
            </w:r>
          </w:p>
        </w:tc>
        <w:tc>
          <w:tcPr>
            <w:tcW w:w="1587" w:type="dxa"/>
            <w:tcMar>
              <w:top w:w="40" w:type="dxa"/>
              <w:left w:w="60" w:type="dxa"/>
              <w:bottom w:w="40" w:type="dxa"/>
              <w:right w:w="60" w:type="dxa"/>
            </w:tcMar>
            <w:vAlign w:val="center"/>
          </w:tcPr>
          <w:p w14:paraId="714D4AC2" w14:textId="77777777" w:rsidR="009C1061" w:rsidRDefault="00441274">
            <w:pPr>
              <w:jc w:val="right"/>
            </w:pPr>
            <w:r>
              <w:t>900 руб.</w:t>
            </w:r>
          </w:p>
        </w:tc>
      </w:tr>
      <w:tr w:rsidR="0009622B" w14:paraId="50DF3621" w14:textId="77777777" w:rsidTr="00DF6623">
        <w:trPr>
          <w:jc w:val="center"/>
        </w:trPr>
        <w:tc>
          <w:tcPr>
            <w:tcW w:w="453" w:type="dxa"/>
            <w:tcMar>
              <w:top w:w="40" w:type="dxa"/>
              <w:left w:w="60" w:type="dxa"/>
              <w:bottom w:w="40" w:type="dxa"/>
              <w:right w:w="60" w:type="dxa"/>
            </w:tcMar>
            <w:vAlign w:val="center"/>
          </w:tcPr>
          <w:p w14:paraId="70B7C833" w14:textId="77777777" w:rsidR="0009622B" w:rsidRDefault="0009622B" w:rsidP="00DF6623">
            <w:pPr>
              <w:spacing w:after="0"/>
              <w:jc w:val="center"/>
            </w:pPr>
            <w:r>
              <w:t>246</w:t>
            </w:r>
          </w:p>
        </w:tc>
        <w:tc>
          <w:tcPr>
            <w:tcW w:w="7371" w:type="dxa"/>
            <w:tcMar>
              <w:top w:w="40" w:type="dxa"/>
              <w:left w:w="60" w:type="dxa"/>
              <w:bottom w:w="40" w:type="dxa"/>
              <w:right w:w="60" w:type="dxa"/>
            </w:tcMar>
            <w:vAlign w:val="center"/>
          </w:tcPr>
          <w:p w14:paraId="55882F95" w14:textId="77777777" w:rsidR="0009622B" w:rsidRDefault="0009622B" w:rsidP="00DF6623">
            <w:pPr>
              <w:spacing w:after="0"/>
            </w:pPr>
            <w:r w:rsidRPr="00CA0274">
              <w:rPr>
                <w:rFonts w:cs="Times New Roman"/>
                <w:lang w:val="ru-RU"/>
              </w:rPr>
              <w:t xml:space="preserve">Жилет для мальчика — Цвет: серый,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42</w:t>
            </w:r>
          </w:p>
        </w:tc>
        <w:tc>
          <w:tcPr>
            <w:tcW w:w="737" w:type="dxa"/>
            <w:tcMar>
              <w:top w:w="40" w:type="dxa"/>
              <w:left w:w="60" w:type="dxa"/>
              <w:bottom w:w="40" w:type="dxa"/>
              <w:right w:w="60" w:type="dxa"/>
            </w:tcMar>
            <w:vAlign w:val="center"/>
          </w:tcPr>
          <w:p w14:paraId="64964610"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40AB2F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980C828" w14:textId="77777777" w:rsidR="009C1061" w:rsidRDefault="00441274">
            <w:pPr>
              <w:jc w:val="right"/>
            </w:pPr>
            <w:r>
              <w:t>180 руб.</w:t>
            </w:r>
          </w:p>
        </w:tc>
        <w:tc>
          <w:tcPr>
            <w:tcW w:w="1587" w:type="dxa"/>
            <w:tcMar>
              <w:top w:w="40" w:type="dxa"/>
              <w:left w:w="60" w:type="dxa"/>
              <w:bottom w:w="40" w:type="dxa"/>
              <w:right w:w="60" w:type="dxa"/>
            </w:tcMar>
            <w:vAlign w:val="center"/>
          </w:tcPr>
          <w:p w14:paraId="3C8B8E4F" w14:textId="77777777" w:rsidR="009C1061" w:rsidRDefault="00441274">
            <w:pPr>
              <w:jc w:val="right"/>
            </w:pPr>
            <w:r>
              <w:t>180 руб.</w:t>
            </w:r>
          </w:p>
        </w:tc>
      </w:tr>
      <w:tr w:rsidR="0009622B" w14:paraId="0B9C9E92" w14:textId="77777777" w:rsidTr="00DF6623">
        <w:trPr>
          <w:jc w:val="center"/>
        </w:trPr>
        <w:tc>
          <w:tcPr>
            <w:tcW w:w="453" w:type="dxa"/>
            <w:tcMar>
              <w:top w:w="40" w:type="dxa"/>
              <w:left w:w="60" w:type="dxa"/>
              <w:bottom w:w="40" w:type="dxa"/>
              <w:right w:w="60" w:type="dxa"/>
            </w:tcMar>
            <w:vAlign w:val="center"/>
          </w:tcPr>
          <w:p w14:paraId="1E2C6A21" w14:textId="77777777" w:rsidR="0009622B" w:rsidRDefault="0009622B" w:rsidP="00DF6623">
            <w:pPr>
              <w:spacing w:after="0"/>
              <w:jc w:val="center"/>
            </w:pPr>
            <w:r>
              <w:lastRenderedPageBreak/>
              <w:t>247</w:t>
            </w:r>
          </w:p>
        </w:tc>
        <w:tc>
          <w:tcPr>
            <w:tcW w:w="7371" w:type="dxa"/>
            <w:tcMar>
              <w:top w:w="40" w:type="dxa"/>
              <w:left w:w="60" w:type="dxa"/>
              <w:bottom w:w="40" w:type="dxa"/>
              <w:right w:w="60" w:type="dxa"/>
            </w:tcMar>
            <w:vAlign w:val="center"/>
          </w:tcPr>
          <w:p w14:paraId="28F03B2C" w14:textId="77777777" w:rsidR="0009622B" w:rsidRDefault="0009622B" w:rsidP="00DF6623">
            <w:pPr>
              <w:spacing w:after="0"/>
            </w:pPr>
            <w:proofErr w:type="spellStart"/>
            <w:r>
              <w:rPr>
                <w:rFonts w:cs="Times New Roman"/>
              </w:rPr>
              <w:t>Джемпер</w:t>
            </w:r>
            <w:proofErr w:type="spellEnd"/>
            <w:r>
              <w:rPr>
                <w:rFonts w:cs="Times New Roman"/>
              </w:rPr>
              <w:t xml:space="preserve"> </w:t>
            </w:r>
            <w:proofErr w:type="spellStart"/>
            <w:r>
              <w:rPr>
                <w:rFonts w:cs="Times New Roman"/>
              </w:rPr>
              <w:t>детский</w:t>
            </w:r>
            <w:proofErr w:type="spellEnd"/>
            <w:r>
              <w:rPr>
                <w:rFonts w:cs="Times New Roman"/>
              </w:rPr>
              <w:t xml:space="preserve"> — </w:t>
            </w:r>
            <w:proofErr w:type="spellStart"/>
            <w:r>
              <w:rPr>
                <w:rFonts w:cs="Times New Roman"/>
              </w:rPr>
              <w:t>Мыс</w:t>
            </w:r>
            <w:proofErr w:type="spellEnd"/>
            <w:r>
              <w:rPr>
                <w:rFonts w:cs="Times New Roman"/>
              </w:rPr>
              <w:t xml:space="preserve">, </w:t>
            </w:r>
            <w:proofErr w:type="spellStart"/>
            <w:r>
              <w:rPr>
                <w:rFonts w:cs="Times New Roman"/>
              </w:rPr>
              <w:t>разм</w:t>
            </w:r>
            <w:proofErr w:type="spellEnd"/>
            <w:r>
              <w:rPr>
                <w:rFonts w:cs="Times New Roman"/>
              </w:rPr>
              <w:t>. 40</w:t>
            </w:r>
          </w:p>
        </w:tc>
        <w:tc>
          <w:tcPr>
            <w:tcW w:w="737" w:type="dxa"/>
            <w:tcMar>
              <w:top w:w="40" w:type="dxa"/>
              <w:left w:w="60" w:type="dxa"/>
              <w:bottom w:w="40" w:type="dxa"/>
              <w:right w:w="60" w:type="dxa"/>
            </w:tcMar>
            <w:vAlign w:val="center"/>
          </w:tcPr>
          <w:p w14:paraId="231ACFE4"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6A62D8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02E5E41" w14:textId="77777777" w:rsidR="009C1061" w:rsidRDefault="00441274">
            <w:pPr>
              <w:jc w:val="right"/>
            </w:pPr>
            <w:r>
              <w:t>180 руб.</w:t>
            </w:r>
          </w:p>
        </w:tc>
        <w:tc>
          <w:tcPr>
            <w:tcW w:w="1587" w:type="dxa"/>
            <w:tcMar>
              <w:top w:w="40" w:type="dxa"/>
              <w:left w:w="60" w:type="dxa"/>
              <w:bottom w:w="40" w:type="dxa"/>
              <w:right w:w="60" w:type="dxa"/>
            </w:tcMar>
            <w:vAlign w:val="center"/>
          </w:tcPr>
          <w:p w14:paraId="4DE2A9E5" w14:textId="77777777" w:rsidR="009C1061" w:rsidRDefault="00441274">
            <w:pPr>
              <w:jc w:val="right"/>
            </w:pPr>
            <w:r>
              <w:t>360 руб.</w:t>
            </w:r>
          </w:p>
        </w:tc>
      </w:tr>
      <w:tr w:rsidR="0009622B" w14:paraId="3A61EB09" w14:textId="77777777" w:rsidTr="00DF6623">
        <w:trPr>
          <w:jc w:val="center"/>
        </w:trPr>
        <w:tc>
          <w:tcPr>
            <w:tcW w:w="453" w:type="dxa"/>
            <w:tcMar>
              <w:top w:w="40" w:type="dxa"/>
              <w:left w:w="60" w:type="dxa"/>
              <w:bottom w:w="40" w:type="dxa"/>
              <w:right w:w="60" w:type="dxa"/>
            </w:tcMar>
            <w:vAlign w:val="center"/>
          </w:tcPr>
          <w:p w14:paraId="127BFB7E" w14:textId="77777777" w:rsidR="0009622B" w:rsidRDefault="0009622B" w:rsidP="00DF6623">
            <w:pPr>
              <w:spacing w:after="0"/>
              <w:jc w:val="center"/>
            </w:pPr>
            <w:r>
              <w:t>248</w:t>
            </w:r>
          </w:p>
        </w:tc>
        <w:tc>
          <w:tcPr>
            <w:tcW w:w="7371" w:type="dxa"/>
            <w:tcMar>
              <w:top w:w="40" w:type="dxa"/>
              <w:left w:w="60" w:type="dxa"/>
              <w:bottom w:w="40" w:type="dxa"/>
              <w:right w:w="60" w:type="dxa"/>
            </w:tcMar>
            <w:vAlign w:val="center"/>
          </w:tcPr>
          <w:p w14:paraId="396BC9F2" w14:textId="77777777" w:rsidR="0009622B" w:rsidRDefault="0009622B" w:rsidP="00DF6623">
            <w:pPr>
              <w:spacing w:after="0"/>
            </w:pPr>
            <w:r w:rsidRPr="00CA0274">
              <w:rPr>
                <w:rFonts w:cs="Times New Roman"/>
                <w:lang w:val="ru-RU"/>
              </w:rPr>
              <w:t xml:space="preserve">Жилет для девочки — Двойка, цвет: серый,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32, 40</w:t>
            </w:r>
          </w:p>
        </w:tc>
        <w:tc>
          <w:tcPr>
            <w:tcW w:w="737" w:type="dxa"/>
            <w:tcMar>
              <w:top w:w="40" w:type="dxa"/>
              <w:left w:w="60" w:type="dxa"/>
              <w:bottom w:w="40" w:type="dxa"/>
              <w:right w:w="60" w:type="dxa"/>
            </w:tcMar>
            <w:vAlign w:val="center"/>
          </w:tcPr>
          <w:p w14:paraId="772F1317" w14:textId="77777777" w:rsidR="0009622B" w:rsidRDefault="0009622B" w:rsidP="00DF6623">
            <w:pPr>
              <w:spacing w:after="0"/>
              <w:jc w:val="center"/>
            </w:pPr>
            <w:r>
              <w:rPr>
                <w:rFonts w:cs="Times New Roman"/>
              </w:rPr>
              <w:t>6</w:t>
            </w:r>
          </w:p>
        </w:tc>
        <w:tc>
          <w:tcPr>
            <w:tcW w:w="680" w:type="dxa"/>
            <w:tcMar>
              <w:top w:w="40" w:type="dxa"/>
              <w:left w:w="60" w:type="dxa"/>
              <w:bottom w:w="40" w:type="dxa"/>
              <w:right w:w="60" w:type="dxa"/>
            </w:tcMar>
            <w:vAlign w:val="center"/>
          </w:tcPr>
          <w:p w14:paraId="63FC52D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201E055" w14:textId="77777777" w:rsidR="009C1061" w:rsidRDefault="00441274">
            <w:pPr>
              <w:jc w:val="right"/>
            </w:pPr>
            <w:r>
              <w:t>180 руб.</w:t>
            </w:r>
          </w:p>
        </w:tc>
        <w:tc>
          <w:tcPr>
            <w:tcW w:w="1587" w:type="dxa"/>
            <w:tcMar>
              <w:top w:w="40" w:type="dxa"/>
              <w:left w:w="60" w:type="dxa"/>
              <w:bottom w:w="40" w:type="dxa"/>
              <w:right w:w="60" w:type="dxa"/>
            </w:tcMar>
            <w:vAlign w:val="center"/>
          </w:tcPr>
          <w:p w14:paraId="7D0816DC" w14:textId="77777777" w:rsidR="009C1061" w:rsidRDefault="00441274">
            <w:pPr>
              <w:jc w:val="right"/>
            </w:pPr>
            <w:r>
              <w:t>1 080 руб.</w:t>
            </w:r>
          </w:p>
        </w:tc>
      </w:tr>
      <w:tr w:rsidR="0009622B" w14:paraId="0D074EEA" w14:textId="77777777" w:rsidTr="00DF6623">
        <w:trPr>
          <w:jc w:val="center"/>
        </w:trPr>
        <w:tc>
          <w:tcPr>
            <w:tcW w:w="453" w:type="dxa"/>
            <w:tcMar>
              <w:top w:w="40" w:type="dxa"/>
              <w:left w:w="60" w:type="dxa"/>
              <w:bottom w:w="40" w:type="dxa"/>
              <w:right w:w="60" w:type="dxa"/>
            </w:tcMar>
            <w:vAlign w:val="center"/>
          </w:tcPr>
          <w:p w14:paraId="59828E83" w14:textId="77777777" w:rsidR="0009622B" w:rsidRDefault="0009622B" w:rsidP="00DF6623">
            <w:pPr>
              <w:spacing w:after="0"/>
              <w:jc w:val="center"/>
            </w:pPr>
            <w:r>
              <w:t>249</w:t>
            </w:r>
          </w:p>
        </w:tc>
        <w:tc>
          <w:tcPr>
            <w:tcW w:w="7371" w:type="dxa"/>
            <w:tcMar>
              <w:top w:w="40" w:type="dxa"/>
              <w:left w:w="60" w:type="dxa"/>
              <w:bottom w:w="40" w:type="dxa"/>
              <w:right w:w="60" w:type="dxa"/>
            </w:tcMar>
            <w:vAlign w:val="center"/>
          </w:tcPr>
          <w:p w14:paraId="00A2140E" w14:textId="77777777" w:rsidR="0009622B" w:rsidRDefault="0009622B" w:rsidP="00DF6623">
            <w:pPr>
              <w:spacing w:after="0"/>
            </w:pPr>
            <w:proofErr w:type="spellStart"/>
            <w:r>
              <w:rPr>
                <w:rFonts w:cs="Times New Roman"/>
              </w:rPr>
              <w:t>Сарафан</w:t>
            </w:r>
            <w:proofErr w:type="spellEnd"/>
            <w:r>
              <w:rPr>
                <w:rFonts w:cs="Times New Roman"/>
              </w:rPr>
              <w:t xml:space="preserve"> — </w:t>
            </w:r>
            <w:proofErr w:type="spellStart"/>
            <w:r>
              <w:rPr>
                <w:rFonts w:cs="Times New Roman"/>
              </w:rPr>
              <w:t>разм</w:t>
            </w:r>
            <w:proofErr w:type="spellEnd"/>
            <w:r>
              <w:rPr>
                <w:rFonts w:cs="Times New Roman"/>
              </w:rPr>
              <w:t>. 30</w:t>
            </w:r>
          </w:p>
        </w:tc>
        <w:tc>
          <w:tcPr>
            <w:tcW w:w="737" w:type="dxa"/>
            <w:tcMar>
              <w:top w:w="40" w:type="dxa"/>
              <w:left w:w="60" w:type="dxa"/>
              <w:bottom w:w="40" w:type="dxa"/>
              <w:right w:w="60" w:type="dxa"/>
            </w:tcMar>
            <w:vAlign w:val="center"/>
          </w:tcPr>
          <w:p w14:paraId="64E8161B"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36A4EC6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00E854F" w14:textId="77777777" w:rsidR="009C1061" w:rsidRDefault="00441274">
            <w:pPr>
              <w:jc w:val="right"/>
            </w:pPr>
            <w:r>
              <w:t>350 руб.</w:t>
            </w:r>
          </w:p>
        </w:tc>
        <w:tc>
          <w:tcPr>
            <w:tcW w:w="1587" w:type="dxa"/>
            <w:tcMar>
              <w:top w:w="40" w:type="dxa"/>
              <w:left w:w="60" w:type="dxa"/>
              <w:bottom w:w="40" w:type="dxa"/>
              <w:right w:w="60" w:type="dxa"/>
            </w:tcMar>
            <w:vAlign w:val="center"/>
          </w:tcPr>
          <w:p w14:paraId="781D09A1" w14:textId="77777777" w:rsidR="009C1061" w:rsidRDefault="00441274">
            <w:pPr>
              <w:jc w:val="right"/>
            </w:pPr>
            <w:r>
              <w:t>1 050 руб.</w:t>
            </w:r>
          </w:p>
        </w:tc>
      </w:tr>
      <w:tr w:rsidR="0009622B" w14:paraId="27B30DFA" w14:textId="77777777" w:rsidTr="00DF6623">
        <w:trPr>
          <w:jc w:val="center"/>
        </w:trPr>
        <w:tc>
          <w:tcPr>
            <w:tcW w:w="453" w:type="dxa"/>
            <w:tcMar>
              <w:top w:w="40" w:type="dxa"/>
              <w:left w:w="60" w:type="dxa"/>
              <w:bottom w:w="40" w:type="dxa"/>
              <w:right w:w="60" w:type="dxa"/>
            </w:tcMar>
            <w:vAlign w:val="center"/>
          </w:tcPr>
          <w:p w14:paraId="6C6B305C" w14:textId="77777777" w:rsidR="0009622B" w:rsidRDefault="0009622B" w:rsidP="00DF6623">
            <w:pPr>
              <w:spacing w:after="0"/>
              <w:jc w:val="center"/>
            </w:pPr>
            <w:r>
              <w:t>250</w:t>
            </w:r>
          </w:p>
        </w:tc>
        <w:tc>
          <w:tcPr>
            <w:tcW w:w="7371" w:type="dxa"/>
            <w:tcMar>
              <w:top w:w="40" w:type="dxa"/>
              <w:left w:w="60" w:type="dxa"/>
              <w:bottom w:w="40" w:type="dxa"/>
              <w:right w:w="60" w:type="dxa"/>
            </w:tcMar>
            <w:vAlign w:val="center"/>
          </w:tcPr>
          <w:p w14:paraId="672B32F4"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девочки</w:t>
            </w:r>
            <w:proofErr w:type="spellEnd"/>
            <w:r>
              <w:rPr>
                <w:rFonts w:cs="Times New Roman"/>
              </w:rPr>
              <w:t xml:space="preserve"> — </w:t>
            </w:r>
            <w:proofErr w:type="spellStart"/>
            <w:r>
              <w:rPr>
                <w:rFonts w:cs="Times New Roman"/>
              </w:rPr>
              <w:t>разм</w:t>
            </w:r>
            <w:proofErr w:type="spellEnd"/>
            <w:r>
              <w:rPr>
                <w:rFonts w:cs="Times New Roman"/>
              </w:rPr>
              <w:t>. 40</w:t>
            </w:r>
          </w:p>
        </w:tc>
        <w:tc>
          <w:tcPr>
            <w:tcW w:w="737" w:type="dxa"/>
            <w:tcMar>
              <w:top w:w="40" w:type="dxa"/>
              <w:left w:w="60" w:type="dxa"/>
              <w:bottom w:w="40" w:type="dxa"/>
              <w:right w:w="60" w:type="dxa"/>
            </w:tcMar>
            <w:vAlign w:val="center"/>
          </w:tcPr>
          <w:p w14:paraId="7F4EAC74" w14:textId="77777777" w:rsidR="0009622B" w:rsidRDefault="0009622B" w:rsidP="00DF6623">
            <w:pPr>
              <w:spacing w:after="0"/>
              <w:jc w:val="center"/>
            </w:pPr>
            <w:r>
              <w:rPr>
                <w:rFonts w:cs="Times New Roman"/>
              </w:rPr>
              <w:t>6</w:t>
            </w:r>
          </w:p>
        </w:tc>
        <w:tc>
          <w:tcPr>
            <w:tcW w:w="680" w:type="dxa"/>
            <w:tcMar>
              <w:top w:w="40" w:type="dxa"/>
              <w:left w:w="60" w:type="dxa"/>
              <w:bottom w:w="40" w:type="dxa"/>
              <w:right w:w="60" w:type="dxa"/>
            </w:tcMar>
            <w:vAlign w:val="center"/>
          </w:tcPr>
          <w:p w14:paraId="083ADAF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4EF4D9C" w14:textId="77777777" w:rsidR="009C1061" w:rsidRDefault="00441274">
            <w:pPr>
              <w:jc w:val="right"/>
            </w:pPr>
            <w:r>
              <w:t>180 руб.</w:t>
            </w:r>
          </w:p>
        </w:tc>
        <w:tc>
          <w:tcPr>
            <w:tcW w:w="1587" w:type="dxa"/>
            <w:tcMar>
              <w:top w:w="40" w:type="dxa"/>
              <w:left w:w="60" w:type="dxa"/>
              <w:bottom w:w="40" w:type="dxa"/>
              <w:right w:w="60" w:type="dxa"/>
            </w:tcMar>
            <w:vAlign w:val="center"/>
          </w:tcPr>
          <w:p w14:paraId="7B813AA0" w14:textId="77777777" w:rsidR="009C1061" w:rsidRDefault="00441274">
            <w:pPr>
              <w:jc w:val="right"/>
            </w:pPr>
            <w:r>
              <w:t>1 080 руб.</w:t>
            </w:r>
          </w:p>
        </w:tc>
      </w:tr>
      <w:tr w:rsidR="0009622B" w14:paraId="274CB532" w14:textId="77777777" w:rsidTr="00DF6623">
        <w:trPr>
          <w:jc w:val="center"/>
        </w:trPr>
        <w:tc>
          <w:tcPr>
            <w:tcW w:w="453" w:type="dxa"/>
            <w:tcMar>
              <w:top w:w="40" w:type="dxa"/>
              <w:left w:w="60" w:type="dxa"/>
              <w:bottom w:w="40" w:type="dxa"/>
              <w:right w:w="60" w:type="dxa"/>
            </w:tcMar>
            <w:vAlign w:val="center"/>
          </w:tcPr>
          <w:p w14:paraId="1B2C016B" w14:textId="77777777" w:rsidR="0009622B" w:rsidRDefault="0009622B" w:rsidP="00DF6623">
            <w:pPr>
              <w:spacing w:after="0"/>
              <w:jc w:val="center"/>
            </w:pPr>
            <w:r>
              <w:t>251</w:t>
            </w:r>
          </w:p>
        </w:tc>
        <w:tc>
          <w:tcPr>
            <w:tcW w:w="7371" w:type="dxa"/>
            <w:tcMar>
              <w:top w:w="40" w:type="dxa"/>
              <w:left w:w="60" w:type="dxa"/>
              <w:bottom w:w="40" w:type="dxa"/>
              <w:right w:w="60" w:type="dxa"/>
            </w:tcMar>
            <w:vAlign w:val="center"/>
          </w:tcPr>
          <w:p w14:paraId="023F384C" w14:textId="77777777" w:rsidR="0009622B" w:rsidRDefault="0009622B" w:rsidP="00DF6623">
            <w:pPr>
              <w:spacing w:after="0"/>
            </w:pPr>
            <w:r w:rsidRPr="00CA0274">
              <w:rPr>
                <w:rFonts w:cs="Times New Roman"/>
                <w:lang w:val="ru-RU"/>
              </w:rPr>
              <w:t xml:space="preserve">Жилет для девочки — Двойка, цвет: синий,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44, 46</w:t>
            </w:r>
          </w:p>
        </w:tc>
        <w:tc>
          <w:tcPr>
            <w:tcW w:w="737" w:type="dxa"/>
            <w:tcMar>
              <w:top w:w="40" w:type="dxa"/>
              <w:left w:w="60" w:type="dxa"/>
              <w:bottom w:w="40" w:type="dxa"/>
              <w:right w:w="60" w:type="dxa"/>
            </w:tcMar>
            <w:vAlign w:val="center"/>
          </w:tcPr>
          <w:p w14:paraId="4E5F6797"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3D15FD9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FAEBD16" w14:textId="77777777" w:rsidR="009C1061" w:rsidRDefault="00441274">
            <w:pPr>
              <w:jc w:val="right"/>
            </w:pPr>
            <w:r>
              <w:t>180 руб.</w:t>
            </w:r>
          </w:p>
        </w:tc>
        <w:tc>
          <w:tcPr>
            <w:tcW w:w="1587" w:type="dxa"/>
            <w:tcMar>
              <w:top w:w="40" w:type="dxa"/>
              <w:left w:w="60" w:type="dxa"/>
              <w:bottom w:w="40" w:type="dxa"/>
              <w:right w:w="60" w:type="dxa"/>
            </w:tcMar>
            <w:vAlign w:val="center"/>
          </w:tcPr>
          <w:p w14:paraId="3D98BB0D" w14:textId="77777777" w:rsidR="009C1061" w:rsidRDefault="00441274">
            <w:pPr>
              <w:jc w:val="right"/>
            </w:pPr>
            <w:r>
              <w:t>360 руб.</w:t>
            </w:r>
          </w:p>
        </w:tc>
      </w:tr>
      <w:tr w:rsidR="0009622B" w14:paraId="3034E5F5" w14:textId="77777777" w:rsidTr="00DF6623">
        <w:trPr>
          <w:jc w:val="center"/>
        </w:trPr>
        <w:tc>
          <w:tcPr>
            <w:tcW w:w="453" w:type="dxa"/>
            <w:tcMar>
              <w:top w:w="40" w:type="dxa"/>
              <w:left w:w="60" w:type="dxa"/>
              <w:bottom w:w="40" w:type="dxa"/>
              <w:right w:w="60" w:type="dxa"/>
            </w:tcMar>
            <w:vAlign w:val="center"/>
          </w:tcPr>
          <w:p w14:paraId="44CFFFFA" w14:textId="77777777" w:rsidR="0009622B" w:rsidRDefault="0009622B" w:rsidP="00DF6623">
            <w:pPr>
              <w:spacing w:after="0"/>
              <w:jc w:val="center"/>
            </w:pPr>
            <w:r>
              <w:t>252</w:t>
            </w:r>
          </w:p>
        </w:tc>
        <w:tc>
          <w:tcPr>
            <w:tcW w:w="7371" w:type="dxa"/>
            <w:tcMar>
              <w:top w:w="40" w:type="dxa"/>
              <w:left w:w="60" w:type="dxa"/>
              <w:bottom w:w="40" w:type="dxa"/>
              <w:right w:w="60" w:type="dxa"/>
            </w:tcMar>
            <w:vAlign w:val="center"/>
          </w:tcPr>
          <w:p w14:paraId="7A9BF83A" w14:textId="77777777" w:rsidR="0009622B" w:rsidRPr="00CA0274" w:rsidRDefault="0009622B" w:rsidP="00DF6623">
            <w:pPr>
              <w:spacing w:after="0"/>
              <w:rPr>
                <w:lang w:val="ru-RU"/>
              </w:rPr>
            </w:pPr>
            <w:r w:rsidRPr="00CA0274">
              <w:rPr>
                <w:rFonts w:cs="Times New Roman"/>
                <w:lang w:val="ru-RU"/>
              </w:rPr>
              <w:t>Жилет для девочки — Двойка, серая юбка прямая (без пуговицы)</w:t>
            </w:r>
          </w:p>
        </w:tc>
        <w:tc>
          <w:tcPr>
            <w:tcW w:w="737" w:type="dxa"/>
            <w:tcMar>
              <w:top w:w="40" w:type="dxa"/>
              <w:left w:w="60" w:type="dxa"/>
              <w:bottom w:w="40" w:type="dxa"/>
              <w:right w:w="60" w:type="dxa"/>
            </w:tcMar>
            <w:vAlign w:val="center"/>
          </w:tcPr>
          <w:p w14:paraId="4C8EC42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C08DCF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B120225" w14:textId="77777777" w:rsidR="009C1061" w:rsidRDefault="00441274">
            <w:pPr>
              <w:jc w:val="right"/>
            </w:pPr>
            <w:r>
              <w:t>180 руб.</w:t>
            </w:r>
          </w:p>
        </w:tc>
        <w:tc>
          <w:tcPr>
            <w:tcW w:w="1587" w:type="dxa"/>
            <w:tcMar>
              <w:top w:w="40" w:type="dxa"/>
              <w:left w:w="60" w:type="dxa"/>
              <w:bottom w:w="40" w:type="dxa"/>
              <w:right w:w="60" w:type="dxa"/>
            </w:tcMar>
            <w:vAlign w:val="center"/>
          </w:tcPr>
          <w:p w14:paraId="1CE8F613" w14:textId="77777777" w:rsidR="009C1061" w:rsidRDefault="00441274">
            <w:pPr>
              <w:jc w:val="right"/>
            </w:pPr>
            <w:r>
              <w:t>180 руб.</w:t>
            </w:r>
          </w:p>
        </w:tc>
      </w:tr>
      <w:tr w:rsidR="0009622B" w14:paraId="1CC02AA4" w14:textId="77777777" w:rsidTr="00DF6623">
        <w:trPr>
          <w:jc w:val="center"/>
        </w:trPr>
        <w:tc>
          <w:tcPr>
            <w:tcW w:w="453" w:type="dxa"/>
            <w:tcMar>
              <w:top w:w="40" w:type="dxa"/>
              <w:left w:w="60" w:type="dxa"/>
              <w:bottom w:w="40" w:type="dxa"/>
              <w:right w:w="60" w:type="dxa"/>
            </w:tcMar>
            <w:vAlign w:val="center"/>
          </w:tcPr>
          <w:p w14:paraId="7866C48A" w14:textId="77777777" w:rsidR="0009622B" w:rsidRDefault="0009622B" w:rsidP="00DF6623">
            <w:pPr>
              <w:spacing w:after="0"/>
              <w:jc w:val="center"/>
            </w:pPr>
            <w:r>
              <w:t>253</w:t>
            </w:r>
          </w:p>
        </w:tc>
        <w:tc>
          <w:tcPr>
            <w:tcW w:w="7371" w:type="dxa"/>
            <w:tcMar>
              <w:top w:w="40" w:type="dxa"/>
              <w:left w:w="60" w:type="dxa"/>
              <w:bottom w:w="40" w:type="dxa"/>
              <w:right w:w="60" w:type="dxa"/>
            </w:tcMar>
            <w:vAlign w:val="center"/>
          </w:tcPr>
          <w:p w14:paraId="198EC87D" w14:textId="77777777" w:rsidR="0009622B" w:rsidRDefault="0009622B" w:rsidP="00DF6623">
            <w:pPr>
              <w:spacing w:after="0"/>
            </w:pPr>
            <w:r w:rsidRPr="00CA0274">
              <w:rPr>
                <w:rFonts w:cs="Times New Roman"/>
                <w:lang w:val="ru-RU"/>
              </w:rPr>
              <w:t xml:space="preserve">Жилет для девочки — Двойка, цвет: серый (нет мал. жилетки),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34, 36</w:t>
            </w:r>
          </w:p>
        </w:tc>
        <w:tc>
          <w:tcPr>
            <w:tcW w:w="737" w:type="dxa"/>
            <w:tcMar>
              <w:top w:w="40" w:type="dxa"/>
              <w:left w:w="60" w:type="dxa"/>
              <w:bottom w:w="40" w:type="dxa"/>
              <w:right w:w="60" w:type="dxa"/>
            </w:tcMar>
            <w:vAlign w:val="center"/>
          </w:tcPr>
          <w:p w14:paraId="15AE1BAF"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368CBD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661951B" w14:textId="77777777" w:rsidR="009C1061" w:rsidRDefault="00441274">
            <w:pPr>
              <w:jc w:val="right"/>
            </w:pPr>
            <w:r>
              <w:t>180 руб.</w:t>
            </w:r>
          </w:p>
        </w:tc>
        <w:tc>
          <w:tcPr>
            <w:tcW w:w="1587" w:type="dxa"/>
            <w:tcMar>
              <w:top w:w="40" w:type="dxa"/>
              <w:left w:w="60" w:type="dxa"/>
              <w:bottom w:w="40" w:type="dxa"/>
              <w:right w:w="60" w:type="dxa"/>
            </w:tcMar>
            <w:vAlign w:val="center"/>
          </w:tcPr>
          <w:p w14:paraId="18A21303" w14:textId="77777777" w:rsidR="009C1061" w:rsidRDefault="00441274">
            <w:pPr>
              <w:jc w:val="right"/>
            </w:pPr>
            <w:r>
              <w:t>360 руб.</w:t>
            </w:r>
          </w:p>
        </w:tc>
      </w:tr>
      <w:tr w:rsidR="0009622B" w14:paraId="3F28DF35" w14:textId="77777777" w:rsidTr="00DF6623">
        <w:trPr>
          <w:jc w:val="center"/>
        </w:trPr>
        <w:tc>
          <w:tcPr>
            <w:tcW w:w="453" w:type="dxa"/>
            <w:tcMar>
              <w:top w:w="40" w:type="dxa"/>
              <w:left w:w="60" w:type="dxa"/>
              <w:bottom w:w="40" w:type="dxa"/>
              <w:right w:w="60" w:type="dxa"/>
            </w:tcMar>
            <w:vAlign w:val="center"/>
          </w:tcPr>
          <w:p w14:paraId="1330932C" w14:textId="77777777" w:rsidR="0009622B" w:rsidRDefault="0009622B" w:rsidP="00DF6623">
            <w:pPr>
              <w:spacing w:after="0"/>
              <w:jc w:val="center"/>
            </w:pPr>
            <w:r>
              <w:t>254</w:t>
            </w:r>
          </w:p>
        </w:tc>
        <w:tc>
          <w:tcPr>
            <w:tcW w:w="7371" w:type="dxa"/>
            <w:tcMar>
              <w:top w:w="40" w:type="dxa"/>
              <w:left w:w="60" w:type="dxa"/>
              <w:bottom w:w="40" w:type="dxa"/>
              <w:right w:w="60" w:type="dxa"/>
            </w:tcMar>
            <w:vAlign w:val="center"/>
          </w:tcPr>
          <w:p w14:paraId="498ABE4C" w14:textId="77777777" w:rsidR="0009622B" w:rsidRDefault="0009622B" w:rsidP="00DF6623">
            <w:pPr>
              <w:spacing w:after="0"/>
            </w:pPr>
            <w:r w:rsidRPr="00CA0274">
              <w:rPr>
                <w:rFonts w:cs="Times New Roman"/>
                <w:lang w:val="ru-RU"/>
              </w:rPr>
              <w:t xml:space="preserve">Комплект-четвёрка — Две жилетки, юбка, брюки; серый,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46</w:t>
            </w:r>
          </w:p>
        </w:tc>
        <w:tc>
          <w:tcPr>
            <w:tcW w:w="737" w:type="dxa"/>
            <w:tcMar>
              <w:top w:w="40" w:type="dxa"/>
              <w:left w:w="60" w:type="dxa"/>
              <w:bottom w:w="40" w:type="dxa"/>
              <w:right w:w="60" w:type="dxa"/>
            </w:tcMar>
            <w:vAlign w:val="center"/>
          </w:tcPr>
          <w:p w14:paraId="6AB3561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CFB243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9AA67F1" w14:textId="77777777" w:rsidR="009C1061" w:rsidRDefault="00441274">
            <w:pPr>
              <w:jc w:val="right"/>
            </w:pPr>
            <w:r>
              <w:t>180 руб.</w:t>
            </w:r>
          </w:p>
        </w:tc>
        <w:tc>
          <w:tcPr>
            <w:tcW w:w="1587" w:type="dxa"/>
            <w:tcMar>
              <w:top w:w="40" w:type="dxa"/>
              <w:left w:w="60" w:type="dxa"/>
              <w:bottom w:w="40" w:type="dxa"/>
              <w:right w:w="60" w:type="dxa"/>
            </w:tcMar>
            <w:vAlign w:val="center"/>
          </w:tcPr>
          <w:p w14:paraId="2962677D" w14:textId="77777777" w:rsidR="009C1061" w:rsidRDefault="00441274">
            <w:pPr>
              <w:jc w:val="right"/>
            </w:pPr>
            <w:r>
              <w:t>180 руб.</w:t>
            </w:r>
          </w:p>
        </w:tc>
      </w:tr>
      <w:tr w:rsidR="0009622B" w14:paraId="4162EF70" w14:textId="77777777" w:rsidTr="00DF6623">
        <w:trPr>
          <w:jc w:val="center"/>
        </w:trPr>
        <w:tc>
          <w:tcPr>
            <w:tcW w:w="453" w:type="dxa"/>
            <w:tcMar>
              <w:top w:w="40" w:type="dxa"/>
              <w:left w:w="60" w:type="dxa"/>
              <w:bottom w:w="40" w:type="dxa"/>
              <w:right w:w="60" w:type="dxa"/>
            </w:tcMar>
            <w:vAlign w:val="center"/>
          </w:tcPr>
          <w:p w14:paraId="1E07C1F5" w14:textId="77777777" w:rsidR="0009622B" w:rsidRDefault="0009622B" w:rsidP="00DF6623">
            <w:pPr>
              <w:spacing w:after="0"/>
              <w:jc w:val="center"/>
            </w:pPr>
            <w:r>
              <w:t>255</w:t>
            </w:r>
          </w:p>
        </w:tc>
        <w:tc>
          <w:tcPr>
            <w:tcW w:w="7371" w:type="dxa"/>
            <w:tcMar>
              <w:top w:w="40" w:type="dxa"/>
              <w:left w:w="60" w:type="dxa"/>
              <w:bottom w:w="40" w:type="dxa"/>
              <w:right w:w="60" w:type="dxa"/>
            </w:tcMar>
            <w:vAlign w:val="center"/>
          </w:tcPr>
          <w:p w14:paraId="2AA89558"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девочки</w:t>
            </w:r>
            <w:proofErr w:type="spellEnd"/>
            <w:r>
              <w:rPr>
                <w:rFonts w:cs="Times New Roman"/>
              </w:rPr>
              <w:t xml:space="preserve"> — </w:t>
            </w:r>
            <w:proofErr w:type="spellStart"/>
            <w:r>
              <w:rPr>
                <w:rFonts w:cs="Times New Roman"/>
              </w:rPr>
              <w:t>разм</w:t>
            </w:r>
            <w:proofErr w:type="spellEnd"/>
            <w:r>
              <w:rPr>
                <w:rFonts w:cs="Times New Roman"/>
              </w:rPr>
              <w:t>. 48</w:t>
            </w:r>
          </w:p>
        </w:tc>
        <w:tc>
          <w:tcPr>
            <w:tcW w:w="737" w:type="dxa"/>
            <w:tcMar>
              <w:top w:w="40" w:type="dxa"/>
              <w:left w:w="60" w:type="dxa"/>
              <w:bottom w:w="40" w:type="dxa"/>
              <w:right w:w="60" w:type="dxa"/>
            </w:tcMar>
            <w:vAlign w:val="center"/>
          </w:tcPr>
          <w:p w14:paraId="2076136F"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6CD4413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5D6EE84" w14:textId="77777777" w:rsidR="009C1061" w:rsidRDefault="00441274">
            <w:pPr>
              <w:jc w:val="right"/>
            </w:pPr>
            <w:r>
              <w:t>300 руб.</w:t>
            </w:r>
          </w:p>
        </w:tc>
        <w:tc>
          <w:tcPr>
            <w:tcW w:w="1587" w:type="dxa"/>
            <w:tcMar>
              <w:top w:w="40" w:type="dxa"/>
              <w:left w:w="60" w:type="dxa"/>
              <w:bottom w:w="40" w:type="dxa"/>
              <w:right w:w="60" w:type="dxa"/>
            </w:tcMar>
            <w:vAlign w:val="center"/>
          </w:tcPr>
          <w:p w14:paraId="41890A75" w14:textId="77777777" w:rsidR="009C1061" w:rsidRDefault="00441274">
            <w:pPr>
              <w:jc w:val="right"/>
            </w:pPr>
            <w:r>
              <w:t>600 руб.</w:t>
            </w:r>
          </w:p>
        </w:tc>
      </w:tr>
      <w:tr w:rsidR="0009622B" w14:paraId="3B513B15" w14:textId="77777777" w:rsidTr="00DF6623">
        <w:trPr>
          <w:jc w:val="center"/>
        </w:trPr>
        <w:tc>
          <w:tcPr>
            <w:tcW w:w="453" w:type="dxa"/>
            <w:tcMar>
              <w:top w:w="40" w:type="dxa"/>
              <w:left w:w="60" w:type="dxa"/>
              <w:bottom w:w="40" w:type="dxa"/>
              <w:right w:w="60" w:type="dxa"/>
            </w:tcMar>
            <w:vAlign w:val="center"/>
          </w:tcPr>
          <w:p w14:paraId="0B8879BA" w14:textId="77777777" w:rsidR="0009622B" w:rsidRDefault="0009622B" w:rsidP="00DF6623">
            <w:pPr>
              <w:spacing w:after="0"/>
              <w:jc w:val="center"/>
            </w:pPr>
            <w:r>
              <w:t>256</w:t>
            </w:r>
          </w:p>
        </w:tc>
        <w:tc>
          <w:tcPr>
            <w:tcW w:w="7371" w:type="dxa"/>
            <w:tcMar>
              <w:top w:w="40" w:type="dxa"/>
              <w:left w:w="60" w:type="dxa"/>
              <w:bottom w:w="40" w:type="dxa"/>
              <w:right w:w="60" w:type="dxa"/>
            </w:tcMar>
            <w:vAlign w:val="center"/>
          </w:tcPr>
          <w:p w14:paraId="0DB2867A" w14:textId="77777777" w:rsidR="0009622B" w:rsidRDefault="0009622B" w:rsidP="00DF6623">
            <w:pPr>
              <w:spacing w:after="0"/>
            </w:pPr>
            <w:r w:rsidRPr="00CA0274">
              <w:rPr>
                <w:rFonts w:cs="Times New Roman"/>
                <w:lang w:val="ru-RU"/>
              </w:rPr>
              <w:t xml:space="preserve">Костюм для девочки — Без брюк,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36</w:t>
            </w:r>
          </w:p>
        </w:tc>
        <w:tc>
          <w:tcPr>
            <w:tcW w:w="737" w:type="dxa"/>
            <w:tcMar>
              <w:top w:w="40" w:type="dxa"/>
              <w:left w:w="60" w:type="dxa"/>
              <w:bottom w:w="40" w:type="dxa"/>
              <w:right w:w="60" w:type="dxa"/>
            </w:tcMar>
            <w:vAlign w:val="center"/>
          </w:tcPr>
          <w:p w14:paraId="14DDA8C0"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69F8A9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194AF95" w14:textId="77777777" w:rsidR="009C1061" w:rsidRDefault="00441274">
            <w:pPr>
              <w:jc w:val="right"/>
            </w:pPr>
            <w:r>
              <w:t>300 руб.</w:t>
            </w:r>
          </w:p>
        </w:tc>
        <w:tc>
          <w:tcPr>
            <w:tcW w:w="1587" w:type="dxa"/>
            <w:tcMar>
              <w:top w:w="40" w:type="dxa"/>
              <w:left w:w="60" w:type="dxa"/>
              <w:bottom w:w="40" w:type="dxa"/>
              <w:right w:w="60" w:type="dxa"/>
            </w:tcMar>
            <w:vAlign w:val="center"/>
          </w:tcPr>
          <w:p w14:paraId="402089BF" w14:textId="77777777" w:rsidR="009C1061" w:rsidRDefault="00441274">
            <w:pPr>
              <w:jc w:val="right"/>
            </w:pPr>
            <w:r>
              <w:t>300 руб.</w:t>
            </w:r>
          </w:p>
        </w:tc>
      </w:tr>
      <w:tr w:rsidR="0009622B" w14:paraId="6FA586E5" w14:textId="77777777" w:rsidTr="00DF6623">
        <w:trPr>
          <w:jc w:val="center"/>
        </w:trPr>
        <w:tc>
          <w:tcPr>
            <w:tcW w:w="453" w:type="dxa"/>
            <w:tcMar>
              <w:top w:w="40" w:type="dxa"/>
              <w:left w:w="60" w:type="dxa"/>
              <w:bottom w:w="40" w:type="dxa"/>
              <w:right w:w="60" w:type="dxa"/>
            </w:tcMar>
            <w:vAlign w:val="center"/>
          </w:tcPr>
          <w:p w14:paraId="365459A4" w14:textId="77777777" w:rsidR="0009622B" w:rsidRDefault="0009622B" w:rsidP="00DF6623">
            <w:pPr>
              <w:spacing w:after="0"/>
              <w:jc w:val="center"/>
            </w:pPr>
            <w:r>
              <w:t>257</w:t>
            </w:r>
          </w:p>
        </w:tc>
        <w:tc>
          <w:tcPr>
            <w:tcW w:w="7371" w:type="dxa"/>
            <w:tcMar>
              <w:top w:w="40" w:type="dxa"/>
              <w:left w:w="60" w:type="dxa"/>
              <w:bottom w:w="40" w:type="dxa"/>
              <w:right w:w="60" w:type="dxa"/>
            </w:tcMar>
            <w:vAlign w:val="center"/>
          </w:tcPr>
          <w:p w14:paraId="5CFFA737"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девочки</w:t>
            </w:r>
            <w:proofErr w:type="spellEnd"/>
            <w:r>
              <w:rPr>
                <w:rFonts w:cs="Times New Roman"/>
              </w:rPr>
              <w:t xml:space="preserve"> — </w:t>
            </w:r>
            <w:proofErr w:type="spellStart"/>
            <w:r>
              <w:rPr>
                <w:rFonts w:cs="Times New Roman"/>
              </w:rPr>
              <w:t>разм</w:t>
            </w:r>
            <w:proofErr w:type="spellEnd"/>
            <w:r>
              <w:rPr>
                <w:rFonts w:cs="Times New Roman"/>
              </w:rPr>
              <w:t>. 40</w:t>
            </w:r>
          </w:p>
        </w:tc>
        <w:tc>
          <w:tcPr>
            <w:tcW w:w="737" w:type="dxa"/>
            <w:tcMar>
              <w:top w:w="40" w:type="dxa"/>
              <w:left w:w="60" w:type="dxa"/>
              <w:bottom w:w="40" w:type="dxa"/>
              <w:right w:w="60" w:type="dxa"/>
            </w:tcMar>
            <w:vAlign w:val="center"/>
          </w:tcPr>
          <w:p w14:paraId="56BEE37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42A0B9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C0AE617" w14:textId="77777777" w:rsidR="009C1061" w:rsidRDefault="00441274">
            <w:pPr>
              <w:jc w:val="right"/>
            </w:pPr>
            <w:r>
              <w:t>600 руб.</w:t>
            </w:r>
          </w:p>
        </w:tc>
        <w:tc>
          <w:tcPr>
            <w:tcW w:w="1587" w:type="dxa"/>
            <w:tcMar>
              <w:top w:w="40" w:type="dxa"/>
              <w:left w:w="60" w:type="dxa"/>
              <w:bottom w:w="40" w:type="dxa"/>
              <w:right w:w="60" w:type="dxa"/>
            </w:tcMar>
            <w:vAlign w:val="center"/>
          </w:tcPr>
          <w:p w14:paraId="1929B22F" w14:textId="77777777" w:rsidR="009C1061" w:rsidRDefault="00441274">
            <w:pPr>
              <w:jc w:val="right"/>
            </w:pPr>
            <w:r>
              <w:t>600 руб.</w:t>
            </w:r>
          </w:p>
        </w:tc>
      </w:tr>
      <w:tr w:rsidR="0009622B" w14:paraId="717818BC" w14:textId="77777777" w:rsidTr="00DF6623">
        <w:trPr>
          <w:jc w:val="center"/>
        </w:trPr>
        <w:tc>
          <w:tcPr>
            <w:tcW w:w="453" w:type="dxa"/>
            <w:tcMar>
              <w:top w:w="40" w:type="dxa"/>
              <w:left w:w="60" w:type="dxa"/>
              <w:bottom w:w="40" w:type="dxa"/>
              <w:right w:w="60" w:type="dxa"/>
            </w:tcMar>
            <w:vAlign w:val="center"/>
          </w:tcPr>
          <w:p w14:paraId="3C34E685" w14:textId="77777777" w:rsidR="0009622B" w:rsidRDefault="0009622B" w:rsidP="00DF6623">
            <w:pPr>
              <w:spacing w:after="0"/>
              <w:jc w:val="center"/>
            </w:pPr>
            <w:r>
              <w:t>258</w:t>
            </w:r>
          </w:p>
        </w:tc>
        <w:tc>
          <w:tcPr>
            <w:tcW w:w="7371" w:type="dxa"/>
            <w:tcMar>
              <w:top w:w="40" w:type="dxa"/>
              <w:left w:w="60" w:type="dxa"/>
              <w:bottom w:w="40" w:type="dxa"/>
              <w:right w:w="60" w:type="dxa"/>
            </w:tcMar>
            <w:vAlign w:val="center"/>
          </w:tcPr>
          <w:p w14:paraId="547C4260" w14:textId="77777777" w:rsidR="0009622B" w:rsidRDefault="0009622B" w:rsidP="00DF6623">
            <w:pPr>
              <w:spacing w:after="0"/>
            </w:pPr>
            <w:proofErr w:type="spellStart"/>
            <w:r>
              <w:rPr>
                <w:rFonts w:cs="Times New Roman"/>
              </w:rPr>
              <w:t>Шарфики</w:t>
            </w:r>
            <w:proofErr w:type="spellEnd"/>
            <w:r>
              <w:rPr>
                <w:rFonts w:cs="Times New Roman"/>
              </w:rPr>
              <w:t xml:space="preserve"> </w:t>
            </w:r>
            <w:proofErr w:type="spellStart"/>
            <w:r>
              <w:rPr>
                <w:rFonts w:cs="Times New Roman"/>
              </w:rPr>
              <w:t>детские</w:t>
            </w:r>
            <w:proofErr w:type="spellEnd"/>
            <w:r>
              <w:rPr>
                <w:rFonts w:cs="Times New Roman"/>
              </w:rPr>
              <w:t xml:space="preserve"> — </w:t>
            </w:r>
            <w:proofErr w:type="spellStart"/>
            <w:r>
              <w:rPr>
                <w:rFonts w:cs="Times New Roman"/>
              </w:rPr>
              <w:t>Вязаные</w:t>
            </w:r>
            <w:proofErr w:type="spellEnd"/>
            <w:r>
              <w:rPr>
                <w:rFonts w:cs="Times New Roman"/>
              </w:rPr>
              <w:t xml:space="preserve">, </w:t>
            </w:r>
            <w:proofErr w:type="spellStart"/>
            <w:r>
              <w:rPr>
                <w:rFonts w:cs="Times New Roman"/>
              </w:rPr>
              <w:t>цветные</w:t>
            </w:r>
            <w:proofErr w:type="spellEnd"/>
          </w:p>
        </w:tc>
        <w:tc>
          <w:tcPr>
            <w:tcW w:w="737" w:type="dxa"/>
            <w:tcMar>
              <w:top w:w="40" w:type="dxa"/>
              <w:left w:w="60" w:type="dxa"/>
              <w:bottom w:w="40" w:type="dxa"/>
              <w:right w:w="60" w:type="dxa"/>
            </w:tcMar>
            <w:vAlign w:val="center"/>
          </w:tcPr>
          <w:p w14:paraId="3E0B3058" w14:textId="77777777" w:rsidR="0009622B" w:rsidRDefault="0009622B" w:rsidP="00DF6623">
            <w:pPr>
              <w:spacing w:after="0"/>
              <w:jc w:val="center"/>
            </w:pPr>
            <w:r>
              <w:rPr>
                <w:rFonts w:cs="Times New Roman"/>
              </w:rPr>
              <w:t>21</w:t>
            </w:r>
          </w:p>
        </w:tc>
        <w:tc>
          <w:tcPr>
            <w:tcW w:w="680" w:type="dxa"/>
            <w:tcMar>
              <w:top w:w="40" w:type="dxa"/>
              <w:left w:w="60" w:type="dxa"/>
              <w:bottom w:w="40" w:type="dxa"/>
              <w:right w:w="60" w:type="dxa"/>
            </w:tcMar>
            <w:vAlign w:val="center"/>
          </w:tcPr>
          <w:p w14:paraId="4E4A872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C2F74DB" w14:textId="77777777" w:rsidR="009C1061" w:rsidRDefault="00441274">
            <w:pPr>
              <w:jc w:val="right"/>
            </w:pPr>
            <w:r>
              <w:t>50 руб.</w:t>
            </w:r>
          </w:p>
        </w:tc>
        <w:tc>
          <w:tcPr>
            <w:tcW w:w="1587" w:type="dxa"/>
            <w:tcMar>
              <w:top w:w="40" w:type="dxa"/>
              <w:left w:w="60" w:type="dxa"/>
              <w:bottom w:w="40" w:type="dxa"/>
              <w:right w:w="60" w:type="dxa"/>
            </w:tcMar>
            <w:vAlign w:val="center"/>
          </w:tcPr>
          <w:p w14:paraId="63A2A3F0" w14:textId="77777777" w:rsidR="009C1061" w:rsidRDefault="00441274">
            <w:pPr>
              <w:jc w:val="right"/>
            </w:pPr>
            <w:r>
              <w:t>1 050 руб.</w:t>
            </w:r>
          </w:p>
        </w:tc>
      </w:tr>
      <w:tr w:rsidR="0009622B" w14:paraId="00D6A37C" w14:textId="77777777" w:rsidTr="00DF6623">
        <w:trPr>
          <w:jc w:val="center"/>
        </w:trPr>
        <w:tc>
          <w:tcPr>
            <w:tcW w:w="453" w:type="dxa"/>
            <w:tcMar>
              <w:top w:w="40" w:type="dxa"/>
              <w:left w:w="60" w:type="dxa"/>
              <w:bottom w:w="40" w:type="dxa"/>
              <w:right w:w="60" w:type="dxa"/>
            </w:tcMar>
            <w:vAlign w:val="center"/>
          </w:tcPr>
          <w:p w14:paraId="2759C961" w14:textId="77777777" w:rsidR="0009622B" w:rsidRDefault="0009622B" w:rsidP="00DF6623">
            <w:pPr>
              <w:spacing w:after="0"/>
              <w:jc w:val="center"/>
            </w:pPr>
            <w:r>
              <w:lastRenderedPageBreak/>
              <w:t>259</w:t>
            </w:r>
          </w:p>
        </w:tc>
        <w:tc>
          <w:tcPr>
            <w:tcW w:w="7371" w:type="dxa"/>
            <w:tcMar>
              <w:top w:w="40" w:type="dxa"/>
              <w:left w:w="60" w:type="dxa"/>
              <w:bottom w:w="40" w:type="dxa"/>
              <w:right w:w="60" w:type="dxa"/>
            </w:tcMar>
            <w:vAlign w:val="center"/>
          </w:tcPr>
          <w:p w14:paraId="3A8F4310" w14:textId="77777777" w:rsidR="0009622B" w:rsidRDefault="0009622B" w:rsidP="00DF6623">
            <w:pPr>
              <w:spacing w:after="0"/>
            </w:pPr>
            <w:proofErr w:type="spellStart"/>
            <w:r>
              <w:rPr>
                <w:rFonts w:cs="Times New Roman"/>
              </w:rPr>
              <w:t>Шапочки</w:t>
            </w:r>
            <w:proofErr w:type="spellEnd"/>
            <w:r>
              <w:rPr>
                <w:rFonts w:cs="Times New Roman"/>
              </w:rPr>
              <w:t xml:space="preserve"> </w:t>
            </w:r>
            <w:proofErr w:type="spellStart"/>
            <w:r>
              <w:rPr>
                <w:rFonts w:cs="Times New Roman"/>
              </w:rPr>
              <w:t>детские</w:t>
            </w:r>
            <w:proofErr w:type="spellEnd"/>
            <w:r>
              <w:rPr>
                <w:rFonts w:cs="Times New Roman"/>
              </w:rPr>
              <w:t xml:space="preserve"> — </w:t>
            </w:r>
            <w:proofErr w:type="spellStart"/>
            <w:r>
              <w:rPr>
                <w:rFonts w:cs="Times New Roman"/>
              </w:rPr>
              <w:t>Вязаные</w:t>
            </w:r>
            <w:proofErr w:type="spellEnd"/>
          </w:p>
        </w:tc>
        <w:tc>
          <w:tcPr>
            <w:tcW w:w="737" w:type="dxa"/>
            <w:tcMar>
              <w:top w:w="40" w:type="dxa"/>
              <w:left w:w="60" w:type="dxa"/>
              <w:bottom w:w="40" w:type="dxa"/>
              <w:right w:w="60" w:type="dxa"/>
            </w:tcMar>
            <w:vAlign w:val="center"/>
          </w:tcPr>
          <w:p w14:paraId="250C98D4" w14:textId="77777777" w:rsidR="0009622B" w:rsidRDefault="0009622B" w:rsidP="00DF6623">
            <w:pPr>
              <w:spacing w:after="0"/>
              <w:jc w:val="center"/>
            </w:pPr>
            <w:r>
              <w:rPr>
                <w:rFonts w:cs="Times New Roman"/>
              </w:rPr>
              <w:t>14</w:t>
            </w:r>
          </w:p>
        </w:tc>
        <w:tc>
          <w:tcPr>
            <w:tcW w:w="680" w:type="dxa"/>
            <w:tcMar>
              <w:top w:w="40" w:type="dxa"/>
              <w:left w:w="60" w:type="dxa"/>
              <w:bottom w:w="40" w:type="dxa"/>
              <w:right w:w="60" w:type="dxa"/>
            </w:tcMar>
            <w:vAlign w:val="center"/>
          </w:tcPr>
          <w:p w14:paraId="6F4FB29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F831FD3" w14:textId="77777777" w:rsidR="009C1061" w:rsidRDefault="00441274">
            <w:pPr>
              <w:jc w:val="right"/>
            </w:pPr>
            <w:r>
              <w:t>120 руб.</w:t>
            </w:r>
          </w:p>
        </w:tc>
        <w:tc>
          <w:tcPr>
            <w:tcW w:w="1587" w:type="dxa"/>
            <w:tcMar>
              <w:top w:w="40" w:type="dxa"/>
              <w:left w:w="60" w:type="dxa"/>
              <w:bottom w:w="40" w:type="dxa"/>
              <w:right w:w="60" w:type="dxa"/>
            </w:tcMar>
            <w:vAlign w:val="center"/>
          </w:tcPr>
          <w:p w14:paraId="4468BAE4" w14:textId="77777777" w:rsidR="009C1061" w:rsidRDefault="00441274">
            <w:pPr>
              <w:jc w:val="right"/>
            </w:pPr>
            <w:r>
              <w:t>1 680 руб.</w:t>
            </w:r>
          </w:p>
        </w:tc>
      </w:tr>
      <w:tr w:rsidR="0009622B" w14:paraId="762287BD" w14:textId="77777777" w:rsidTr="00DF6623">
        <w:trPr>
          <w:jc w:val="center"/>
        </w:trPr>
        <w:tc>
          <w:tcPr>
            <w:tcW w:w="453" w:type="dxa"/>
            <w:tcMar>
              <w:top w:w="40" w:type="dxa"/>
              <w:left w:w="60" w:type="dxa"/>
              <w:bottom w:w="40" w:type="dxa"/>
              <w:right w:w="60" w:type="dxa"/>
            </w:tcMar>
            <w:vAlign w:val="center"/>
          </w:tcPr>
          <w:p w14:paraId="454A79AE" w14:textId="77777777" w:rsidR="0009622B" w:rsidRDefault="0009622B" w:rsidP="00DF6623">
            <w:pPr>
              <w:spacing w:after="0"/>
              <w:jc w:val="center"/>
            </w:pPr>
            <w:r>
              <w:t>260</w:t>
            </w:r>
          </w:p>
        </w:tc>
        <w:tc>
          <w:tcPr>
            <w:tcW w:w="7371" w:type="dxa"/>
            <w:tcMar>
              <w:top w:w="40" w:type="dxa"/>
              <w:left w:w="60" w:type="dxa"/>
              <w:bottom w:w="40" w:type="dxa"/>
              <w:right w:w="60" w:type="dxa"/>
            </w:tcMar>
            <w:vAlign w:val="center"/>
          </w:tcPr>
          <w:p w14:paraId="552AD370" w14:textId="77777777" w:rsidR="0009622B" w:rsidRPr="00CA0274" w:rsidRDefault="0009622B" w:rsidP="00DF6623">
            <w:pPr>
              <w:spacing w:after="0"/>
              <w:rPr>
                <w:lang w:val="ru-RU"/>
              </w:rPr>
            </w:pPr>
            <w:r w:rsidRPr="00CA0274">
              <w:rPr>
                <w:rFonts w:cs="Times New Roman"/>
                <w:lang w:val="ru-RU"/>
              </w:rPr>
              <w:t>Варежки, перчатки детские — Разные размеры и цвета</w:t>
            </w:r>
          </w:p>
        </w:tc>
        <w:tc>
          <w:tcPr>
            <w:tcW w:w="737" w:type="dxa"/>
            <w:tcMar>
              <w:top w:w="40" w:type="dxa"/>
              <w:left w:w="60" w:type="dxa"/>
              <w:bottom w:w="40" w:type="dxa"/>
              <w:right w:w="60" w:type="dxa"/>
            </w:tcMar>
            <w:vAlign w:val="center"/>
          </w:tcPr>
          <w:p w14:paraId="66FE6313" w14:textId="77777777" w:rsidR="0009622B" w:rsidRDefault="0009622B" w:rsidP="00DF6623">
            <w:pPr>
              <w:spacing w:after="0"/>
              <w:jc w:val="center"/>
            </w:pPr>
            <w:r>
              <w:rPr>
                <w:rFonts w:cs="Times New Roman"/>
              </w:rPr>
              <w:t>40</w:t>
            </w:r>
          </w:p>
        </w:tc>
        <w:tc>
          <w:tcPr>
            <w:tcW w:w="680" w:type="dxa"/>
            <w:tcMar>
              <w:top w:w="40" w:type="dxa"/>
              <w:left w:w="60" w:type="dxa"/>
              <w:bottom w:w="40" w:type="dxa"/>
              <w:right w:w="60" w:type="dxa"/>
            </w:tcMar>
            <w:vAlign w:val="center"/>
          </w:tcPr>
          <w:p w14:paraId="482BC59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248FF96" w14:textId="77777777" w:rsidR="009C1061" w:rsidRDefault="00441274">
            <w:pPr>
              <w:jc w:val="right"/>
            </w:pPr>
            <w:r>
              <w:t>50 руб.</w:t>
            </w:r>
          </w:p>
        </w:tc>
        <w:tc>
          <w:tcPr>
            <w:tcW w:w="1587" w:type="dxa"/>
            <w:tcMar>
              <w:top w:w="40" w:type="dxa"/>
              <w:left w:w="60" w:type="dxa"/>
              <w:bottom w:w="40" w:type="dxa"/>
              <w:right w:w="60" w:type="dxa"/>
            </w:tcMar>
            <w:vAlign w:val="center"/>
          </w:tcPr>
          <w:p w14:paraId="5581F861" w14:textId="77777777" w:rsidR="009C1061" w:rsidRDefault="00441274">
            <w:pPr>
              <w:jc w:val="right"/>
            </w:pPr>
            <w:r>
              <w:t>2 000 руб.</w:t>
            </w:r>
          </w:p>
        </w:tc>
      </w:tr>
      <w:tr w:rsidR="0009622B" w14:paraId="427EDCF5" w14:textId="77777777" w:rsidTr="00DF6623">
        <w:trPr>
          <w:jc w:val="center"/>
        </w:trPr>
        <w:tc>
          <w:tcPr>
            <w:tcW w:w="453" w:type="dxa"/>
            <w:tcMar>
              <w:top w:w="40" w:type="dxa"/>
              <w:left w:w="60" w:type="dxa"/>
              <w:bottom w:w="40" w:type="dxa"/>
              <w:right w:w="60" w:type="dxa"/>
            </w:tcMar>
            <w:vAlign w:val="center"/>
          </w:tcPr>
          <w:p w14:paraId="25BE4A15" w14:textId="77777777" w:rsidR="0009622B" w:rsidRDefault="0009622B" w:rsidP="00DF6623">
            <w:pPr>
              <w:spacing w:after="0"/>
              <w:jc w:val="center"/>
            </w:pPr>
            <w:r>
              <w:t>261</w:t>
            </w:r>
          </w:p>
        </w:tc>
        <w:tc>
          <w:tcPr>
            <w:tcW w:w="7371" w:type="dxa"/>
            <w:tcMar>
              <w:top w:w="40" w:type="dxa"/>
              <w:left w:w="60" w:type="dxa"/>
              <w:bottom w:w="40" w:type="dxa"/>
              <w:right w:w="60" w:type="dxa"/>
            </w:tcMar>
            <w:vAlign w:val="center"/>
          </w:tcPr>
          <w:p w14:paraId="102CDB2D" w14:textId="77777777" w:rsidR="0009622B" w:rsidRDefault="0009622B" w:rsidP="00DF6623">
            <w:pPr>
              <w:spacing w:after="0"/>
            </w:pPr>
            <w:r>
              <w:rPr>
                <w:rFonts w:cs="Times New Roman"/>
              </w:rPr>
              <w:t xml:space="preserve">Комплект </w:t>
            </w:r>
            <w:proofErr w:type="spellStart"/>
            <w:r>
              <w:rPr>
                <w:rFonts w:cs="Times New Roman"/>
              </w:rPr>
              <w:t>детский</w:t>
            </w:r>
            <w:proofErr w:type="spellEnd"/>
            <w:r>
              <w:rPr>
                <w:rFonts w:cs="Times New Roman"/>
              </w:rPr>
              <w:t xml:space="preserve"> — </w:t>
            </w:r>
            <w:proofErr w:type="spellStart"/>
            <w:r>
              <w:rPr>
                <w:rFonts w:cs="Times New Roman"/>
              </w:rPr>
              <w:t>Размер</w:t>
            </w:r>
            <w:proofErr w:type="spellEnd"/>
            <w:r>
              <w:rPr>
                <w:rFonts w:cs="Times New Roman"/>
              </w:rPr>
              <w:t xml:space="preserve"> 122</w:t>
            </w:r>
          </w:p>
        </w:tc>
        <w:tc>
          <w:tcPr>
            <w:tcW w:w="737" w:type="dxa"/>
            <w:tcMar>
              <w:top w:w="40" w:type="dxa"/>
              <w:left w:w="60" w:type="dxa"/>
              <w:bottom w:w="40" w:type="dxa"/>
              <w:right w:w="60" w:type="dxa"/>
            </w:tcMar>
            <w:vAlign w:val="center"/>
          </w:tcPr>
          <w:p w14:paraId="23E1152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0CF46D4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81111EA" w14:textId="77777777" w:rsidR="009C1061" w:rsidRDefault="00441274">
            <w:pPr>
              <w:jc w:val="right"/>
            </w:pPr>
            <w:r>
              <w:t>500 руб.</w:t>
            </w:r>
          </w:p>
        </w:tc>
        <w:tc>
          <w:tcPr>
            <w:tcW w:w="1587" w:type="dxa"/>
            <w:tcMar>
              <w:top w:w="40" w:type="dxa"/>
              <w:left w:w="60" w:type="dxa"/>
              <w:bottom w:w="40" w:type="dxa"/>
              <w:right w:w="60" w:type="dxa"/>
            </w:tcMar>
            <w:vAlign w:val="center"/>
          </w:tcPr>
          <w:p w14:paraId="61E8FEAB" w14:textId="77777777" w:rsidR="009C1061" w:rsidRDefault="00441274">
            <w:pPr>
              <w:jc w:val="right"/>
            </w:pPr>
            <w:r>
              <w:t>500 руб.</w:t>
            </w:r>
          </w:p>
        </w:tc>
      </w:tr>
      <w:tr w:rsidR="0009622B" w14:paraId="45481FB2" w14:textId="77777777" w:rsidTr="00DF6623">
        <w:trPr>
          <w:jc w:val="center"/>
        </w:trPr>
        <w:tc>
          <w:tcPr>
            <w:tcW w:w="453" w:type="dxa"/>
            <w:tcMar>
              <w:top w:w="40" w:type="dxa"/>
              <w:left w:w="60" w:type="dxa"/>
              <w:bottom w:w="40" w:type="dxa"/>
              <w:right w:w="60" w:type="dxa"/>
            </w:tcMar>
            <w:vAlign w:val="center"/>
          </w:tcPr>
          <w:p w14:paraId="17EF7FFE" w14:textId="77777777" w:rsidR="0009622B" w:rsidRDefault="0009622B" w:rsidP="00DF6623">
            <w:pPr>
              <w:spacing w:after="0"/>
              <w:jc w:val="center"/>
            </w:pPr>
            <w:r>
              <w:t>262</w:t>
            </w:r>
          </w:p>
        </w:tc>
        <w:tc>
          <w:tcPr>
            <w:tcW w:w="7371" w:type="dxa"/>
            <w:tcMar>
              <w:top w:w="40" w:type="dxa"/>
              <w:left w:w="60" w:type="dxa"/>
              <w:bottom w:w="40" w:type="dxa"/>
              <w:right w:w="60" w:type="dxa"/>
            </w:tcMar>
            <w:vAlign w:val="center"/>
          </w:tcPr>
          <w:p w14:paraId="5A0DF6B5" w14:textId="77777777" w:rsidR="0009622B" w:rsidRPr="00CA0274" w:rsidRDefault="0009622B" w:rsidP="00DF6623">
            <w:pPr>
              <w:spacing w:after="0"/>
              <w:rPr>
                <w:lang w:val="ru-RU"/>
              </w:rPr>
            </w:pPr>
            <w:r w:rsidRPr="00CA0274">
              <w:rPr>
                <w:rFonts w:cs="Times New Roman"/>
                <w:lang w:val="ru-RU"/>
              </w:rPr>
              <w:t>Носки, гольфы, колготки детские — В ассортименте</w:t>
            </w:r>
          </w:p>
        </w:tc>
        <w:tc>
          <w:tcPr>
            <w:tcW w:w="737" w:type="dxa"/>
            <w:tcMar>
              <w:top w:w="40" w:type="dxa"/>
              <w:left w:w="60" w:type="dxa"/>
              <w:bottom w:w="40" w:type="dxa"/>
              <w:right w:w="60" w:type="dxa"/>
            </w:tcMar>
            <w:vAlign w:val="center"/>
          </w:tcPr>
          <w:p w14:paraId="64BE69E0" w14:textId="77777777" w:rsidR="0009622B" w:rsidRDefault="0009622B" w:rsidP="00DF6623">
            <w:pPr>
              <w:spacing w:after="0"/>
              <w:jc w:val="center"/>
            </w:pPr>
            <w:r>
              <w:rPr>
                <w:rFonts w:cs="Times New Roman"/>
              </w:rPr>
              <w:t>30</w:t>
            </w:r>
          </w:p>
        </w:tc>
        <w:tc>
          <w:tcPr>
            <w:tcW w:w="680" w:type="dxa"/>
            <w:tcMar>
              <w:top w:w="40" w:type="dxa"/>
              <w:left w:w="60" w:type="dxa"/>
              <w:bottom w:w="40" w:type="dxa"/>
              <w:right w:w="60" w:type="dxa"/>
            </w:tcMar>
            <w:vAlign w:val="center"/>
          </w:tcPr>
          <w:p w14:paraId="77F0945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377788A" w14:textId="77777777" w:rsidR="009C1061" w:rsidRDefault="00441274">
            <w:pPr>
              <w:jc w:val="right"/>
            </w:pPr>
            <w:r>
              <w:t>60 руб.</w:t>
            </w:r>
          </w:p>
        </w:tc>
        <w:tc>
          <w:tcPr>
            <w:tcW w:w="1587" w:type="dxa"/>
            <w:tcMar>
              <w:top w:w="40" w:type="dxa"/>
              <w:left w:w="60" w:type="dxa"/>
              <w:bottom w:w="40" w:type="dxa"/>
              <w:right w:w="60" w:type="dxa"/>
            </w:tcMar>
            <w:vAlign w:val="center"/>
          </w:tcPr>
          <w:p w14:paraId="7958231E" w14:textId="77777777" w:rsidR="009C1061" w:rsidRDefault="00441274">
            <w:pPr>
              <w:jc w:val="right"/>
            </w:pPr>
            <w:r>
              <w:t>1 800 руб.</w:t>
            </w:r>
          </w:p>
        </w:tc>
      </w:tr>
      <w:tr w:rsidR="0009622B" w14:paraId="6A815A44" w14:textId="77777777" w:rsidTr="00DF6623">
        <w:trPr>
          <w:jc w:val="center"/>
        </w:trPr>
        <w:tc>
          <w:tcPr>
            <w:tcW w:w="453" w:type="dxa"/>
            <w:tcMar>
              <w:top w:w="40" w:type="dxa"/>
              <w:left w:w="60" w:type="dxa"/>
              <w:bottom w:w="40" w:type="dxa"/>
              <w:right w:w="60" w:type="dxa"/>
            </w:tcMar>
            <w:vAlign w:val="center"/>
          </w:tcPr>
          <w:p w14:paraId="7AF4DBC8" w14:textId="77777777" w:rsidR="0009622B" w:rsidRDefault="0009622B" w:rsidP="00DF6623">
            <w:pPr>
              <w:spacing w:after="0"/>
              <w:jc w:val="center"/>
            </w:pPr>
            <w:r>
              <w:t>263</w:t>
            </w:r>
          </w:p>
        </w:tc>
        <w:tc>
          <w:tcPr>
            <w:tcW w:w="7371" w:type="dxa"/>
            <w:tcMar>
              <w:top w:w="40" w:type="dxa"/>
              <w:left w:w="60" w:type="dxa"/>
              <w:bottom w:w="40" w:type="dxa"/>
              <w:right w:w="60" w:type="dxa"/>
            </w:tcMar>
            <w:vAlign w:val="center"/>
          </w:tcPr>
          <w:p w14:paraId="1EA08BFB" w14:textId="77777777" w:rsidR="0009622B" w:rsidRDefault="0009622B" w:rsidP="00DF6623">
            <w:pPr>
              <w:spacing w:after="0"/>
            </w:pPr>
            <w:proofErr w:type="spellStart"/>
            <w:r>
              <w:rPr>
                <w:rFonts w:cs="Times New Roman"/>
              </w:rPr>
              <w:t>Сандалии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девочек</w:t>
            </w:r>
            <w:proofErr w:type="spellEnd"/>
            <w:r>
              <w:rPr>
                <w:rFonts w:cs="Times New Roman"/>
              </w:rPr>
              <w:t xml:space="preserve"> — </w:t>
            </w:r>
            <w:proofErr w:type="spellStart"/>
            <w:r>
              <w:rPr>
                <w:rFonts w:cs="Times New Roman"/>
              </w:rPr>
              <w:t>Разные</w:t>
            </w:r>
            <w:proofErr w:type="spellEnd"/>
          </w:p>
        </w:tc>
        <w:tc>
          <w:tcPr>
            <w:tcW w:w="737" w:type="dxa"/>
            <w:tcMar>
              <w:top w:w="40" w:type="dxa"/>
              <w:left w:w="60" w:type="dxa"/>
              <w:bottom w:w="40" w:type="dxa"/>
              <w:right w:w="60" w:type="dxa"/>
            </w:tcMar>
            <w:vAlign w:val="center"/>
          </w:tcPr>
          <w:p w14:paraId="1026EDA2" w14:textId="77777777" w:rsidR="0009622B" w:rsidRDefault="0009622B" w:rsidP="00DF6623">
            <w:pPr>
              <w:spacing w:after="0"/>
              <w:jc w:val="center"/>
            </w:pPr>
            <w:r>
              <w:rPr>
                <w:rFonts w:cs="Times New Roman"/>
              </w:rPr>
              <w:t>32</w:t>
            </w:r>
          </w:p>
        </w:tc>
        <w:tc>
          <w:tcPr>
            <w:tcW w:w="680" w:type="dxa"/>
            <w:tcMar>
              <w:top w:w="40" w:type="dxa"/>
              <w:left w:w="60" w:type="dxa"/>
              <w:bottom w:w="40" w:type="dxa"/>
              <w:right w:w="60" w:type="dxa"/>
            </w:tcMar>
            <w:vAlign w:val="center"/>
          </w:tcPr>
          <w:p w14:paraId="4077245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5B9D1D5" w14:textId="77777777" w:rsidR="009C1061" w:rsidRDefault="00441274">
            <w:pPr>
              <w:jc w:val="right"/>
            </w:pPr>
            <w:r>
              <w:t>350 руб.</w:t>
            </w:r>
          </w:p>
        </w:tc>
        <w:tc>
          <w:tcPr>
            <w:tcW w:w="1587" w:type="dxa"/>
            <w:tcMar>
              <w:top w:w="40" w:type="dxa"/>
              <w:left w:w="60" w:type="dxa"/>
              <w:bottom w:w="40" w:type="dxa"/>
              <w:right w:w="60" w:type="dxa"/>
            </w:tcMar>
            <w:vAlign w:val="center"/>
          </w:tcPr>
          <w:p w14:paraId="34B3A302" w14:textId="77777777" w:rsidR="009C1061" w:rsidRDefault="00441274">
            <w:pPr>
              <w:jc w:val="right"/>
            </w:pPr>
            <w:r>
              <w:t>11 200 руб.</w:t>
            </w:r>
          </w:p>
        </w:tc>
      </w:tr>
      <w:tr w:rsidR="0009622B" w14:paraId="23DBB80E" w14:textId="77777777" w:rsidTr="00DF6623">
        <w:trPr>
          <w:jc w:val="center"/>
        </w:trPr>
        <w:tc>
          <w:tcPr>
            <w:tcW w:w="453" w:type="dxa"/>
            <w:tcMar>
              <w:top w:w="40" w:type="dxa"/>
              <w:left w:w="60" w:type="dxa"/>
              <w:bottom w:w="40" w:type="dxa"/>
              <w:right w:w="60" w:type="dxa"/>
            </w:tcMar>
            <w:vAlign w:val="center"/>
          </w:tcPr>
          <w:p w14:paraId="7F70DB09" w14:textId="77777777" w:rsidR="0009622B" w:rsidRDefault="0009622B" w:rsidP="00DF6623">
            <w:pPr>
              <w:spacing w:after="0"/>
              <w:jc w:val="center"/>
            </w:pPr>
            <w:r>
              <w:t>264</w:t>
            </w:r>
          </w:p>
        </w:tc>
        <w:tc>
          <w:tcPr>
            <w:tcW w:w="7371" w:type="dxa"/>
            <w:tcMar>
              <w:top w:w="40" w:type="dxa"/>
              <w:left w:w="60" w:type="dxa"/>
              <w:bottom w:w="40" w:type="dxa"/>
              <w:right w:w="60" w:type="dxa"/>
            </w:tcMar>
            <w:vAlign w:val="center"/>
          </w:tcPr>
          <w:p w14:paraId="278FDD89" w14:textId="77777777" w:rsidR="0009622B" w:rsidRDefault="0009622B" w:rsidP="00DF6623">
            <w:pPr>
              <w:spacing w:after="0"/>
            </w:pPr>
            <w:proofErr w:type="spellStart"/>
            <w:r>
              <w:rPr>
                <w:rFonts w:cs="Times New Roman"/>
              </w:rPr>
              <w:t>Сандалии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мальчиков</w:t>
            </w:r>
            <w:proofErr w:type="spellEnd"/>
          </w:p>
        </w:tc>
        <w:tc>
          <w:tcPr>
            <w:tcW w:w="737" w:type="dxa"/>
            <w:tcMar>
              <w:top w:w="40" w:type="dxa"/>
              <w:left w:w="60" w:type="dxa"/>
              <w:bottom w:w="40" w:type="dxa"/>
              <w:right w:w="60" w:type="dxa"/>
            </w:tcMar>
            <w:vAlign w:val="center"/>
          </w:tcPr>
          <w:p w14:paraId="55328E96" w14:textId="77777777" w:rsidR="0009622B" w:rsidRDefault="0009622B" w:rsidP="00DF6623">
            <w:pPr>
              <w:spacing w:after="0"/>
              <w:jc w:val="center"/>
            </w:pPr>
            <w:r>
              <w:rPr>
                <w:rFonts w:cs="Times New Roman"/>
              </w:rPr>
              <w:t>15</w:t>
            </w:r>
          </w:p>
        </w:tc>
        <w:tc>
          <w:tcPr>
            <w:tcW w:w="680" w:type="dxa"/>
            <w:tcMar>
              <w:top w:w="40" w:type="dxa"/>
              <w:left w:w="60" w:type="dxa"/>
              <w:bottom w:w="40" w:type="dxa"/>
              <w:right w:w="60" w:type="dxa"/>
            </w:tcMar>
            <w:vAlign w:val="center"/>
          </w:tcPr>
          <w:p w14:paraId="0F94E4B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E16FA40" w14:textId="77777777" w:rsidR="009C1061" w:rsidRDefault="00441274">
            <w:pPr>
              <w:jc w:val="right"/>
            </w:pPr>
            <w:r>
              <w:t>350 руб.</w:t>
            </w:r>
          </w:p>
        </w:tc>
        <w:tc>
          <w:tcPr>
            <w:tcW w:w="1587" w:type="dxa"/>
            <w:tcMar>
              <w:top w:w="40" w:type="dxa"/>
              <w:left w:w="60" w:type="dxa"/>
              <w:bottom w:w="40" w:type="dxa"/>
              <w:right w:w="60" w:type="dxa"/>
            </w:tcMar>
            <w:vAlign w:val="center"/>
          </w:tcPr>
          <w:p w14:paraId="328B44D0" w14:textId="77777777" w:rsidR="009C1061" w:rsidRDefault="00441274">
            <w:pPr>
              <w:jc w:val="right"/>
            </w:pPr>
            <w:r>
              <w:t>5 250 руб.</w:t>
            </w:r>
          </w:p>
        </w:tc>
      </w:tr>
      <w:tr w:rsidR="0009622B" w14:paraId="04930351" w14:textId="77777777" w:rsidTr="00DF6623">
        <w:trPr>
          <w:jc w:val="center"/>
        </w:trPr>
        <w:tc>
          <w:tcPr>
            <w:tcW w:w="453" w:type="dxa"/>
            <w:tcMar>
              <w:top w:w="40" w:type="dxa"/>
              <w:left w:w="60" w:type="dxa"/>
              <w:bottom w:w="40" w:type="dxa"/>
              <w:right w:w="60" w:type="dxa"/>
            </w:tcMar>
            <w:vAlign w:val="center"/>
          </w:tcPr>
          <w:p w14:paraId="3F30B86B" w14:textId="77777777" w:rsidR="0009622B" w:rsidRDefault="0009622B" w:rsidP="00DF6623">
            <w:pPr>
              <w:spacing w:after="0"/>
              <w:jc w:val="center"/>
            </w:pPr>
            <w:r>
              <w:t>265</w:t>
            </w:r>
          </w:p>
        </w:tc>
        <w:tc>
          <w:tcPr>
            <w:tcW w:w="7371" w:type="dxa"/>
            <w:tcMar>
              <w:top w:w="40" w:type="dxa"/>
              <w:left w:w="60" w:type="dxa"/>
              <w:bottom w:w="40" w:type="dxa"/>
              <w:right w:w="60" w:type="dxa"/>
            </w:tcMar>
            <w:vAlign w:val="center"/>
          </w:tcPr>
          <w:p w14:paraId="4B1FB7B6" w14:textId="77777777" w:rsidR="0009622B" w:rsidRDefault="0009622B" w:rsidP="00DF6623">
            <w:pPr>
              <w:spacing w:after="0"/>
            </w:pPr>
            <w:proofErr w:type="spellStart"/>
            <w:r>
              <w:rPr>
                <w:rFonts w:cs="Times New Roman"/>
              </w:rPr>
              <w:t>Чешки</w:t>
            </w:r>
            <w:proofErr w:type="spellEnd"/>
            <w:r>
              <w:rPr>
                <w:rFonts w:cs="Times New Roman"/>
              </w:rPr>
              <w:t xml:space="preserve"> </w:t>
            </w:r>
            <w:proofErr w:type="spellStart"/>
            <w:r>
              <w:rPr>
                <w:rFonts w:cs="Times New Roman"/>
              </w:rPr>
              <w:t>детские</w:t>
            </w:r>
            <w:proofErr w:type="spellEnd"/>
            <w:r>
              <w:rPr>
                <w:rFonts w:cs="Times New Roman"/>
              </w:rPr>
              <w:t xml:space="preserve"> — </w:t>
            </w:r>
            <w:proofErr w:type="spellStart"/>
            <w:r>
              <w:rPr>
                <w:rFonts w:cs="Times New Roman"/>
              </w:rPr>
              <w:t>Разные</w:t>
            </w:r>
            <w:proofErr w:type="spellEnd"/>
            <w:r>
              <w:rPr>
                <w:rFonts w:cs="Times New Roman"/>
              </w:rPr>
              <w:t xml:space="preserve"> </w:t>
            </w:r>
            <w:proofErr w:type="spellStart"/>
            <w:r>
              <w:rPr>
                <w:rFonts w:cs="Times New Roman"/>
              </w:rPr>
              <w:t>размеры</w:t>
            </w:r>
            <w:proofErr w:type="spellEnd"/>
          </w:p>
        </w:tc>
        <w:tc>
          <w:tcPr>
            <w:tcW w:w="737" w:type="dxa"/>
            <w:tcMar>
              <w:top w:w="40" w:type="dxa"/>
              <w:left w:w="60" w:type="dxa"/>
              <w:bottom w:w="40" w:type="dxa"/>
              <w:right w:w="60" w:type="dxa"/>
            </w:tcMar>
            <w:vAlign w:val="center"/>
          </w:tcPr>
          <w:p w14:paraId="1AD7AEF7" w14:textId="77777777" w:rsidR="0009622B" w:rsidRDefault="0009622B" w:rsidP="00DF6623">
            <w:pPr>
              <w:spacing w:after="0"/>
              <w:jc w:val="center"/>
            </w:pPr>
            <w:r>
              <w:rPr>
                <w:rFonts w:cs="Times New Roman"/>
              </w:rPr>
              <w:t>73</w:t>
            </w:r>
          </w:p>
        </w:tc>
        <w:tc>
          <w:tcPr>
            <w:tcW w:w="680" w:type="dxa"/>
            <w:tcMar>
              <w:top w:w="40" w:type="dxa"/>
              <w:left w:w="60" w:type="dxa"/>
              <w:bottom w:w="40" w:type="dxa"/>
              <w:right w:w="60" w:type="dxa"/>
            </w:tcMar>
            <w:vAlign w:val="center"/>
          </w:tcPr>
          <w:p w14:paraId="5F5FF82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FBF890A" w14:textId="77777777" w:rsidR="009C1061" w:rsidRDefault="00441274">
            <w:pPr>
              <w:jc w:val="right"/>
            </w:pPr>
            <w:r>
              <w:t>120 руб.</w:t>
            </w:r>
          </w:p>
        </w:tc>
        <w:tc>
          <w:tcPr>
            <w:tcW w:w="1587" w:type="dxa"/>
            <w:tcMar>
              <w:top w:w="40" w:type="dxa"/>
              <w:left w:w="60" w:type="dxa"/>
              <w:bottom w:w="40" w:type="dxa"/>
              <w:right w:w="60" w:type="dxa"/>
            </w:tcMar>
            <w:vAlign w:val="center"/>
          </w:tcPr>
          <w:p w14:paraId="71F95085" w14:textId="77777777" w:rsidR="009C1061" w:rsidRDefault="00441274">
            <w:pPr>
              <w:jc w:val="right"/>
            </w:pPr>
            <w:r>
              <w:t>8 760 руб.</w:t>
            </w:r>
          </w:p>
        </w:tc>
      </w:tr>
      <w:tr w:rsidR="0009622B" w14:paraId="15B12FDF" w14:textId="77777777" w:rsidTr="00DF6623">
        <w:trPr>
          <w:jc w:val="center"/>
        </w:trPr>
        <w:tc>
          <w:tcPr>
            <w:tcW w:w="453" w:type="dxa"/>
            <w:tcMar>
              <w:top w:w="40" w:type="dxa"/>
              <w:left w:w="60" w:type="dxa"/>
              <w:bottom w:w="40" w:type="dxa"/>
              <w:right w:w="60" w:type="dxa"/>
            </w:tcMar>
            <w:vAlign w:val="center"/>
          </w:tcPr>
          <w:p w14:paraId="16F2FDCA" w14:textId="77777777" w:rsidR="0009622B" w:rsidRDefault="0009622B" w:rsidP="00DF6623">
            <w:pPr>
              <w:spacing w:after="0"/>
              <w:jc w:val="center"/>
            </w:pPr>
            <w:r>
              <w:t>266</w:t>
            </w:r>
          </w:p>
        </w:tc>
        <w:tc>
          <w:tcPr>
            <w:tcW w:w="7371" w:type="dxa"/>
            <w:tcMar>
              <w:top w:w="40" w:type="dxa"/>
              <w:left w:w="60" w:type="dxa"/>
              <w:bottom w:w="40" w:type="dxa"/>
              <w:right w:w="60" w:type="dxa"/>
            </w:tcMar>
            <w:vAlign w:val="center"/>
          </w:tcPr>
          <w:p w14:paraId="02FEED2D" w14:textId="77777777" w:rsidR="0009622B" w:rsidRDefault="0009622B" w:rsidP="00DF6623">
            <w:pPr>
              <w:spacing w:after="0"/>
            </w:pPr>
            <w:proofErr w:type="spellStart"/>
            <w:r>
              <w:rPr>
                <w:rFonts w:cs="Times New Roman"/>
              </w:rPr>
              <w:t>Колготки</w:t>
            </w:r>
            <w:proofErr w:type="spellEnd"/>
            <w:r>
              <w:rPr>
                <w:rFonts w:cs="Times New Roman"/>
              </w:rPr>
              <w:t xml:space="preserve"> </w:t>
            </w:r>
            <w:proofErr w:type="spellStart"/>
            <w:r>
              <w:rPr>
                <w:rFonts w:cs="Times New Roman"/>
              </w:rPr>
              <w:t>детские</w:t>
            </w:r>
            <w:proofErr w:type="spellEnd"/>
            <w:r>
              <w:rPr>
                <w:rFonts w:cs="Times New Roman"/>
              </w:rPr>
              <w:t xml:space="preserve"> — </w:t>
            </w:r>
            <w:proofErr w:type="spellStart"/>
            <w:r>
              <w:rPr>
                <w:rFonts w:cs="Times New Roman"/>
              </w:rPr>
              <w:t>Разные</w:t>
            </w:r>
            <w:proofErr w:type="spellEnd"/>
          </w:p>
        </w:tc>
        <w:tc>
          <w:tcPr>
            <w:tcW w:w="737" w:type="dxa"/>
            <w:tcMar>
              <w:top w:w="40" w:type="dxa"/>
              <w:left w:w="60" w:type="dxa"/>
              <w:bottom w:w="40" w:type="dxa"/>
              <w:right w:w="60" w:type="dxa"/>
            </w:tcMar>
            <w:vAlign w:val="center"/>
          </w:tcPr>
          <w:p w14:paraId="08DD9312" w14:textId="77777777" w:rsidR="0009622B" w:rsidRDefault="0009622B" w:rsidP="00DF6623">
            <w:pPr>
              <w:spacing w:after="0"/>
              <w:jc w:val="center"/>
            </w:pPr>
            <w:r>
              <w:rPr>
                <w:rFonts w:cs="Times New Roman"/>
              </w:rPr>
              <w:t>138</w:t>
            </w:r>
          </w:p>
        </w:tc>
        <w:tc>
          <w:tcPr>
            <w:tcW w:w="680" w:type="dxa"/>
            <w:tcMar>
              <w:top w:w="40" w:type="dxa"/>
              <w:left w:w="60" w:type="dxa"/>
              <w:bottom w:w="40" w:type="dxa"/>
              <w:right w:w="60" w:type="dxa"/>
            </w:tcMar>
            <w:vAlign w:val="center"/>
          </w:tcPr>
          <w:p w14:paraId="375FC41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FF2EA81" w14:textId="77777777" w:rsidR="009C1061" w:rsidRDefault="00441274">
            <w:pPr>
              <w:jc w:val="right"/>
            </w:pPr>
            <w:r>
              <w:t>80 руб.</w:t>
            </w:r>
          </w:p>
        </w:tc>
        <w:tc>
          <w:tcPr>
            <w:tcW w:w="1587" w:type="dxa"/>
            <w:tcMar>
              <w:top w:w="40" w:type="dxa"/>
              <w:left w:w="60" w:type="dxa"/>
              <w:bottom w:w="40" w:type="dxa"/>
              <w:right w:w="60" w:type="dxa"/>
            </w:tcMar>
            <w:vAlign w:val="center"/>
          </w:tcPr>
          <w:p w14:paraId="551B5C4F" w14:textId="77777777" w:rsidR="009C1061" w:rsidRDefault="00441274">
            <w:pPr>
              <w:jc w:val="right"/>
            </w:pPr>
            <w:r>
              <w:t>11 040 руб.</w:t>
            </w:r>
          </w:p>
        </w:tc>
      </w:tr>
      <w:tr w:rsidR="0009622B" w14:paraId="3C58CAC7" w14:textId="77777777" w:rsidTr="00DF6623">
        <w:trPr>
          <w:jc w:val="center"/>
        </w:trPr>
        <w:tc>
          <w:tcPr>
            <w:tcW w:w="453" w:type="dxa"/>
            <w:tcMar>
              <w:top w:w="40" w:type="dxa"/>
              <w:left w:w="60" w:type="dxa"/>
              <w:bottom w:w="40" w:type="dxa"/>
              <w:right w:w="60" w:type="dxa"/>
            </w:tcMar>
            <w:vAlign w:val="center"/>
          </w:tcPr>
          <w:p w14:paraId="49864A70" w14:textId="77777777" w:rsidR="0009622B" w:rsidRDefault="0009622B" w:rsidP="00DF6623">
            <w:pPr>
              <w:spacing w:after="0"/>
              <w:jc w:val="center"/>
            </w:pPr>
            <w:r>
              <w:t>267</w:t>
            </w:r>
          </w:p>
        </w:tc>
        <w:tc>
          <w:tcPr>
            <w:tcW w:w="7371" w:type="dxa"/>
            <w:tcMar>
              <w:top w:w="40" w:type="dxa"/>
              <w:left w:w="60" w:type="dxa"/>
              <w:bottom w:w="40" w:type="dxa"/>
              <w:right w:w="60" w:type="dxa"/>
            </w:tcMar>
            <w:vAlign w:val="center"/>
          </w:tcPr>
          <w:p w14:paraId="3FE28F04" w14:textId="77777777" w:rsidR="0009622B" w:rsidRDefault="0009622B" w:rsidP="00DF6623">
            <w:pPr>
              <w:spacing w:after="0"/>
            </w:pPr>
            <w:proofErr w:type="spellStart"/>
            <w:r>
              <w:rPr>
                <w:rFonts w:cs="Times New Roman"/>
              </w:rPr>
              <w:t>Трусы</w:t>
            </w:r>
            <w:proofErr w:type="spellEnd"/>
            <w:r>
              <w:rPr>
                <w:rFonts w:cs="Times New Roman"/>
              </w:rPr>
              <w:t xml:space="preserve"> </w:t>
            </w:r>
            <w:proofErr w:type="spellStart"/>
            <w:r>
              <w:rPr>
                <w:rFonts w:cs="Times New Roman"/>
              </w:rPr>
              <w:t>детские</w:t>
            </w:r>
            <w:proofErr w:type="spellEnd"/>
            <w:r>
              <w:rPr>
                <w:rFonts w:cs="Times New Roman"/>
              </w:rPr>
              <w:t xml:space="preserve"> — В </w:t>
            </w:r>
            <w:proofErr w:type="spellStart"/>
            <w:r>
              <w:rPr>
                <w:rFonts w:cs="Times New Roman"/>
              </w:rPr>
              <w:t>ассортименте</w:t>
            </w:r>
            <w:proofErr w:type="spellEnd"/>
          </w:p>
        </w:tc>
        <w:tc>
          <w:tcPr>
            <w:tcW w:w="737" w:type="dxa"/>
            <w:tcMar>
              <w:top w:w="40" w:type="dxa"/>
              <w:left w:w="60" w:type="dxa"/>
              <w:bottom w:w="40" w:type="dxa"/>
              <w:right w:w="60" w:type="dxa"/>
            </w:tcMar>
            <w:vAlign w:val="center"/>
          </w:tcPr>
          <w:p w14:paraId="71956E9B" w14:textId="77777777" w:rsidR="0009622B" w:rsidRDefault="0009622B" w:rsidP="00DF6623">
            <w:pPr>
              <w:spacing w:after="0"/>
              <w:jc w:val="center"/>
            </w:pPr>
            <w:r>
              <w:rPr>
                <w:rFonts w:cs="Times New Roman"/>
              </w:rPr>
              <w:t>20</w:t>
            </w:r>
          </w:p>
        </w:tc>
        <w:tc>
          <w:tcPr>
            <w:tcW w:w="680" w:type="dxa"/>
            <w:tcMar>
              <w:top w:w="40" w:type="dxa"/>
              <w:left w:w="60" w:type="dxa"/>
              <w:bottom w:w="40" w:type="dxa"/>
              <w:right w:w="60" w:type="dxa"/>
            </w:tcMar>
            <w:vAlign w:val="center"/>
          </w:tcPr>
          <w:p w14:paraId="0CC12E9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A2426B2" w14:textId="77777777" w:rsidR="009C1061" w:rsidRDefault="00441274">
            <w:pPr>
              <w:jc w:val="right"/>
            </w:pPr>
            <w:r>
              <w:t>30 руб.</w:t>
            </w:r>
          </w:p>
        </w:tc>
        <w:tc>
          <w:tcPr>
            <w:tcW w:w="1587" w:type="dxa"/>
            <w:tcMar>
              <w:top w:w="40" w:type="dxa"/>
              <w:left w:w="60" w:type="dxa"/>
              <w:bottom w:w="40" w:type="dxa"/>
              <w:right w:w="60" w:type="dxa"/>
            </w:tcMar>
            <w:vAlign w:val="center"/>
          </w:tcPr>
          <w:p w14:paraId="07ED7972" w14:textId="77777777" w:rsidR="009C1061" w:rsidRDefault="00441274">
            <w:pPr>
              <w:jc w:val="right"/>
            </w:pPr>
            <w:r>
              <w:t>600 руб.</w:t>
            </w:r>
          </w:p>
        </w:tc>
      </w:tr>
      <w:tr w:rsidR="0009622B" w14:paraId="14594BE3" w14:textId="77777777" w:rsidTr="00DF6623">
        <w:trPr>
          <w:jc w:val="center"/>
        </w:trPr>
        <w:tc>
          <w:tcPr>
            <w:tcW w:w="453" w:type="dxa"/>
            <w:tcMar>
              <w:top w:w="40" w:type="dxa"/>
              <w:left w:w="60" w:type="dxa"/>
              <w:bottom w:w="40" w:type="dxa"/>
              <w:right w:w="60" w:type="dxa"/>
            </w:tcMar>
            <w:vAlign w:val="center"/>
          </w:tcPr>
          <w:p w14:paraId="35680F42" w14:textId="77777777" w:rsidR="0009622B" w:rsidRDefault="0009622B" w:rsidP="00DF6623">
            <w:pPr>
              <w:spacing w:after="0"/>
              <w:jc w:val="center"/>
            </w:pPr>
            <w:r>
              <w:t>268</w:t>
            </w:r>
          </w:p>
        </w:tc>
        <w:tc>
          <w:tcPr>
            <w:tcW w:w="7371" w:type="dxa"/>
            <w:tcMar>
              <w:top w:w="40" w:type="dxa"/>
              <w:left w:w="60" w:type="dxa"/>
              <w:bottom w:w="40" w:type="dxa"/>
              <w:right w:w="60" w:type="dxa"/>
            </w:tcMar>
            <w:vAlign w:val="center"/>
          </w:tcPr>
          <w:p w14:paraId="741E1E15" w14:textId="77777777" w:rsidR="0009622B" w:rsidRDefault="0009622B" w:rsidP="00DF6623">
            <w:pPr>
              <w:spacing w:after="0"/>
            </w:pPr>
            <w:proofErr w:type="spellStart"/>
            <w:r>
              <w:rPr>
                <w:rFonts w:cs="Times New Roman"/>
              </w:rPr>
              <w:t>Свитер</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мальчика</w:t>
            </w:r>
            <w:proofErr w:type="spellEnd"/>
          </w:p>
        </w:tc>
        <w:tc>
          <w:tcPr>
            <w:tcW w:w="737" w:type="dxa"/>
            <w:tcMar>
              <w:top w:w="40" w:type="dxa"/>
              <w:left w:w="60" w:type="dxa"/>
              <w:bottom w:w="40" w:type="dxa"/>
              <w:right w:w="60" w:type="dxa"/>
            </w:tcMar>
            <w:vAlign w:val="center"/>
          </w:tcPr>
          <w:p w14:paraId="4274F3EE" w14:textId="77777777" w:rsidR="0009622B" w:rsidRDefault="0009622B" w:rsidP="00DF6623">
            <w:pPr>
              <w:spacing w:after="0"/>
              <w:jc w:val="center"/>
            </w:pPr>
            <w:r>
              <w:rPr>
                <w:rFonts w:cs="Times New Roman"/>
              </w:rPr>
              <w:t>7</w:t>
            </w:r>
          </w:p>
        </w:tc>
        <w:tc>
          <w:tcPr>
            <w:tcW w:w="680" w:type="dxa"/>
            <w:tcMar>
              <w:top w:w="40" w:type="dxa"/>
              <w:left w:w="60" w:type="dxa"/>
              <w:bottom w:w="40" w:type="dxa"/>
              <w:right w:w="60" w:type="dxa"/>
            </w:tcMar>
            <w:vAlign w:val="center"/>
          </w:tcPr>
          <w:p w14:paraId="1BBEC54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0A424FF" w14:textId="77777777" w:rsidR="009C1061" w:rsidRDefault="00441274">
            <w:pPr>
              <w:jc w:val="right"/>
            </w:pPr>
            <w:r>
              <w:t>180 руб.</w:t>
            </w:r>
          </w:p>
        </w:tc>
        <w:tc>
          <w:tcPr>
            <w:tcW w:w="1587" w:type="dxa"/>
            <w:tcMar>
              <w:top w:w="40" w:type="dxa"/>
              <w:left w:w="60" w:type="dxa"/>
              <w:bottom w:w="40" w:type="dxa"/>
              <w:right w:w="60" w:type="dxa"/>
            </w:tcMar>
            <w:vAlign w:val="center"/>
          </w:tcPr>
          <w:p w14:paraId="342BEE14" w14:textId="77777777" w:rsidR="009C1061" w:rsidRDefault="00441274">
            <w:pPr>
              <w:jc w:val="right"/>
            </w:pPr>
            <w:r>
              <w:t>1 260 руб.</w:t>
            </w:r>
          </w:p>
        </w:tc>
      </w:tr>
      <w:tr w:rsidR="0009622B" w14:paraId="232BBFF5" w14:textId="77777777" w:rsidTr="00DF6623">
        <w:trPr>
          <w:jc w:val="center"/>
        </w:trPr>
        <w:tc>
          <w:tcPr>
            <w:tcW w:w="453" w:type="dxa"/>
            <w:tcMar>
              <w:top w:w="40" w:type="dxa"/>
              <w:left w:w="60" w:type="dxa"/>
              <w:bottom w:w="40" w:type="dxa"/>
              <w:right w:w="60" w:type="dxa"/>
            </w:tcMar>
            <w:vAlign w:val="center"/>
          </w:tcPr>
          <w:p w14:paraId="40C1018B" w14:textId="77777777" w:rsidR="0009622B" w:rsidRDefault="0009622B" w:rsidP="00DF6623">
            <w:pPr>
              <w:spacing w:after="0"/>
              <w:jc w:val="center"/>
            </w:pPr>
            <w:r>
              <w:t>269</w:t>
            </w:r>
          </w:p>
        </w:tc>
        <w:tc>
          <w:tcPr>
            <w:tcW w:w="7371" w:type="dxa"/>
            <w:tcMar>
              <w:top w:w="40" w:type="dxa"/>
              <w:left w:w="60" w:type="dxa"/>
              <w:bottom w:w="40" w:type="dxa"/>
              <w:right w:w="60" w:type="dxa"/>
            </w:tcMar>
            <w:vAlign w:val="center"/>
          </w:tcPr>
          <w:p w14:paraId="47650AEC" w14:textId="77777777" w:rsidR="0009622B" w:rsidRDefault="0009622B" w:rsidP="00DF6623">
            <w:pPr>
              <w:spacing w:after="0"/>
            </w:pPr>
            <w:proofErr w:type="spellStart"/>
            <w:r>
              <w:rPr>
                <w:rFonts w:cs="Times New Roman"/>
              </w:rPr>
              <w:t>Рубашка</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мальчика</w:t>
            </w:r>
            <w:proofErr w:type="spellEnd"/>
          </w:p>
        </w:tc>
        <w:tc>
          <w:tcPr>
            <w:tcW w:w="737" w:type="dxa"/>
            <w:tcMar>
              <w:top w:w="40" w:type="dxa"/>
              <w:left w:w="60" w:type="dxa"/>
              <w:bottom w:w="40" w:type="dxa"/>
              <w:right w:w="60" w:type="dxa"/>
            </w:tcMar>
            <w:vAlign w:val="center"/>
          </w:tcPr>
          <w:p w14:paraId="0A60E497" w14:textId="77777777" w:rsidR="0009622B" w:rsidRDefault="0009622B" w:rsidP="00DF6623">
            <w:pPr>
              <w:spacing w:after="0"/>
              <w:jc w:val="center"/>
            </w:pPr>
            <w:r>
              <w:rPr>
                <w:rFonts w:cs="Times New Roman"/>
              </w:rPr>
              <w:t>103</w:t>
            </w:r>
          </w:p>
        </w:tc>
        <w:tc>
          <w:tcPr>
            <w:tcW w:w="680" w:type="dxa"/>
            <w:tcMar>
              <w:top w:w="40" w:type="dxa"/>
              <w:left w:w="60" w:type="dxa"/>
              <w:bottom w:w="40" w:type="dxa"/>
              <w:right w:w="60" w:type="dxa"/>
            </w:tcMar>
            <w:vAlign w:val="center"/>
          </w:tcPr>
          <w:p w14:paraId="422E3B1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29CB639" w14:textId="77777777" w:rsidR="009C1061" w:rsidRDefault="00441274">
            <w:pPr>
              <w:jc w:val="right"/>
            </w:pPr>
            <w:r>
              <w:t>150 руб.</w:t>
            </w:r>
          </w:p>
        </w:tc>
        <w:tc>
          <w:tcPr>
            <w:tcW w:w="1587" w:type="dxa"/>
            <w:tcMar>
              <w:top w:w="40" w:type="dxa"/>
              <w:left w:w="60" w:type="dxa"/>
              <w:bottom w:w="40" w:type="dxa"/>
              <w:right w:w="60" w:type="dxa"/>
            </w:tcMar>
            <w:vAlign w:val="center"/>
          </w:tcPr>
          <w:p w14:paraId="51076147" w14:textId="77777777" w:rsidR="009C1061" w:rsidRDefault="00441274">
            <w:pPr>
              <w:jc w:val="right"/>
            </w:pPr>
            <w:r>
              <w:t>15 450 руб.</w:t>
            </w:r>
          </w:p>
        </w:tc>
      </w:tr>
      <w:tr w:rsidR="0009622B" w14:paraId="6959DFA7" w14:textId="77777777" w:rsidTr="00DF6623">
        <w:trPr>
          <w:jc w:val="center"/>
        </w:trPr>
        <w:tc>
          <w:tcPr>
            <w:tcW w:w="453" w:type="dxa"/>
            <w:tcMar>
              <w:top w:w="40" w:type="dxa"/>
              <w:left w:w="60" w:type="dxa"/>
              <w:bottom w:w="40" w:type="dxa"/>
              <w:right w:w="60" w:type="dxa"/>
            </w:tcMar>
            <w:vAlign w:val="center"/>
          </w:tcPr>
          <w:p w14:paraId="606FD858" w14:textId="77777777" w:rsidR="0009622B" w:rsidRDefault="0009622B" w:rsidP="00DF6623">
            <w:pPr>
              <w:spacing w:after="0"/>
              <w:jc w:val="center"/>
            </w:pPr>
            <w:r>
              <w:t>270</w:t>
            </w:r>
          </w:p>
        </w:tc>
        <w:tc>
          <w:tcPr>
            <w:tcW w:w="7371" w:type="dxa"/>
            <w:tcMar>
              <w:top w:w="40" w:type="dxa"/>
              <w:left w:w="60" w:type="dxa"/>
              <w:bottom w:w="40" w:type="dxa"/>
              <w:right w:w="60" w:type="dxa"/>
            </w:tcMar>
            <w:vAlign w:val="center"/>
          </w:tcPr>
          <w:p w14:paraId="3DCB869B" w14:textId="77777777" w:rsidR="0009622B" w:rsidRDefault="0009622B" w:rsidP="00DF6623">
            <w:pPr>
              <w:spacing w:after="0"/>
            </w:pPr>
            <w:proofErr w:type="spellStart"/>
            <w:r>
              <w:rPr>
                <w:rFonts w:cs="Times New Roman"/>
              </w:rPr>
              <w:t>Кофточки</w:t>
            </w:r>
            <w:proofErr w:type="spellEnd"/>
            <w:r>
              <w:rPr>
                <w:rFonts w:cs="Times New Roman"/>
              </w:rPr>
              <w:t xml:space="preserve"> </w:t>
            </w:r>
            <w:proofErr w:type="spellStart"/>
            <w:r>
              <w:rPr>
                <w:rFonts w:cs="Times New Roman"/>
              </w:rPr>
              <w:t>детские</w:t>
            </w:r>
            <w:proofErr w:type="spellEnd"/>
            <w:r>
              <w:rPr>
                <w:rFonts w:cs="Times New Roman"/>
              </w:rPr>
              <w:t xml:space="preserve"> — </w:t>
            </w:r>
            <w:proofErr w:type="spellStart"/>
            <w:r>
              <w:rPr>
                <w:rFonts w:cs="Times New Roman"/>
              </w:rPr>
              <w:t>Вязаные</w:t>
            </w:r>
            <w:proofErr w:type="spellEnd"/>
            <w:r>
              <w:rPr>
                <w:rFonts w:cs="Times New Roman"/>
              </w:rPr>
              <w:t xml:space="preserve">, </w:t>
            </w:r>
            <w:proofErr w:type="spellStart"/>
            <w:r>
              <w:rPr>
                <w:rFonts w:cs="Times New Roman"/>
              </w:rPr>
              <w:t>разные</w:t>
            </w:r>
            <w:proofErr w:type="spellEnd"/>
          </w:p>
        </w:tc>
        <w:tc>
          <w:tcPr>
            <w:tcW w:w="737" w:type="dxa"/>
            <w:tcMar>
              <w:top w:w="40" w:type="dxa"/>
              <w:left w:w="60" w:type="dxa"/>
              <w:bottom w:w="40" w:type="dxa"/>
              <w:right w:w="60" w:type="dxa"/>
            </w:tcMar>
            <w:vAlign w:val="center"/>
          </w:tcPr>
          <w:p w14:paraId="43F7AB98" w14:textId="77777777" w:rsidR="0009622B" w:rsidRDefault="0009622B" w:rsidP="00DF6623">
            <w:pPr>
              <w:spacing w:after="0"/>
              <w:jc w:val="center"/>
            </w:pPr>
            <w:r>
              <w:rPr>
                <w:rFonts w:cs="Times New Roman"/>
              </w:rPr>
              <w:t>41</w:t>
            </w:r>
          </w:p>
        </w:tc>
        <w:tc>
          <w:tcPr>
            <w:tcW w:w="680" w:type="dxa"/>
            <w:tcMar>
              <w:top w:w="40" w:type="dxa"/>
              <w:left w:w="60" w:type="dxa"/>
              <w:bottom w:w="40" w:type="dxa"/>
              <w:right w:w="60" w:type="dxa"/>
            </w:tcMar>
            <w:vAlign w:val="center"/>
          </w:tcPr>
          <w:p w14:paraId="0F7EC46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D4189A0" w14:textId="77777777" w:rsidR="009C1061" w:rsidRDefault="00441274">
            <w:pPr>
              <w:jc w:val="right"/>
            </w:pPr>
            <w:r>
              <w:t>150 руб.</w:t>
            </w:r>
          </w:p>
        </w:tc>
        <w:tc>
          <w:tcPr>
            <w:tcW w:w="1587" w:type="dxa"/>
            <w:tcMar>
              <w:top w:w="40" w:type="dxa"/>
              <w:left w:w="60" w:type="dxa"/>
              <w:bottom w:w="40" w:type="dxa"/>
              <w:right w:w="60" w:type="dxa"/>
            </w:tcMar>
            <w:vAlign w:val="center"/>
          </w:tcPr>
          <w:p w14:paraId="26496950" w14:textId="77777777" w:rsidR="009C1061" w:rsidRDefault="00441274">
            <w:pPr>
              <w:jc w:val="right"/>
            </w:pPr>
            <w:r>
              <w:t>6 150 руб.</w:t>
            </w:r>
          </w:p>
        </w:tc>
      </w:tr>
      <w:tr w:rsidR="0009622B" w14:paraId="2B787859" w14:textId="77777777" w:rsidTr="00DF6623">
        <w:trPr>
          <w:jc w:val="center"/>
        </w:trPr>
        <w:tc>
          <w:tcPr>
            <w:tcW w:w="453" w:type="dxa"/>
            <w:tcMar>
              <w:top w:w="40" w:type="dxa"/>
              <w:left w:w="60" w:type="dxa"/>
              <w:bottom w:w="40" w:type="dxa"/>
              <w:right w:w="60" w:type="dxa"/>
            </w:tcMar>
            <w:vAlign w:val="center"/>
          </w:tcPr>
          <w:p w14:paraId="37E5EF59" w14:textId="77777777" w:rsidR="0009622B" w:rsidRDefault="0009622B" w:rsidP="00DF6623">
            <w:pPr>
              <w:spacing w:after="0"/>
              <w:jc w:val="center"/>
            </w:pPr>
            <w:r>
              <w:lastRenderedPageBreak/>
              <w:t>271</w:t>
            </w:r>
          </w:p>
        </w:tc>
        <w:tc>
          <w:tcPr>
            <w:tcW w:w="7371" w:type="dxa"/>
            <w:tcMar>
              <w:top w:w="40" w:type="dxa"/>
              <w:left w:w="60" w:type="dxa"/>
              <w:bottom w:w="40" w:type="dxa"/>
              <w:right w:w="60" w:type="dxa"/>
            </w:tcMar>
            <w:vAlign w:val="center"/>
          </w:tcPr>
          <w:p w14:paraId="0B1BEF78" w14:textId="77777777" w:rsidR="0009622B" w:rsidRDefault="0009622B" w:rsidP="00DF6623">
            <w:pPr>
              <w:spacing w:after="0"/>
            </w:pPr>
            <w:proofErr w:type="spellStart"/>
            <w:r>
              <w:rPr>
                <w:rFonts w:cs="Times New Roman"/>
              </w:rPr>
              <w:t>Ползунки</w:t>
            </w:r>
            <w:proofErr w:type="spellEnd"/>
          </w:p>
        </w:tc>
        <w:tc>
          <w:tcPr>
            <w:tcW w:w="737" w:type="dxa"/>
            <w:tcMar>
              <w:top w:w="40" w:type="dxa"/>
              <w:left w:w="60" w:type="dxa"/>
              <w:bottom w:w="40" w:type="dxa"/>
              <w:right w:w="60" w:type="dxa"/>
            </w:tcMar>
            <w:vAlign w:val="center"/>
          </w:tcPr>
          <w:p w14:paraId="49BE82AB" w14:textId="77777777" w:rsidR="0009622B" w:rsidRDefault="0009622B" w:rsidP="00DF6623">
            <w:pPr>
              <w:spacing w:after="0"/>
              <w:jc w:val="center"/>
            </w:pPr>
            <w:r>
              <w:rPr>
                <w:rFonts w:cs="Times New Roman"/>
              </w:rPr>
              <w:t>90</w:t>
            </w:r>
          </w:p>
        </w:tc>
        <w:tc>
          <w:tcPr>
            <w:tcW w:w="680" w:type="dxa"/>
            <w:tcMar>
              <w:top w:w="40" w:type="dxa"/>
              <w:left w:w="60" w:type="dxa"/>
              <w:bottom w:w="40" w:type="dxa"/>
              <w:right w:w="60" w:type="dxa"/>
            </w:tcMar>
            <w:vAlign w:val="center"/>
          </w:tcPr>
          <w:p w14:paraId="2CA7BD2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A114622" w14:textId="77777777" w:rsidR="009C1061" w:rsidRDefault="00441274">
            <w:pPr>
              <w:jc w:val="right"/>
            </w:pPr>
            <w:r>
              <w:t>60 руб.</w:t>
            </w:r>
          </w:p>
        </w:tc>
        <w:tc>
          <w:tcPr>
            <w:tcW w:w="1587" w:type="dxa"/>
            <w:tcMar>
              <w:top w:w="40" w:type="dxa"/>
              <w:left w:w="60" w:type="dxa"/>
              <w:bottom w:w="40" w:type="dxa"/>
              <w:right w:w="60" w:type="dxa"/>
            </w:tcMar>
            <w:vAlign w:val="center"/>
          </w:tcPr>
          <w:p w14:paraId="43BC5793" w14:textId="77777777" w:rsidR="009C1061" w:rsidRDefault="00441274">
            <w:pPr>
              <w:jc w:val="right"/>
            </w:pPr>
            <w:r>
              <w:t>5 400 руб.</w:t>
            </w:r>
          </w:p>
        </w:tc>
      </w:tr>
      <w:tr w:rsidR="0009622B" w14:paraId="5540CA61" w14:textId="77777777" w:rsidTr="00DF6623">
        <w:trPr>
          <w:jc w:val="center"/>
        </w:trPr>
        <w:tc>
          <w:tcPr>
            <w:tcW w:w="453" w:type="dxa"/>
            <w:tcMar>
              <w:top w:w="40" w:type="dxa"/>
              <w:left w:w="60" w:type="dxa"/>
              <w:bottom w:w="40" w:type="dxa"/>
              <w:right w:w="60" w:type="dxa"/>
            </w:tcMar>
            <w:vAlign w:val="center"/>
          </w:tcPr>
          <w:p w14:paraId="47ADAEEC" w14:textId="77777777" w:rsidR="0009622B" w:rsidRDefault="0009622B" w:rsidP="00DF6623">
            <w:pPr>
              <w:spacing w:after="0"/>
              <w:jc w:val="center"/>
            </w:pPr>
            <w:r>
              <w:t>272</w:t>
            </w:r>
          </w:p>
        </w:tc>
        <w:tc>
          <w:tcPr>
            <w:tcW w:w="7371" w:type="dxa"/>
            <w:tcMar>
              <w:top w:w="40" w:type="dxa"/>
              <w:left w:w="60" w:type="dxa"/>
              <w:bottom w:w="40" w:type="dxa"/>
              <w:right w:w="60" w:type="dxa"/>
            </w:tcMar>
            <w:vAlign w:val="center"/>
          </w:tcPr>
          <w:p w14:paraId="6D1C5D3D" w14:textId="77777777" w:rsidR="0009622B" w:rsidRPr="00CA0274" w:rsidRDefault="0009622B" w:rsidP="00DF6623">
            <w:pPr>
              <w:spacing w:after="0"/>
              <w:rPr>
                <w:lang w:val="ru-RU"/>
              </w:rPr>
            </w:pPr>
            <w:r w:rsidRPr="00CA0274">
              <w:rPr>
                <w:rFonts w:cs="Times New Roman"/>
                <w:lang w:val="ru-RU"/>
              </w:rPr>
              <w:t>Боди, песочники — Для маленьких детей</w:t>
            </w:r>
          </w:p>
        </w:tc>
        <w:tc>
          <w:tcPr>
            <w:tcW w:w="737" w:type="dxa"/>
            <w:tcMar>
              <w:top w:w="40" w:type="dxa"/>
              <w:left w:w="60" w:type="dxa"/>
              <w:bottom w:w="40" w:type="dxa"/>
              <w:right w:w="60" w:type="dxa"/>
            </w:tcMar>
            <w:vAlign w:val="center"/>
          </w:tcPr>
          <w:p w14:paraId="7431CE44" w14:textId="77777777" w:rsidR="0009622B" w:rsidRDefault="0009622B" w:rsidP="00DF6623">
            <w:pPr>
              <w:spacing w:after="0"/>
              <w:jc w:val="center"/>
            </w:pPr>
            <w:r>
              <w:rPr>
                <w:rFonts w:cs="Times New Roman"/>
              </w:rPr>
              <w:t>27</w:t>
            </w:r>
          </w:p>
        </w:tc>
        <w:tc>
          <w:tcPr>
            <w:tcW w:w="680" w:type="dxa"/>
            <w:tcMar>
              <w:top w:w="40" w:type="dxa"/>
              <w:left w:w="60" w:type="dxa"/>
              <w:bottom w:w="40" w:type="dxa"/>
              <w:right w:w="60" w:type="dxa"/>
            </w:tcMar>
            <w:vAlign w:val="center"/>
          </w:tcPr>
          <w:p w14:paraId="35C2F02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282EB59" w14:textId="77777777" w:rsidR="009C1061" w:rsidRDefault="00441274">
            <w:pPr>
              <w:jc w:val="right"/>
            </w:pPr>
            <w:r>
              <w:t>100 руб.</w:t>
            </w:r>
          </w:p>
        </w:tc>
        <w:tc>
          <w:tcPr>
            <w:tcW w:w="1587" w:type="dxa"/>
            <w:tcMar>
              <w:top w:w="40" w:type="dxa"/>
              <w:left w:w="60" w:type="dxa"/>
              <w:bottom w:w="40" w:type="dxa"/>
              <w:right w:w="60" w:type="dxa"/>
            </w:tcMar>
            <w:vAlign w:val="center"/>
          </w:tcPr>
          <w:p w14:paraId="438B6224" w14:textId="77777777" w:rsidR="009C1061" w:rsidRDefault="00441274">
            <w:pPr>
              <w:jc w:val="right"/>
            </w:pPr>
            <w:r>
              <w:t>2 700 руб.</w:t>
            </w:r>
          </w:p>
        </w:tc>
      </w:tr>
      <w:tr w:rsidR="0009622B" w14:paraId="50426F09" w14:textId="77777777" w:rsidTr="00DF6623">
        <w:trPr>
          <w:jc w:val="center"/>
        </w:trPr>
        <w:tc>
          <w:tcPr>
            <w:tcW w:w="453" w:type="dxa"/>
            <w:tcMar>
              <w:top w:w="40" w:type="dxa"/>
              <w:left w:w="60" w:type="dxa"/>
              <w:bottom w:w="40" w:type="dxa"/>
              <w:right w:w="60" w:type="dxa"/>
            </w:tcMar>
            <w:vAlign w:val="center"/>
          </w:tcPr>
          <w:p w14:paraId="31A0DA22" w14:textId="77777777" w:rsidR="0009622B" w:rsidRDefault="0009622B" w:rsidP="00DF6623">
            <w:pPr>
              <w:spacing w:after="0"/>
              <w:jc w:val="center"/>
            </w:pPr>
            <w:r>
              <w:t>273</w:t>
            </w:r>
          </w:p>
        </w:tc>
        <w:tc>
          <w:tcPr>
            <w:tcW w:w="7371" w:type="dxa"/>
            <w:tcMar>
              <w:top w:w="40" w:type="dxa"/>
              <w:left w:w="60" w:type="dxa"/>
              <w:bottom w:w="40" w:type="dxa"/>
              <w:right w:w="60" w:type="dxa"/>
            </w:tcMar>
            <w:vAlign w:val="center"/>
          </w:tcPr>
          <w:p w14:paraId="02DD1D9A" w14:textId="77777777" w:rsidR="0009622B" w:rsidRPr="00CA0274" w:rsidRDefault="0009622B" w:rsidP="00DF6623">
            <w:pPr>
              <w:spacing w:after="0"/>
              <w:rPr>
                <w:lang w:val="ru-RU"/>
              </w:rPr>
            </w:pPr>
            <w:r w:rsidRPr="00CA0274">
              <w:rPr>
                <w:rFonts w:cs="Times New Roman"/>
                <w:lang w:val="ru-RU"/>
              </w:rPr>
              <w:t>Школьная форма (платья, сарафаны, юбки) — Разные размеры и цвета</w:t>
            </w:r>
          </w:p>
        </w:tc>
        <w:tc>
          <w:tcPr>
            <w:tcW w:w="737" w:type="dxa"/>
            <w:tcMar>
              <w:top w:w="40" w:type="dxa"/>
              <w:left w:w="60" w:type="dxa"/>
              <w:bottom w:w="40" w:type="dxa"/>
              <w:right w:w="60" w:type="dxa"/>
            </w:tcMar>
            <w:vAlign w:val="center"/>
          </w:tcPr>
          <w:p w14:paraId="77C548DA" w14:textId="77777777" w:rsidR="0009622B" w:rsidRDefault="0009622B" w:rsidP="00DF6623">
            <w:pPr>
              <w:spacing w:after="0"/>
              <w:jc w:val="center"/>
            </w:pPr>
            <w:r>
              <w:rPr>
                <w:rFonts w:cs="Times New Roman"/>
              </w:rPr>
              <w:t>266</w:t>
            </w:r>
          </w:p>
        </w:tc>
        <w:tc>
          <w:tcPr>
            <w:tcW w:w="680" w:type="dxa"/>
            <w:tcMar>
              <w:top w:w="40" w:type="dxa"/>
              <w:left w:w="60" w:type="dxa"/>
              <w:bottom w:w="40" w:type="dxa"/>
              <w:right w:w="60" w:type="dxa"/>
            </w:tcMar>
            <w:vAlign w:val="center"/>
          </w:tcPr>
          <w:p w14:paraId="6688BDF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6ECBDB8" w14:textId="77777777" w:rsidR="009C1061" w:rsidRDefault="00441274">
            <w:pPr>
              <w:jc w:val="right"/>
            </w:pPr>
            <w:r>
              <w:t>250 руб.</w:t>
            </w:r>
          </w:p>
        </w:tc>
        <w:tc>
          <w:tcPr>
            <w:tcW w:w="1587" w:type="dxa"/>
            <w:tcMar>
              <w:top w:w="40" w:type="dxa"/>
              <w:left w:w="60" w:type="dxa"/>
              <w:bottom w:w="40" w:type="dxa"/>
              <w:right w:w="60" w:type="dxa"/>
            </w:tcMar>
            <w:vAlign w:val="center"/>
          </w:tcPr>
          <w:p w14:paraId="63370186" w14:textId="77777777" w:rsidR="009C1061" w:rsidRDefault="00441274">
            <w:pPr>
              <w:jc w:val="right"/>
            </w:pPr>
            <w:r>
              <w:t>66 500 руб.</w:t>
            </w:r>
          </w:p>
        </w:tc>
      </w:tr>
      <w:tr w:rsidR="0009622B" w14:paraId="75CD3845" w14:textId="77777777" w:rsidTr="00DF6623">
        <w:trPr>
          <w:jc w:val="center"/>
        </w:trPr>
        <w:tc>
          <w:tcPr>
            <w:tcW w:w="453" w:type="dxa"/>
            <w:tcMar>
              <w:top w:w="40" w:type="dxa"/>
              <w:left w:w="60" w:type="dxa"/>
              <w:bottom w:w="40" w:type="dxa"/>
              <w:right w:w="60" w:type="dxa"/>
            </w:tcMar>
            <w:vAlign w:val="center"/>
          </w:tcPr>
          <w:p w14:paraId="1FAA81B1" w14:textId="77777777" w:rsidR="0009622B" w:rsidRDefault="0009622B" w:rsidP="00DF6623">
            <w:pPr>
              <w:spacing w:after="0"/>
              <w:jc w:val="center"/>
            </w:pPr>
            <w:r>
              <w:t>274</w:t>
            </w:r>
          </w:p>
        </w:tc>
        <w:tc>
          <w:tcPr>
            <w:tcW w:w="7371" w:type="dxa"/>
            <w:tcMar>
              <w:top w:w="40" w:type="dxa"/>
              <w:left w:w="60" w:type="dxa"/>
              <w:bottom w:w="40" w:type="dxa"/>
              <w:right w:w="60" w:type="dxa"/>
            </w:tcMar>
            <w:vAlign w:val="center"/>
          </w:tcPr>
          <w:p w14:paraId="6B3E1979" w14:textId="77777777" w:rsidR="0009622B" w:rsidRPr="00CA0274" w:rsidRDefault="0009622B" w:rsidP="00DF6623">
            <w:pPr>
              <w:spacing w:after="0"/>
              <w:rPr>
                <w:lang w:val="ru-RU"/>
              </w:rPr>
            </w:pPr>
            <w:r w:rsidRPr="00CA0274">
              <w:rPr>
                <w:rFonts w:cs="Times New Roman"/>
                <w:lang w:val="ru-RU"/>
              </w:rPr>
              <w:t>Школьная форма (костюмы, двойки) — Для девочек</w:t>
            </w:r>
          </w:p>
        </w:tc>
        <w:tc>
          <w:tcPr>
            <w:tcW w:w="737" w:type="dxa"/>
            <w:tcMar>
              <w:top w:w="40" w:type="dxa"/>
              <w:left w:w="60" w:type="dxa"/>
              <w:bottom w:w="40" w:type="dxa"/>
              <w:right w:w="60" w:type="dxa"/>
            </w:tcMar>
            <w:vAlign w:val="center"/>
          </w:tcPr>
          <w:p w14:paraId="48641D4F" w14:textId="77777777" w:rsidR="0009622B" w:rsidRDefault="0009622B" w:rsidP="00DF6623">
            <w:pPr>
              <w:spacing w:after="0"/>
              <w:jc w:val="center"/>
            </w:pPr>
            <w:r>
              <w:rPr>
                <w:rFonts w:cs="Times New Roman"/>
              </w:rPr>
              <w:t>33</w:t>
            </w:r>
          </w:p>
        </w:tc>
        <w:tc>
          <w:tcPr>
            <w:tcW w:w="680" w:type="dxa"/>
            <w:tcMar>
              <w:top w:w="40" w:type="dxa"/>
              <w:left w:w="60" w:type="dxa"/>
              <w:bottom w:w="40" w:type="dxa"/>
              <w:right w:w="60" w:type="dxa"/>
            </w:tcMar>
            <w:vAlign w:val="center"/>
          </w:tcPr>
          <w:p w14:paraId="43C53E5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0F52C88" w14:textId="77777777" w:rsidR="009C1061" w:rsidRDefault="00441274">
            <w:pPr>
              <w:jc w:val="right"/>
            </w:pPr>
            <w:r>
              <w:t>600 руб.</w:t>
            </w:r>
          </w:p>
        </w:tc>
        <w:tc>
          <w:tcPr>
            <w:tcW w:w="1587" w:type="dxa"/>
            <w:tcMar>
              <w:top w:w="40" w:type="dxa"/>
              <w:left w:w="60" w:type="dxa"/>
              <w:bottom w:w="40" w:type="dxa"/>
              <w:right w:w="60" w:type="dxa"/>
            </w:tcMar>
            <w:vAlign w:val="center"/>
          </w:tcPr>
          <w:p w14:paraId="58BA153A" w14:textId="77777777" w:rsidR="009C1061" w:rsidRDefault="00441274">
            <w:pPr>
              <w:jc w:val="right"/>
            </w:pPr>
            <w:r>
              <w:t>19 800 руб.</w:t>
            </w:r>
          </w:p>
        </w:tc>
      </w:tr>
      <w:tr w:rsidR="0009622B" w14:paraId="0A52FA77" w14:textId="77777777" w:rsidTr="00DF6623">
        <w:trPr>
          <w:jc w:val="center"/>
        </w:trPr>
        <w:tc>
          <w:tcPr>
            <w:tcW w:w="453" w:type="dxa"/>
            <w:tcMar>
              <w:top w:w="40" w:type="dxa"/>
              <w:left w:w="60" w:type="dxa"/>
              <w:bottom w:w="40" w:type="dxa"/>
              <w:right w:w="60" w:type="dxa"/>
            </w:tcMar>
            <w:vAlign w:val="center"/>
          </w:tcPr>
          <w:p w14:paraId="5CF4B171" w14:textId="77777777" w:rsidR="0009622B" w:rsidRDefault="0009622B" w:rsidP="00DF6623">
            <w:pPr>
              <w:spacing w:after="0"/>
              <w:jc w:val="center"/>
            </w:pPr>
            <w:r>
              <w:t>275</w:t>
            </w:r>
          </w:p>
        </w:tc>
        <w:tc>
          <w:tcPr>
            <w:tcW w:w="7371" w:type="dxa"/>
            <w:tcMar>
              <w:top w:w="40" w:type="dxa"/>
              <w:left w:w="60" w:type="dxa"/>
              <w:bottom w:w="40" w:type="dxa"/>
              <w:right w:w="60" w:type="dxa"/>
            </w:tcMar>
            <w:vAlign w:val="center"/>
          </w:tcPr>
          <w:p w14:paraId="324817FD" w14:textId="77777777" w:rsidR="0009622B" w:rsidRPr="00CA0274" w:rsidRDefault="0009622B" w:rsidP="00DF6623">
            <w:pPr>
              <w:spacing w:after="0"/>
              <w:rPr>
                <w:lang w:val="ru-RU"/>
              </w:rPr>
            </w:pPr>
            <w:r w:rsidRPr="00CA0274">
              <w:rPr>
                <w:rFonts w:cs="Times New Roman"/>
                <w:lang w:val="ru-RU"/>
              </w:rPr>
              <w:t>Брюки школьные — Для мальчиков и девочек</w:t>
            </w:r>
          </w:p>
        </w:tc>
        <w:tc>
          <w:tcPr>
            <w:tcW w:w="737" w:type="dxa"/>
            <w:tcMar>
              <w:top w:w="40" w:type="dxa"/>
              <w:left w:w="60" w:type="dxa"/>
              <w:bottom w:w="40" w:type="dxa"/>
              <w:right w:w="60" w:type="dxa"/>
            </w:tcMar>
            <w:vAlign w:val="center"/>
          </w:tcPr>
          <w:p w14:paraId="12CD19E2" w14:textId="77777777" w:rsidR="0009622B" w:rsidRDefault="0009622B" w:rsidP="00DF6623">
            <w:pPr>
              <w:spacing w:after="0"/>
              <w:jc w:val="center"/>
            </w:pPr>
            <w:r>
              <w:rPr>
                <w:rFonts w:cs="Times New Roman"/>
              </w:rPr>
              <w:t>95</w:t>
            </w:r>
          </w:p>
        </w:tc>
        <w:tc>
          <w:tcPr>
            <w:tcW w:w="680" w:type="dxa"/>
            <w:tcMar>
              <w:top w:w="40" w:type="dxa"/>
              <w:left w:w="60" w:type="dxa"/>
              <w:bottom w:w="40" w:type="dxa"/>
              <w:right w:w="60" w:type="dxa"/>
            </w:tcMar>
            <w:vAlign w:val="center"/>
          </w:tcPr>
          <w:p w14:paraId="6166A5D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9F48EBB" w14:textId="77777777" w:rsidR="009C1061" w:rsidRDefault="00441274">
            <w:pPr>
              <w:jc w:val="right"/>
            </w:pPr>
            <w:r>
              <w:t>300 руб.</w:t>
            </w:r>
          </w:p>
        </w:tc>
        <w:tc>
          <w:tcPr>
            <w:tcW w:w="1587" w:type="dxa"/>
            <w:tcMar>
              <w:top w:w="40" w:type="dxa"/>
              <w:left w:w="60" w:type="dxa"/>
              <w:bottom w:w="40" w:type="dxa"/>
              <w:right w:w="60" w:type="dxa"/>
            </w:tcMar>
            <w:vAlign w:val="center"/>
          </w:tcPr>
          <w:p w14:paraId="7614782B" w14:textId="77777777" w:rsidR="009C1061" w:rsidRDefault="00441274">
            <w:pPr>
              <w:jc w:val="right"/>
            </w:pPr>
            <w:r>
              <w:t>28 500 руб.</w:t>
            </w:r>
          </w:p>
        </w:tc>
      </w:tr>
      <w:tr w:rsidR="0009622B" w14:paraId="61E41FC9" w14:textId="77777777" w:rsidTr="00DF6623">
        <w:trPr>
          <w:jc w:val="center"/>
        </w:trPr>
        <w:tc>
          <w:tcPr>
            <w:tcW w:w="453" w:type="dxa"/>
            <w:tcMar>
              <w:top w:w="40" w:type="dxa"/>
              <w:left w:w="60" w:type="dxa"/>
              <w:bottom w:w="40" w:type="dxa"/>
              <w:right w:w="60" w:type="dxa"/>
            </w:tcMar>
            <w:vAlign w:val="center"/>
          </w:tcPr>
          <w:p w14:paraId="2C5F6FFD" w14:textId="77777777" w:rsidR="0009622B" w:rsidRDefault="0009622B" w:rsidP="00DF6623">
            <w:pPr>
              <w:spacing w:after="0"/>
              <w:jc w:val="center"/>
            </w:pPr>
            <w:r>
              <w:t>276</w:t>
            </w:r>
          </w:p>
        </w:tc>
        <w:tc>
          <w:tcPr>
            <w:tcW w:w="7371" w:type="dxa"/>
            <w:tcMar>
              <w:top w:w="40" w:type="dxa"/>
              <w:left w:w="60" w:type="dxa"/>
              <w:bottom w:w="40" w:type="dxa"/>
              <w:right w:w="60" w:type="dxa"/>
            </w:tcMar>
            <w:vAlign w:val="center"/>
          </w:tcPr>
          <w:p w14:paraId="6457FEB2" w14:textId="77777777" w:rsidR="0009622B" w:rsidRPr="00CA0274" w:rsidRDefault="0009622B" w:rsidP="00DF6623">
            <w:pPr>
              <w:spacing w:after="0"/>
              <w:rPr>
                <w:lang w:val="ru-RU"/>
              </w:rPr>
            </w:pPr>
            <w:r w:rsidRPr="00CA0274">
              <w:rPr>
                <w:rFonts w:cs="Times New Roman"/>
                <w:lang w:val="ru-RU"/>
              </w:rPr>
              <w:t>Сорочки для мальчиков — Разные цвета и размеры</w:t>
            </w:r>
          </w:p>
        </w:tc>
        <w:tc>
          <w:tcPr>
            <w:tcW w:w="737" w:type="dxa"/>
            <w:tcMar>
              <w:top w:w="40" w:type="dxa"/>
              <w:left w:w="60" w:type="dxa"/>
              <w:bottom w:w="40" w:type="dxa"/>
              <w:right w:w="60" w:type="dxa"/>
            </w:tcMar>
            <w:vAlign w:val="center"/>
          </w:tcPr>
          <w:p w14:paraId="1ED2DEF0" w14:textId="77777777" w:rsidR="0009622B" w:rsidRDefault="0009622B" w:rsidP="00DF6623">
            <w:pPr>
              <w:spacing w:after="0"/>
              <w:jc w:val="center"/>
            </w:pPr>
            <w:r>
              <w:rPr>
                <w:rFonts w:cs="Times New Roman"/>
              </w:rPr>
              <w:t>329</w:t>
            </w:r>
          </w:p>
        </w:tc>
        <w:tc>
          <w:tcPr>
            <w:tcW w:w="680" w:type="dxa"/>
            <w:tcMar>
              <w:top w:w="40" w:type="dxa"/>
              <w:left w:w="60" w:type="dxa"/>
              <w:bottom w:w="40" w:type="dxa"/>
              <w:right w:w="60" w:type="dxa"/>
            </w:tcMar>
            <w:vAlign w:val="center"/>
          </w:tcPr>
          <w:p w14:paraId="1ABF62B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B3B1C43" w14:textId="77777777" w:rsidR="009C1061" w:rsidRDefault="00441274">
            <w:pPr>
              <w:jc w:val="right"/>
            </w:pPr>
            <w:r>
              <w:t>150 руб.</w:t>
            </w:r>
          </w:p>
        </w:tc>
        <w:tc>
          <w:tcPr>
            <w:tcW w:w="1587" w:type="dxa"/>
            <w:tcMar>
              <w:top w:w="40" w:type="dxa"/>
              <w:left w:w="60" w:type="dxa"/>
              <w:bottom w:w="40" w:type="dxa"/>
              <w:right w:w="60" w:type="dxa"/>
            </w:tcMar>
            <w:vAlign w:val="center"/>
          </w:tcPr>
          <w:p w14:paraId="65B81400" w14:textId="77777777" w:rsidR="009C1061" w:rsidRDefault="00441274">
            <w:pPr>
              <w:jc w:val="right"/>
            </w:pPr>
            <w:r>
              <w:t>49 350 руб.</w:t>
            </w:r>
          </w:p>
        </w:tc>
      </w:tr>
      <w:tr w:rsidR="0009622B" w14:paraId="2F39F2EF" w14:textId="77777777" w:rsidTr="00DF6623">
        <w:trPr>
          <w:jc w:val="center"/>
        </w:trPr>
        <w:tc>
          <w:tcPr>
            <w:tcW w:w="453" w:type="dxa"/>
            <w:tcMar>
              <w:top w:w="40" w:type="dxa"/>
              <w:left w:w="60" w:type="dxa"/>
              <w:bottom w:w="40" w:type="dxa"/>
              <w:right w:w="60" w:type="dxa"/>
            </w:tcMar>
            <w:vAlign w:val="center"/>
          </w:tcPr>
          <w:p w14:paraId="07A44F6B" w14:textId="77777777" w:rsidR="0009622B" w:rsidRDefault="0009622B" w:rsidP="00DF6623">
            <w:pPr>
              <w:spacing w:after="0"/>
              <w:jc w:val="center"/>
            </w:pPr>
            <w:r>
              <w:t>277</w:t>
            </w:r>
          </w:p>
        </w:tc>
        <w:tc>
          <w:tcPr>
            <w:tcW w:w="7371" w:type="dxa"/>
            <w:tcMar>
              <w:top w:w="40" w:type="dxa"/>
              <w:left w:w="60" w:type="dxa"/>
              <w:bottom w:w="40" w:type="dxa"/>
              <w:right w:w="60" w:type="dxa"/>
            </w:tcMar>
            <w:vAlign w:val="center"/>
          </w:tcPr>
          <w:p w14:paraId="458776D7" w14:textId="77777777" w:rsidR="0009622B" w:rsidRDefault="0009622B" w:rsidP="00DF6623">
            <w:pPr>
              <w:spacing w:after="0"/>
            </w:pPr>
            <w:proofErr w:type="spellStart"/>
            <w:r>
              <w:rPr>
                <w:rFonts w:cs="Times New Roman"/>
              </w:rPr>
              <w:t>Костюмы</w:t>
            </w:r>
            <w:proofErr w:type="spellEnd"/>
            <w:r>
              <w:rPr>
                <w:rFonts w:cs="Times New Roman"/>
              </w:rPr>
              <w:t xml:space="preserve"> </w:t>
            </w:r>
            <w:proofErr w:type="spellStart"/>
            <w:r>
              <w:rPr>
                <w:rFonts w:cs="Times New Roman"/>
              </w:rPr>
              <w:t>детские</w:t>
            </w:r>
            <w:proofErr w:type="spellEnd"/>
            <w:r>
              <w:rPr>
                <w:rFonts w:cs="Times New Roman"/>
              </w:rPr>
              <w:t xml:space="preserve"> — В </w:t>
            </w:r>
            <w:proofErr w:type="spellStart"/>
            <w:r>
              <w:rPr>
                <w:rFonts w:cs="Times New Roman"/>
              </w:rPr>
              <w:t>ассортименте</w:t>
            </w:r>
            <w:proofErr w:type="spellEnd"/>
          </w:p>
        </w:tc>
        <w:tc>
          <w:tcPr>
            <w:tcW w:w="737" w:type="dxa"/>
            <w:tcMar>
              <w:top w:w="40" w:type="dxa"/>
              <w:left w:w="60" w:type="dxa"/>
              <w:bottom w:w="40" w:type="dxa"/>
              <w:right w:w="60" w:type="dxa"/>
            </w:tcMar>
            <w:vAlign w:val="center"/>
          </w:tcPr>
          <w:p w14:paraId="78E6EE11" w14:textId="77777777" w:rsidR="0009622B" w:rsidRDefault="0009622B" w:rsidP="00DF6623">
            <w:pPr>
              <w:spacing w:after="0"/>
              <w:jc w:val="center"/>
            </w:pPr>
            <w:r>
              <w:rPr>
                <w:rFonts w:cs="Times New Roman"/>
              </w:rPr>
              <w:t>12</w:t>
            </w:r>
          </w:p>
        </w:tc>
        <w:tc>
          <w:tcPr>
            <w:tcW w:w="680" w:type="dxa"/>
            <w:tcMar>
              <w:top w:w="40" w:type="dxa"/>
              <w:left w:w="60" w:type="dxa"/>
              <w:bottom w:w="40" w:type="dxa"/>
              <w:right w:w="60" w:type="dxa"/>
            </w:tcMar>
            <w:vAlign w:val="center"/>
          </w:tcPr>
          <w:p w14:paraId="4E480BD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CFA44B1" w14:textId="77777777" w:rsidR="009C1061" w:rsidRDefault="00441274">
            <w:pPr>
              <w:jc w:val="right"/>
            </w:pPr>
            <w:r>
              <w:t>500 руб.</w:t>
            </w:r>
          </w:p>
        </w:tc>
        <w:tc>
          <w:tcPr>
            <w:tcW w:w="1587" w:type="dxa"/>
            <w:tcMar>
              <w:top w:w="40" w:type="dxa"/>
              <w:left w:w="60" w:type="dxa"/>
              <w:bottom w:w="40" w:type="dxa"/>
              <w:right w:w="60" w:type="dxa"/>
            </w:tcMar>
            <w:vAlign w:val="center"/>
          </w:tcPr>
          <w:p w14:paraId="682A0620" w14:textId="77777777" w:rsidR="009C1061" w:rsidRDefault="00441274">
            <w:pPr>
              <w:jc w:val="right"/>
            </w:pPr>
            <w:r>
              <w:t>6 000 руб.</w:t>
            </w:r>
          </w:p>
        </w:tc>
      </w:tr>
      <w:tr w:rsidR="0009622B" w14:paraId="0227F2E0" w14:textId="77777777" w:rsidTr="00DF6623">
        <w:trPr>
          <w:jc w:val="center"/>
        </w:trPr>
        <w:tc>
          <w:tcPr>
            <w:tcW w:w="453" w:type="dxa"/>
            <w:tcMar>
              <w:top w:w="40" w:type="dxa"/>
              <w:left w:w="60" w:type="dxa"/>
              <w:bottom w:w="40" w:type="dxa"/>
              <w:right w:w="60" w:type="dxa"/>
            </w:tcMar>
            <w:vAlign w:val="center"/>
          </w:tcPr>
          <w:p w14:paraId="5D299796" w14:textId="77777777" w:rsidR="0009622B" w:rsidRDefault="0009622B" w:rsidP="00DF6623">
            <w:pPr>
              <w:spacing w:after="0"/>
              <w:jc w:val="center"/>
            </w:pPr>
            <w:r>
              <w:t>278</w:t>
            </w:r>
          </w:p>
        </w:tc>
        <w:tc>
          <w:tcPr>
            <w:tcW w:w="7371" w:type="dxa"/>
            <w:tcMar>
              <w:top w:w="40" w:type="dxa"/>
              <w:left w:w="60" w:type="dxa"/>
              <w:bottom w:w="40" w:type="dxa"/>
              <w:right w:w="60" w:type="dxa"/>
            </w:tcMar>
            <w:vAlign w:val="center"/>
          </w:tcPr>
          <w:p w14:paraId="1FA92A63" w14:textId="77777777" w:rsidR="0009622B" w:rsidRDefault="0009622B" w:rsidP="00DF6623">
            <w:pPr>
              <w:spacing w:after="0"/>
            </w:pPr>
            <w:proofErr w:type="spellStart"/>
            <w:r>
              <w:rPr>
                <w:rFonts w:cs="Times New Roman"/>
              </w:rPr>
              <w:t>Полукомплекты</w:t>
            </w:r>
            <w:proofErr w:type="spellEnd"/>
            <w:r>
              <w:rPr>
                <w:rFonts w:cs="Times New Roman"/>
              </w:rPr>
              <w:t xml:space="preserve"> </w:t>
            </w:r>
            <w:proofErr w:type="spellStart"/>
            <w:r>
              <w:rPr>
                <w:rFonts w:cs="Times New Roman"/>
              </w:rPr>
              <w:t>тёплые</w:t>
            </w:r>
            <w:proofErr w:type="spellEnd"/>
            <w:r>
              <w:rPr>
                <w:rFonts w:cs="Times New Roman"/>
              </w:rPr>
              <w:t xml:space="preserve"> </w:t>
            </w:r>
            <w:proofErr w:type="spellStart"/>
            <w:r>
              <w:rPr>
                <w:rFonts w:cs="Times New Roman"/>
              </w:rPr>
              <w:t>детские</w:t>
            </w:r>
            <w:proofErr w:type="spellEnd"/>
            <w:r>
              <w:rPr>
                <w:rFonts w:cs="Times New Roman"/>
              </w:rPr>
              <w:t xml:space="preserve"> — </w:t>
            </w:r>
            <w:proofErr w:type="spellStart"/>
            <w:r>
              <w:rPr>
                <w:rFonts w:cs="Times New Roman"/>
              </w:rPr>
              <w:t>Размеры</w:t>
            </w:r>
            <w:proofErr w:type="spellEnd"/>
            <w:r>
              <w:rPr>
                <w:rFonts w:cs="Times New Roman"/>
              </w:rPr>
              <w:t xml:space="preserve"> 30, 32, 34</w:t>
            </w:r>
          </w:p>
        </w:tc>
        <w:tc>
          <w:tcPr>
            <w:tcW w:w="737" w:type="dxa"/>
            <w:tcMar>
              <w:top w:w="40" w:type="dxa"/>
              <w:left w:w="60" w:type="dxa"/>
              <w:bottom w:w="40" w:type="dxa"/>
              <w:right w:w="60" w:type="dxa"/>
            </w:tcMar>
            <w:vAlign w:val="center"/>
          </w:tcPr>
          <w:p w14:paraId="37CBEA16" w14:textId="77777777" w:rsidR="0009622B" w:rsidRDefault="0009622B" w:rsidP="00DF6623">
            <w:pPr>
              <w:spacing w:after="0"/>
              <w:jc w:val="center"/>
            </w:pPr>
            <w:r>
              <w:rPr>
                <w:rFonts w:cs="Times New Roman"/>
              </w:rPr>
              <w:t>26</w:t>
            </w:r>
          </w:p>
        </w:tc>
        <w:tc>
          <w:tcPr>
            <w:tcW w:w="680" w:type="dxa"/>
            <w:tcMar>
              <w:top w:w="40" w:type="dxa"/>
              <w:left w:w="60" w:type="dxa"/>
              <w:bottom w:w="40" w:type="dxa"/>
              <w:right w:w="60" w:type="dxa"/>
            </w:tcMar>
            <w:vAlign w:val="center"/>
          </w:tcPr>
          <w:p w14:paraId="24E02AD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6D7E2E1" w14:textId="77777777" w:rsidR="009C1061" w:rsidRDefault="00441274">
            <w:pPr>
              <w:jc w:val="right"/>
            </w:pPr>
            <w:r>
              <w:t>500 руб.</w:t>
            </w:r>
          </w:p>
        </w:tc>
        <w:tc>
          <w:tcPr>
            <w:tcW w:w="1587" w:type="dxa"/>
            <w:tcMar>
              <w:top w:w="40" w:type="dxa"/>
              <w:left w:w="60" w:type="dxa"/>
              <w:bottom w:w="40" w:type="dxa"/>
              <w:right w:w="60" w:type="dxa"/>
            </w:tcMar>
            <w:vAlign w:val="center"/>
          </w:tcPr>
          <w:p w14:paraId="63279FBD" w14:textId="77777777" w:rsidR="009C1061" w:rsidRDefault="00441274">
            <w:pPr>
              <w:jc w:val="right"/>
            </w:pPr>
            <w:r>
              <w:t>13 000 руб.</w:t>
            </w:r>
          </w:p>
        </w:tc>
      </w:tr>
      <w:tr w:rsidR="0009622B" w14:paraId="3EC2FECD" w14:textId="77777777" w:rsidTr="00DF6623">
        <w:trPr>
          <w:jc w:val="center"/>
        </w:trPr>
        <w:tc>
          <w:tcPr>
            <w:tcW w:w="453" w:type="dxa"/>
            <w:tcMar>
              <w:top w:w="40" w:type="dxa"/>
              <w:left w:w="60" w:type="dxa"/>
              <w:bottom w:w="40" w:type="dxa"/>
              <w:right w:w="60" w:type="dxa"/>
            </w:tcMar>
            <w:vAlign w:val="center"/>
          </w:tcPr>
          <w:p w14:paraId="519D2D5A" w14:textId="77777777" w:rsidR="0009622B" w:rsidRDefault="0009622B" w:rsidP="00DF6623">
            <w:pPr>
              <w:spacing w:after="0"/>
              <w:jc w:val="center"/>
            </w:pPr>
            <w:r>
              <w:t>279</w:t>
            </w:r>
          </w:p>
        </w:tc>
        <w:tc>
          <w:tcPr>
            <w:tcW w:w="7371" w:type="dxa"/>
            <w:tcMar>
              <w:top w:w="40" w:type="dxa"/>
              <w:left w:w="60" w:type="dxa"/>
              <w:bottom w:w="40" w:type="dxa"/>
              <w:right w:w="60" w:type="dxa"/>
            </w:tcMar>
            <w:vAlign w:val="center"/>
          </w:tcPr>
          <w:p w14:paraId="15E1B575" w14:textId="77777777" w:rsidR="0009622B" w:rsidRPr="00CA0274" w:rsidRDefault="0009622B" w:rsidP="00DF6623">
            <w:pPr>
              <w:spacing w:after="0"/>
              <w:rPr>
                <w:lang w:val="ru-RU"/>
              </w:rPr>
            </w:pPr>
            <w:r w:rsidRPr="00CA0274">
              <w:rPr>
                <w:rFonts w:cs="Times New Roman"/>
                <w:lang w:val="ru-RU"/>
              </w:rPr>
              <w:t>Брюки зимние/тёплые детские — Разные размеры</w:t>
            </w:r>
          </w:p>
        </w:tc>
        <w:tc>
          <w:tcPr>
            <w:tcW w:w="737" w:type="dxa"/>
            <w:tcMar>
              <w:top w:w="40" w:type="dxa"/>
              <w:left w:w="60" w:type="dxa"/>
              <w:bottom w:w="40" w:type="dxa"/>
              <w:right w:w="60" w:type="dxa"/>
            </w:tcMar>
            <w:vAlign w:val="center"/>
          </w:tcPr>
          <w:p w14:paraId="0EFB193B" w14:textId="77777777" w:rsidR="0009622B" w:rsidRDefault="0009622B" w:rsidP="00DF6623">
            <w:pPr>
              <w:spacing w:after="0"/>
              <w:jc w:val="center"/>
            </w:pPr>
            <w:r>
              <w:rPr>
                <w:rFonts w:cs="Times New Roman"/>
              </w:rPr>
              <w:t>21</w:t>
            </w:r>
          </w:p>
        </w:tc>
        <w:tc>
          <w:tcPr>
            <w:tcW w:w="680" w:type="dxa"/>
            <w:tcMar>
              <w:top w:w="40" w:type="dxa"/>
              <w:left w:w="60" w:type="dxa"/>
              <w:bottom w:w="40" w:type="dxa"/>
              <w:right w:w="60" w:type="dxa"/>
            </w:tcMar>
            <w:vAlign w:val="center"/>
          </w:tcPr>
          <w:p w14:paraId="5203AA1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1A16DBA" w14:textId="77777777" w:rsidR="009C1061" w:rsidRDefault="00441274">
            <w:pPr>
              <w:jc w:val="right"/>
            </w:pPr>
            <w:r>
              <w:t>450 руб.</w:t>
            </w:r>
          </w:p>
        </w:tc>
        <w:tc>
          <w:tcPr>
            <w:tcW w:w="1587" w:type="dxa"/>
            <w:tcMar>
              <w:top w:w="40" w:type="dxa"/>
              <w:left w:w="60" w:type="dxa"/>
              <w:bottom w:w="40" w:type="dxa"/>
              <w:right w:w="60" w:type="dxa"/>
            </w:tcMar>
            <w:vAlign w:val="center"/>
          </w:tcPr>
          <w:p w14:paraId="58FB60F2" w14:textId="77777777" w:rsidR="009C1061" w:rsidRDefault="00441274">
            <w:pPr>
              <w:jc w:val="right"/>
            </w:pPr>
            <w:r>
              <w:t>9 450 руб.</w:t>
            </w:r>
          </w:p>
        </w:tc>
      </w:tr>
      <w:tr w:rsidR="0009622B" w14:paraId="1099022A" w14:textId="77777777" w:rsidTr="00DF6623">
        <w:trPr>
          <w:jc w:val="center"/>
        </w:trPr>
        <w:tc>
          <w:tcPr>
            <w:tcW w:w="453" w:type="dxa"/>
            <w:tcMar>
              <w:top w:w="40" w:type="dxa"/>
              <w:left w:w="60" w:type="dxa"/>
              <w:bottom w:w="40" w:type="dxa"/>
              <w:right w:w="60" w:type="dxa"/>
            </w:tcMar>
            <w:vAlign w:val="center"/>
          </w:tcPr>
          <w:p w14:paraId="59B5E4F9" w14:textId="77777777" w:rsidR="0009622B" w:rsidRDefault="0009622B" w:rsidP="00DF6623">
            <w:pPr>
              <w:spacing w:after="0"/>
              <w:jc w:val="center"/>
            </w:pPr>
            <w:r>
              <w:t>280</w:t>
            </w:r>
          </w:p>
        </w:tc>
        <w:tc>
          <w:tcPr>
            <w:tcW w:w="7371" w:type="dxa"/>
            <w:tcMar>
              <w:top w:w="40" w:type="dxa"/>
              <w:left w:w="60" w:type="dxa"/>
              <w:bottom w:w="40" w:type="dxa"/>
              <w:right w:w="60" w:type="dxa"/>
            </w:tcMar>
            <w:vAlign w:val="center"/>
          </w:tcPr>
          <w:p w14:paraId="321E10E1" w14:textId="77777777" w:rsidR="0009622B" w:rsidRPr="00CA0274" w:rsidRDefault="0009622B" w:rsidP="00DF6623">
            <w:pPr>
              <w:spacing w:after="0"/>
              <w:rPr>
                <w:lang w:val="ru-RU"/>
              </w:rPr>
            </w:pPr>
            <w:r w:rsidRPr="00CA0274">
              <w:rPr>
                <w:rFonts w:cs="Times New Roman"/>
                <w:lang w:val="ru-RU"/>
              </w:rPr>
              <w:t>Куртка-пальто для девочки — Розовая</w:t>
            </w:r>
          </w:p>
        </w:tc>
        <w:tc>
          <w:tcPr>
            <w:tcW w:w="737" w:type="dxa"/>
            <w:tcMar>
              <w:top w:w="40" w:type="dxa"/>
              <w:left w:w="60" w:type="dxa"/>
              <w:bottom w:w="40" w:type="dxa"/>
              <w:right w:w="60" w:type="dxa"/>
            </w:tcMar>
            <w:vAlign w:val="center"/>
          </w:tcPr>
          <w:p w14:paraId="467A5B35"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F09E76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A004560" w14:textId="77777777" w:rsidR="009C1061" w:rsidRDefault="00441274">
            <w:pPr>
              <w:jc w:val="right"/>
            </w:pPr>
            <w:r>
              <w:t>800 руб.</w:t>
            </w:r>
          </w:p>
        </w:tc>
        <w:tc>
          <w:tcPr>
            <w:tcW w:w="1587" w:type="dxa"/>
            <w:tcMar>
              <w:top w:w="40" w:type="dxa"/>
              <w:left w:w="60" w:type="dxa"/>
              <w:bottom w:w="40" w:type="dxa"/>
              <w:right w:w="60" w:type="dxa"/>
            </w:tcMar>
            <w:vAlign w:val="center"/>
          </w:tcPr>
          <w:p w14:paraId="17722242" w14:textId="77777777" w:rsidR="009C1061" w:rsidRDefault="00441274">
            <w:pPr>
              <w:jc w:val="right"/>
            </w:pPr>
            <w:r>
              <w:t>800 руб.</w:t>
            </w:r>
          </w:p>
        </w:tc>
      </w:tr>
      <w:tr w:rsidR="0009622B" w14:paraId="76333D8D" w14:textId="77777777" w:rsidTr="00DF6623">
        <w:trPr>
          <w:jc w:val="center"/>
        </w:trPr>
        <w:tc>
          <w:tcPr>
            <w:tcW w:w="453" w:type="dxa"/>
            <w:tcMar>
              <w:top w:w="40" w:type="dxa"/>
              <w:left w:w="60" w:type="dxa"/>
              <w:bottom w:w="40" w:type="dxa"/>
              <w:right w:w="60" w:type="dxa"/>
            </w:tcMar>
            <w:vAlign w:val="center"/>
          </w:tcPr>
          <w:p w14:paraId="58F4C3F9" w14:textId="77777777" w:rsidR="0009622B" w:rsidRDefault="0009622B" w:rsidP="00DF6623">
            <w:pPr>
              <w:spacing w:after="0"/>
              <w:jc w:val="center"/>
            </w:pPr>
            <w:r>
              <w:t>281</w:t>
            </w:r>
          </w:p>
        </w:tc>
        <w:tc>
          <w:tcPr>
            <w:tcW w:w="7371" w:type="dxa"/>
            <w:tcMar>
              <w:top w:w="40" w:type="dxa"/>
              <w:left w:w="60" w:type="dxa"/>
              <w:bottom w:w="40" w:type="dxa"/>
              <w:right w:w="60" w:type="dxa"/>
            </w:tcMar>
            <w:vAlign w:val="center"/>
          </w:tcPr>
          <w:p w14:paraId="410F0292" w14:textId="77777777" w:rsidR="0009622B" w:rsidRPr="00CA0274" w:rsidRDefault="0009622B" w:rsidP="00DF6623">
            <w:pPr>
              <w:spacing w:after="0"/>
              <w:rPr>
                <w:lang w:val="ru-RU"/>
              </w:rPr>
            </w:pPr>
            <w:r w:rsidRPr="00CA0274">
              <w:rPr>
                <w:rFonts w:cs="Times New Roman"/>
                <w:lang w:val="ru-RU"/>
              </w:rPr>
              <w:t>Комплекты зимние (куртка + брюки) — Для мальчиков и девочек</w:t>
            </w:r>
          </w:p>
        </w:tc>
        <w:tc>
          <w:tcPr>
            <w:tcW w:w="737" w:type="dxa"/>
            <w:tcMar>
              <w:top w:w="40" w:type="dxa"/>
              <w:left w:w="60" w:type="dxa"/>
              <w:bottom w:w="40" w:type="dxa"/>
              <w:right w:w="60" w:type="dxa"/>
            </w:tcMar>
            <w:vAlign w:val="center"/>
          </w:tcPr>
          <w:p w14:paraId="77E27014"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44F2B5B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E30F5AF" w14:textId="77777777" w:rsidR="009C1061" w:rsidRDefault="00441274">
            <w:pPr>
              <w:jc w:val="right"/>
            </w:pPr>
            <w:r>
              <w:t>800 руб.</w:t>
            </w:r>
          </w:p>
        </w:tc>
        <w:tc>
          <w:tcPr>
            <w:tcW w:w="1587" w:type="dxa"/>
            <w:tcMar>
              <w:top w:w="40" w:type="dxa"/>
              <w:left w:w="60" w:type="dxa"/>
              <w:bottom w:w="40" w:type="dxa"/>
              <w:right w:w="60" w:type="dxa"/>
            </w:tcMar>
            <w:vAlign w:val="center"/>
          </w:tcPr>
          <w:p w14:paraId="274DFEC3" w14:textId="77777777" w:rsidR="009C1061" w:rsidRDefault="00441274">
            <w:pPr>
              <w:jc w:val="right"/>
            </w:pPr>
            <w:r>
              <w:t>2 400 руб.</w:t>
            </w:r>
          </w:p>
        </w:tc>
      </w:tr>
      <w:tr w:rsidR="0009622B" w14:paraId="75599F83" w14:textId="77777777" w:rsidTr="00DF6623">
        <w:trPr>
          <w:jc w:val="center"/>
        </w:trPr>
        <w:tc>
          <w:tcPr>
            <w:tcW w:w="453" w:type="dxa"/>
            <w:tcMar>
              <w:top w:w="40" w:type="dxa"/>
              <w:left w:w="60" w:type="dxa"/>
              <w:bottom w:w="40" w:type="dxa"/>
              <w:right w:w="60" w:type="dxa"/>
            </w:tcMar>
            <w:vAlign w:val="center"/>
          </w:tcPr>
          <w:p w14:paraId="26CD4BB3" w14:textId="77777777" w:rsidR="0009622B" w:rsidRDefault="0009622B" w:rsidP="00DF6623">
            <w:pPr>
              <w:spacing w:after="0"/>
              <w:jc w:val="center"/>
            </w:pPr>
            <w:r>
              <w:t>282</w:t>
            </w:r>
          </w:p>
        </w:tc>
        <w:tc>
          <w:tcPr>
            <w:tcW w:w="7371" w:type="dxa"/>
            <w:tcMar>
              <w:top w:w="40" w:type="dxa"/>
              <w:left w:w="60" w:type="dxa"/>
              <w:bottom w:w="40" w:type="dxa"/>
              <w:right w:w="60" w:type="dxa"/>
            </w:tcMar>
            <w:vAlign w:val="center"/>
          </w:tcPr>
          <w:p w14:paraId="2CDDE713"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Баска</w:t>
            </w:r>
            <w:proofErr w:type="spellEnd"/>
            <w:r>
              <w:rPr>
                <w:rFonts w:cs="Times New Roman"/>
              </w:rPr>
              <w:t xml:space="preserve">» </w:t>
            </w:r>
            <w:proofErr w:type="spellStart"/>
            <w:r>
              <w:rPr>
                <w:rFonts w:cs="Times New Roman"/>
              </w:rPr>
              <w:t>зимний</w:t>
            </w:r>
            <w:proofErr w:type="spellEnd"/>
            <w:r>
              <w:rPr>
                <w:rFonts w:cs="Times New Roman"/>
              </w:rPr>
              <w:t xml:space="preserve"> — </w:t>
            </w:r>
            <w:proofErr w:type="spellStart"/>
            <w:r>
              <w:rPr>
                <w:rFonts w:cs="Times New Roman"/>
              </w:rPr>
              <w:t>Размер</w:t>
            </w:r>
            <w:proofErr w:type="spellEnd"/>
            <w:r>
              <w:rPr>
                <w:rFonts w:cs="Times New Roman"/>
              </w:rPr>
              <w:t xml:space="preserve"> 140</w:t>
            </w:r>
          </w:p>
        </w:tc>
        <w:tc>
          <w:tcPr>
            <w:tcW w:w="737" w:type="dxa"/>
            <w:tcMar>
              <w:top w:w="40" w:type="dxa"/>
              <w:left w:w="60" w:type="dxa"/>
              <w:bottom w:w="40" w:type="dxa"/>
              <w:right w:w="60" w:type="dxa"/>
            </w:tcMar>
            <w:vAlign w:val="center"/>
          </w:tcPr>
          <w:p w14:paraId="57F67D99"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63D2B2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3AE39F6" w14:textId="77777777" w:rsidR="009C1061" w:rsidRDefault="00441274">
            <w:pPr>
              <w:jc w:val="right"/>
            </w:pPr>
            <w:r>
              <w:t>1 000 руб.</w:t>
            </w:r>
          </w:p>
        </w:tc>
        <w:tc>
          <w:tcPr>
            <w:tcW w:w="1587" w:type="dxa"/>
            <w:tcMar>
              <w:top w:w="40" w:type="dxa"/>
              <w:left w:w="60" w:type="dxa"/>
              <w:bottom w:w="40" w:type="dxa"/>
              <w:right w:w="60" w:type="dxa"/>
            </w:tcMar>
            <w:vAlign w:val="center"/>
          </w:tcPr>
          <w:p w14:paraId="1DF25954" w14:textId="77777777" w:rsidR="009C1061" w:rsidRDefault="00441274">
            <w:pPr>
              <w:jc w:val="right"/>
            </w:pPr>
            <w:r>
              <w:t>1 000 руб.</w:t>
            </w:r>
          </w:p>
        </w:tc>
      </w:tr>
      <w:tr w:rsidR="0009622B" w14:paraId="252E979D" w14:textId="77777777" w:rsidTr="00DF6623">
        <w:trPr>
          <w:jc w:val="center"/>
        </w:trPr>
        <w:tc>
          <w:tcPr>
            <w:tcW w:w="453" w:type="dxa"/>
            <w:tcMar>
              <w:top w:w="40" w:type="dxa"/>
              <w:left w:w="60" w:type="dxa"/>
              <w:bottom w:w="40" w:type="dxa"/>
              <w:right w:w="60" w:type="dxa"/>
            </w:tcMar>
            <w:vAlign w:val="center"/>
          </w:tcPr>
          <w:p w14:paraId="0A49670B" w14:textId="77777777" w:rsidR="0009622B" w:rsidRDefault="0009622B" w:rsidP="00DF6623">
            <w:pPr>
              <w:spacing w:after="0"/>
              <w:jc w:val="center"/>
            </w:pPr>
            <w:r>
              <w:lastRenderedPageBreak/>
              <w:t>283</w:t>
            </w:r>
          </w:p>
        </w:tc>
        <w:tc>
          <w:tcPr>
            <w:tcW w:w="7371" w:type="dxa"/>
            <w:tcMar>
              <w:top w:w="40" w:type="dxa"/>
              <w:left w:w="60" w:type="dxa"/>
              <w:bottom w:w="40" w:type="dxa"/>
              <w:right w:w="60" w:type="dxa"/>
            </w:tcMar>
            <w:vAlign w:val="center"/>
          </w:tcPr>
          <w:p w14:paraId="3D02CD9D"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мальчиков</w:t>
            </w:r>
            <w:proofErr w:type="spellEnd"/>
            <w:r>
              <w:rPr>
                <w:rFonts w:cs="Times New Roman"/>
              </w:rPr>
              <w:t xml:space="preserve"> </w:t>
            </w:r>
            <w:proofErr w:type="spellStart"/>
            <w:r>
              <w:rPr>
                <w:rFonts w:cs="Times New Roman"/>
              </w:rPr>
              <w:t>флисовые</w:t>
            </w:r>
            <w:proofErr w:type="spellEnd"/>
          </w:p>
        </w:tc>
        <w:tc>
          <w:tcPr>
            <w:tcW w:w="737" w:type="dxa"/>
            <w:tcMar>
              <w:top w:w="40" w:type="dxa"/>
              <w:left w:w="60" w:type="dxa"/>
              <w:bottom w:w="40" w:type="dxa"/>
              <w:right w:w="60" w:type="dxa"/>
            </w:tcMar>
            <w:vAlign w:val="center"/>
          </w:tcPr>
          <w:p w14:paraId="2F96D7DA" w14:textId="77777777" w:rsidR="0009622B" w:rsidRDefault="0009622B" w:rsidP="00DF6623">
            <w:pPr>
              <w:spacing w:after="0"/>
              <w:jc w:val="center"/>
            </w:pPr>
            <w:r>
              <w:rPr>
                <w:rFonts w:cs="Times New Roman"/>
              </w:rPr>
              <w:t>40</w:t>
            </w:r>
          </w:p>
        </w:tc>
        <w:tc>
          <w:tcPr>
            <w:tcW w:w="680" w:type="dxa"/>
            <w:tcMar>
              <w:top w:w="40" w:type="dxa"/>
              <w:left w:w="60" w:type="dxa"/>
              <w:bottom w:w="40" w:type="dxa"/>
              <w:right w:w="60" w:type="dxa"/>
            </w:tcMar>
            <w:vAlign w:val="center"/>
          </w:tcPr>
          <w:p w14:paraId="48E39B8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ED2D2B3" w14:textId="77777777" w:rsidR="009C1061" w:rsidRDefault="00441274">
            <w:pPr>
              <w:jc w:val="right"/>
            </w:pPr>
            <w:r>
              <w:t>350 руб.</w:t>
            </w:r>
          </w:p>
        </w:tc>
        <w:tc>
          <w:tcPr>
            <w:tcW w:w="1587" w:type="dxa"/>
            <w:tcMar>
              <w:top w:w="40" w:type="dxa"/>
              <w:left w:w="60" w:type="dxa"/>
              <w:bottom w:w="40" w:type="dxa"/>
              <w:right w:w="60" w:type="dxa"/>
            </w:tcMar>
            <w:vAlign w:val="center"/>
          </w:tcPr>
          <w:p w14:paraId="58EA0780" w14:textId="77777777" w:rsidR="009C1061" w:rsidRDefault="00441274">
            <w:pPr>
              <w:jc w:val="right"/>
            </w:pPr>
            <w:r>
              <w:t>14 000 руб.</w:t>
            </w:r>
          </w:p>
        </w:tc>
      </w:tr>
      <w:tr w:rsidR="0009622B" w14:paraId="173A7D08" w14:textId="77777777" w:rsidTr="00DF6623">
        <w:trPr>
          <w:jc w:val="center"/>
        </w:trPr>
        <w:tc>
          <w:tcPr>
            <w:tcW w:w="453" w:type="dxa"/>
            <w:tcMar>
              <w:top w:w="40" w:type="dxa"/>
              <w:left w:w="60" w:type="dxa"/>
              <w:bottom w:w="40" w:type="dxa"/>
              <w:right w:w="60" w:type="dxa"/>
            </w:tcMar>
            <w:vAlign w:val="center"/>
          </w:tcPr>
          <w:p w14:paraId="077B1AE9" w14:textId="77777777" w:rsidR="0009622B" w:rsidRDefault="0009622B" w:rsidP="00DF6623">
            <w:pPr>
              <w:spacing w:after="0"/>
              <w:jc w:val="center"/>
            </w:pPr>
            <w:r>
              <w:t>284</w:t>
            </w:r>
          </w:p>
        </w:tc>
        <w:tc>
          <w:tcPr>
            <w:tcW w:w="7371" w:type="dxa"/>
            <w:tcMar>
              <w:top w:w="40" w:type="dxa"/>
              <w:left w:w="60" w:type="dxa"/>
              <w:bottom w:w="40" w:type="dxa"/>
              <w:right w:w="60" w:type="dxa"/>
            </w:tcMar>
            <w:vAlign w:val="center"/>
          </w:tcPr>
          <w:p w14:paraId="18C40AF4" w14:textId="77777777" w:rsidR="0009622B" w:rsidRPr="00CA0274" w:rsidRDefault="0009622B" w:rsidP="00DF6623">
            <w:pPr>
              <w:spacing w:after="0"/>
              <w:rPr>
                <w:lang w:val="ru-RU"/>
              </w:rPr>
            </w:pPr>
            <w:r w:rsidRPr="00CA0274">
              <w:rPr>
                <w:rFonts w:cs="Times New Roman"/>
                <w:lang w:val="ru-RU"/>
              </w:rPr>
              <w:t>Куртка для девочки — Размер 110, розовая</w:t>
            </w:r>
          </w:p>
        </w:tc>
        <w:tc>
          <w:tcPr>
            <w:tcW w:w="737" w:type="dxa"/>
            <w:tcMar>
              <w:top w:w="40" w:type="dxa"/>
              <w:left w:w="60" w:type="dxa"/>
              <w:bottom w:w="40" w:type="dxa"/>
              <w:right w:w="60" w:type="dxa"/>
            </w:tcMar>
            <w:vAlign w:val="center"/>
          </w:tcPr>
          <w:p w14:paraId="33E4EFDC"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0D28DC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8952637" w14:textId="77777777" w:rsidR="009C1061" w:rsidRDefault="00441274">
            <w:pPr>
              <w:jc w:val="right"/>
            </w:pPr>
            <w:r>
              <w:t>800 руб.</w:t>
            </w:r>
          </w:p>
        </w:tc>
        <w:tc>
          <w:tcPr>
            <w:tcW w:w="1587" w:type="dxa"/>
            <w:tcMar>
              <w:top w:w="40" w:type="dxa"/>
              <w:left w:w="60" w:type="dxa"/>
              <w:bottom w:w="40" w:type="dxa"/>
              <w:right w:w="60" w:type="dxa"/>
            </w:tcMar>
            <w:vAlign w:val="center"/>
          </w:tcPr>
          <w:p w14:paraId="6CE7E49E" w14:textId="77777777" w:rsidR="009C1061" w:rsidRDefault="00441274">
            <w:pPr>
              <w:jc w:val="right"/>
            </w:pPr>
            <w:r>
              <w:t>800 руб.</w:t>
            </w:r>
          </w:p>
        </w:tc>
      </w:tr>
      <w:tr w:rsidR="0009622B" w14:paraId="5A28A109" w14:textId="77777777" w:rsidTr="00DF6623">
        <w:trPr>
          <w:jc w:val="center"/>
        </w:trPr>
        <w:tc>
          <w:tcPr>
            <w:tcW w:w="453" w:type="dxa"/>
            <w:tcMar>
              <w:top w:w="40" w:type="dxa"/>
              <w:left w:w="60" w:type="dxa"/>
              <w:bottom w:w="40" w:type="dxa"/>
              <w:right w:w="60" w:type="dxa"/>
            </w:tcMar>
            <w:vAlign w:val="center"/>
          </w:tcPr>
          <w:p w14:paraId="39DB6AA8" w14:textId="77777777" w:rsidR="0009622B" w:rsidRDefault="0009622B" w:rsidP="00DF6623">
            <w:pPr>
              <w:spacing w:after="0"/>
              <w:jc w:val="center"/>
            </w:pPr>
            <w:r>
              <w:t>285</w:t>
            </w:r>
          </w:p>
        </w:tc>
        <w:tc>
          <w:tcPr>
            <w:tcW w:w="7371" w:type="dxa"/>
            <w:tcMar>
              <w:top w:w="40" w:type="dxa"/>
              <w:left w:w="60" w:type="dxa"/>
              <w:bottom w:w="40" w:type="dxa"/>
              <w:right w:w="60" w:type="dxa"/>
            </w:tcMar>
            <w:vAlign w:val="center"/>
          </w:tcPr>
          <w:p w14:paraId="31978533" w14:textId="77777777" w:rsidR="0009622B" w:rsidRDefault="0009622B" w:rsidP="00DF6623">
            <w:pPr>
              <w:spacing w:after="0"/>
            </w:pPr>
            <w:proofErr w:type="spellStart"/>
            <w:r>
              <w:rPr>
                <w:rFonts w:cs="Times New Roman"/>
              </w:rPr>
              <w:t>Комплекты</w:t>
            </w:r>
            <w:proofErr w:type="spellEnd"/>
            <w:r>
              <w:rPr>
                <w:rFonts w:cs="Times New Roman"/>
              </w:rPr>
              <w:t xml:space="preserve"> (</w:t>
            </w:r>
            <w:proofErr w:type="spellStart"/>
            <w:r>
              <w:rPr>
                <w:rFonts w:cs="Times New Roman"/>
              </w:rPr>
              <w:t>форма</w:t>
            </w:r>
            <w:proofErr w:type="spellEnd"/>
            <w:r>
              <w:rPr>
                <w:rFonts w:cs="Times New Roman"/>
              </w:rPr>
              <w:t xml:space="preserve">) — </w:t>
            </w:r>
            <w:proofErr w:type="spellStart"/>
            <w:r>
              <w:rPr>
                <w:rFonts w:cs="Times New Roman"/>
              </w:rPr>
              <w:t>Разные</w:t>
            </w:r>
            <w:proofErr w:type="spellEnd"/>
            <w:r>
              <w:rPr>
                <w:rFonts w:cs="Times New Roman"/>
              </w:rPr>
              <w:t xml:space="preserve"> </w:t>
            </w:r>
            <w:proofErr w:type="spellStart"/>
            <w:r>
              <w:rPr>
                <w:rFonts w:cs="Times New Roman"/>
              </w:rPr>
              <w:t>размеры</w:t>
            </w:r>
            <w:proofErr w:type="spellEnd"/>
          </w:p>
        </w:tc>
        <w:tc>
          <w:tcPr>
            <w:tcW w:w="737" w:type="dxa"/>
            <w:tcMar>
              <w:top w:w="40" w:type="dxa"/>
              <w:left w:w="60" w:type="dxa"/>
              <w:bottom w:w="40" w:type="dxa"/>
              <w:right w:w="60" w:type="dxa"/>
            </w:tcMar>
            <w:vAlign w:val="center"/>
          </w:tcPr>
          <w:p w14:paraId="1CDDCB06"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03C2625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342C605" w14:textId="77777777" w:rsidR="009C1061" w:rsidRDefault="00441274">
            <w:pPr>
              <w:jc w:val="right"/>
            </w:pPr>
            <w:r>
              <w:t>500 руб.</w:t>
            </w:r>
          </w:p>
        </w:tc>
        <w:tc>
          <w:tcPr>
            <w:tcW w:w="1587" w:type="dxa"/>
            <w:tcMar>
              <w:top w:w="40" w:type="dxa"/>
              <w:left w:w="60" w:type="dxa"/>
              <w:bottom w:w="40" w:type="dxa"/>
              <w:right w:w="60" w:type="dxa"/>
            </w:tcMar>
            <w:vAlign w:val="center"/>
          </w:tcPr>
          <w:p w14:paraId="43B38CAD" w14:textId="77777777" w:rsidR="009C1061" w:rsidRDefault="00441274">
            <w:pPr>
              <w:jc w:val="right"/>
            </w:pPr>
            <w:r>
              <w:t>1 000 руб.</w:t>
            </w:r>
          </w:p>
        </w:tc>
      </w:tr>
      <w:tr w:rsidR="0009622B" w14:paraId="64B999F0" w14:textId="77777777" w:rsidTr="00DF6623">
        <w:trPr>
          <w:jc w:val="center"/>
        </w:trPr>
        <w:tc>
          <w:tcPr>
            <w:tcW w:w="453" w:type="dxa"/>
            <w:tcMar>
              <w:top w:w="40" w:type="dxa"/>
              <w:left w:w="60" w:type="dxa"/>
              <w:bottom w:w="40" w:type="dxa"/>
              <w:right w:w="60" w:type="dxa"/>
            </w:tcMar>
            <w:vAlign w:val="center"/>
          </w:tcPr>
          <w:p w14:paraId="63B6CE74" w14:textId="77777777" w:rsidR="0009622B" w:rsidRDefault="0009622B" w:rsidP="00DF6623">
            <w:pPr>
              <w:spacing w:after="0"/>
              <w:jc w:val="center"/>
            </w:pPr>
            <w:r>
              <w:t>286</w:t>
            </w:r>
          </w:p>
        </w:tc>
        <w:tc>
          <w:tcPr>
            <w:tcW w:w="7371" w:type="dxa"/>
            <w:tcMar>
              <w:top w:w="40" w:type="dxa"/>
              <w:left w:w="60" w:type="dxa"/>
              <w:bottom w:w="40" w:type="dxa"/>
              <w:right w:w="60" w:type="dxa"/>
            </w:tcMar>
            <w:vAlign w:val="center"/>
          </w:tcPr>
          <w:p w14:paraId="771B1F77" w14:textId="77777777" w:rsidR="0009622B" w:rsidRDefault="0009622B" w:rsidP="00DF6623">
            <w:pPr>
              <w:spacing w:after="0"/>
            </w:pPr>
            <w:proofErr w:type="spellStart"/>
            <w:r>
              <w:rPr>
                <w:rFonts w:cs="Times New Roman"/>
              </w:rPr>
              <w:t>Костюмы</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мальчиков</w:t>
            </w:r>
            <w:proofErr w:type="spellEnd"/>
            <w:r>
              <w:rPr>
                <w:rFonts w:cs="Times New Roman"/>
              </w:rPr>
              <w:t xml:space="preserve"> (</w:t>
            </w:r>
            <w:proofErr w:type="spellStart"/>
            <w:r>
              <w:rPr>
                <w:rFonts w:cs="Times New Roman"/>
              </w:rPr>
              <w:t>Китай</w:t>
            </w:r>
            <w:proofErr w:type="spellEnd"/>
            <w:r>
              <w:rPr>
                <w:rFonts w:cs="Times New Roman"/>
              </w:rPr>
              <w:t>)</w:t>
            </w:r>
          </w:p>
        </w:tc>
        <w:tc>
          <w:tcPr>
            <w:tcW w:w="737" w:type="dxa"/>
            <w:tcMar>
              <w:top w:w="40" w:type="dxa"/>
              <w:left w:w="60" w:type="dxa"/>
              <w:bottom w:w="40" w:type="dxa"/>
              <w:right w:w="60" w:type="dxa"/>
            </w:tcMar>
            <w:vAlign w:val="center"/>
          </w:tcPr>
          <w:p w14:paraId="66930493"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31236E6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74FD1BE" w14:textId="77777777" w:rsidR="009C1061" w:rsidRDefault="00441274">
            <w:pPr>
              <w:jc w:val="right"/>
            </w:pPr>
            <w:r>
              <w:t>500 руб.</w:t>
            </w:r>
          </w:p>
        </w:tc>
        <w:tc>
          <w:tcPr>
            <w:tcW w:w="1587" w:type="dxa"/>
            <w:tcMar>
              <w:top w:w="40" w:type="dxa"/>
              <w:left w:w="60" w:type="dxa"/>
              <w:bottom w:w="40" w:type="dxa"/>
              <w:right w:w="60" w:type="dxa"/>
            </w:tcMar>
            <w:vAlign w:val="center"/>
          </w:tcPr>
          <w:p w14:paraId="0C2E3BD2" w14:textId="77777777" w:rsidR="009C1061" w:rsidRDefault="00441274">
            <w:pPr>
              <w:jc w:val="right"/>
            </w:pPr>
            <w:r>
              <w:t>2 500 руб.</w:t>
            </w:r>
          </w:p>
        </w:tc>
      </w:tr>
      <w:tr w:rsidR="0009622B" w14:paraId="2EB0E9C4" w14:textId="77777777" w:rsidTr="00DF6623">
        <w:trPr>
          <w:jc w:val="center"/>
        </w:trPr>
        <w:tc>
          <w:tcPr>
            <w:tcW w:w="453" w:type="dxa"/>
            <w:tcMar>
              <w:top w:w="40" w:type="dxa"/>
              <w:left w:w="60" w:type="dxa"/>
              <w:bottom w:w="40" w:type="dxa"/>
              <w:right w:w="60" w:type="dxa"/>
            </w:tcMar>
            <w:vAlign w:val="center"/>
          </w:tcPr>
          <w:p w14:paraId="3F53844C" w14:textId="77777777" w:rsidR="0009622B" w:rsidRDefault="0009622B" w:rsidP="00DF6623">
            <w:pPr>
              <w:spacing w:after="0"/>
              <w:jc w:val="center"/>
            </w:pPr>
            <w:r>
              <w:t>287</w:t>
            </w:r>
          </w:p>
        </w:tc>
        <w:tc>
          <w:tcPr>
            <w:tcW w:w="7371" w:type="dxa"/>
            <w:tcMar>
              <w:top w:w="40" w:type="dxa"/>
              <w:left w:w="60" w:type="dxa"/>
              <w:bottom w:w="40" w:type="dxa"/>
              <w:right w:w="60" w:type="dxa"/>
            </w:tcMar>
            <w:vAlign w:val="center"/>
          </w:tcPr>
          <w:p w14:paraId="020737F9" w14:textId="77777777" w:rsidR="0009622B" w:rsidRPr="00CA0274" w:rsidRDefault="0009622B" w:rsidP="00DF6623">
            <w:pPr>
              <w:spacing w:after="0"/>
              <w:rPr>
                <w:lang w:val="ru-RU"/>
              </w:rPr>
            </w:pPr>
            <w:r w:rsidRPr="00CA0274">
              <w:rPr>
                <w:rFonts w:cs="Times New Roman"/>
                <w:lang w:val="ru-RU"/>
              </w:rPr>
              <w:t>Брюки, трико для мальчиков — Детские</w:t>
            </w:r>
          </w:p>
        </w:tc>
        <w:tc>
          <w:tcPr>
            <w:tcW w:w="737" w:type="dxa"/>
            <w:tcMar>
              <w:top w:w="40" w:type="dxa"/>
              <w:left w:w="60" w:type="dxa"/>
              <w:bottom w:w="40" w:type="dxa"/>
              <w:right w:w="60" w:type="dxa"/>
            </w:tcMar>
            <w:vAlign w:val="center"/>
          </w:tcPr>
          <w:p w14:paraId="69FAEF32" w14:textId="77777777" w:rsidR="0009622B" w:rsidRDefault="0009622B" w:rsidP="00DF6623">
            <w:pPr>
              <w:spacing w:after="0"/>
              <w:jc w:val="center"/>
            </w:pPr>
            <w:r>
              <w:rPr>
                <w:rFonts w:cs="Times New Roman"/>
              </w:rPr>
              <w:t>23</w:t>
            </w:r>
          </w:p>
        </w:tc>
        <w:tc>
          <w:tcPr>
            <w:tcW w:w="680" w:type="dxa"/>
            <w:tcMar>
              <w:top w:w="40" w:type="dxa"/>
              <w:left w:w="60" w:type="dxa"/>
              <w:bottom w:w="40" w:type="dxa"/>
              <w:right w:w="60" w:type="dxa"/>
            </w:tcMar>
            <w:vAlign w:val="center"/>
          </w:tcPr>
          <w:p w14:paraId="5AB743A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3AB637D" w14:textId="77777777" w:rsidR="009C1061" w:rsidRDefault="00441274">
            <w:pPr>
              <w:jc w:val="right"/>
            </w:pPr>
            <w:r>
              <w:t>300 руб.</w:t>
            </w:r>
          </w:p>
        </w:tc>
        <w:tc>
          <w:tcPr>
            <w:tcW w:w="1587" w:type="dxa"/>
            <w:tcMar>
              <w:top w:w="40" w:type="dxa"/>
              <w:left w:w="60" w:type="dxa"/>
              <w:bottom w:w="40" w:type="dxa"/>
              <w:right w:w="60" w:type="dxa"/>
            </w:tcMar>
            <w:vAlign w:val="center"/>
          </w:tcPr>
          <w:p w14:paraId="21149BFD" w14:textId="77777777" w:rsidR="009C1061" w:rsidRDefault="00441274">
            <w:pPr>
              <w:jc w:val="right"/>
            </w:pPr>
            <w:r>
              <w:t>6 900 руб.</w:t>
            </w:r>
          </w:p>
        </w:tc>
      </w:tr>
      <w:tr w:rsidR="0009622B" w14:paraId="10C17A5F" w14:textId="77777777" w:rsidTr="00DF6623">
        <w:trPr>
          <w:jc w:val="center"/>
        </w:trPr>
        <w:tc>
          <w:tcPr>
            <w:tcW w:w="453" w:type="dxa"/>
            <w:tcMar>
              <w:top w:w="40" w:type="dxa"/>
              <w:left w:w="60" w:type="dxa"/>
              <w:bottom w:w="40" w:type="dxa"/>
              <w:right w:w="60" w:type="dxa"/>
            </w:tcMar>
            <w:vAlign w:val="center"/>
          </w:tcPr>
          <w:p w14:paraId="5404C82A" w14:textId="77777777" w:rsidR="0009622B" w:rsidRDefault="0009622B" w:rsidP="00DF6623">
            <w:pPr>
              <w:spacing w:after="0"/>
              <w:jc w:val="center"/>
            </w:pPr>
            <w:r>
              <w:t>288</w:t>
            </w:r>
          </w:p>
        </w:tc>
        <w:tc>
          <w:tcPr>
            <w:tcW w:w="7371" w:type="dxa"/>
            <w:tcMar>
              <w:top w:w="40" w:type="dxa"/>
              <w:left w:w="60" w:type="dxa"/>
              <w:bottom w:w="40" w:type="dxa"/>
              <w:right w:w="60" w:type="dxa"/>
            </w:tcMar>
            <w:vAlign w:val="center"/>
          </w:tcPr>
          <w:p w14:paraId="567FC36E" w14:textId="77777777" w:rsidR="0009622B" w:rsidRDefault="0009622B" w:rsidP="00DF6623">
            <w:pPr>
              <w:spacing w:after="0"/>
            </w:pPr>
            <w:proofErr w:type="spellStart"/>
            <w:r>
              <w:rPr>
                <w:rFonts w:cs="Times New Roman"/>
              </w:rPr>
              <w:t>Кальсоны</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мальчиков</w:t>
            </w:r>
            <w:proofErr w:type="spellEnd"/>
          </w:p>
        </w:tc>
        <w:tc>
          <w:tcPr>
            <w:tcW w:w="737" w:type="dxa"/>
            <w:tcMar>
              <w:top w:w="40" w:type="dxa"/>
              <w:left w:w="60" w:type="dxa"/>
              <w:bottom w:w="40" w:type="dxa"/>
              <w:right w:w="60" w:type="dxa"/>
            </w:tcMar>
            <w:vAlign w:val="center"/>
          </w:tcPr>
          <w:p w14:paraId="7E793A6F" w14:textId="77777777" w:rsidR="0009622B" w:rsidRDefault="0009622B" w:rsidP="00DF6623">
            <w:pPr>
              <w:spacing w:after="0"/>
              <w:jc w:val="center"/>
            </w:pPr>
            <w:r>
              <w:rPr>
                <w:rFonts w:cs="Times New Roman"/>
              </w:rPr>
              <w:t>26</w:t>
            </w:r>
          </w:p>
        </w:tc>
        <w:tc>
          <w:tcPr>
            <w:tcW w:w="680" w:type="dxa"/>
            <w:tcMar>
              <w:top w:w="40" w:type="dxa"/>
              <w:left w:w="60" w:type="dxa"/>
              <w:bottom w:w="40" w:type="dxa"/>
              <w:right w:w="60" w:type="dxa"/>
            </w:tcMar>
            <w:vAlign w:val="center"/>
          </w:tcPr>
          <w:p w14:paraId="0BC3AE9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D0E5AEE" w14:textId="77777777" w:rsidR="009C1061" w:rsidRDefault="00441274">
            <w:pPr>
              <w:jc w:val="right"/>
            </w:pPr>
            <w:r>
              <w:t>120 руб.</w:t>
            </w:r>
          </w:p>
        </w:tc>
        <w:tc>
          <w:tcPr>
            <w:tcW w:w="1587" w:type="dxa"/>
            <w:tcMar>
              <w:top w:w="40" w:type="dxa"/>
              <w:left w:w="60" w:type="dxa"/>
              <w:bottom w:w="40" w:type="dxa"/>
              <w:right w:w="60" w:type="dxa"/>
            </w:tcMar>
            <w:vAlign w:val="center"/>
          </w:tcPr>
          <w:p w14:paraId="5AC34882" w14:textId="77777777" w:rsidR="009C1061" w:rsidRDefault="00441274">
            <w:pPr>
              <w:jc w:val="right"/>
            </w:pPr>
            <w:r>
              <w:t>3 120 руб.</w:t>
            </w:r>
          </w:p>
        </w:tc>
      </w:tr>
      <w:tr w:rsidR="0009622B" w14:paraId="22B91D50" w14:textId="77777777" w:rsidTr="00DF6623">
        <w:trPr>
          <w:jc w:val="center"/>
        </w:trPr>
        <w:tc>
          <w:tcPr>
            <w:tcW w:w="453" w:type="dxa"/>
            <w:tcMar>
              <w:top w:w="40" w:type="dxa"/>
              <w:left w:w="60" w:type="dxa"/>
              <w:bottom w:w="40" w:type="dxa"/>
              <w:right w:w="60" w:type="dxa"/>
            </w:tcMar>
            <w:vAlign w:val="center"/>
          </w:tcPr>
          <w:p w14:paraId="69804B80" w14:textId="77777777" w:rsidR="0009622B" w:rsidRDefault="0009622B" w:rsidP="00DF6623">
            <w:pPr>
              <w:spacing w:after="0"/>
              <w:jc w:val="center"/>
            </w:pPr>
            <w:r>
              <w:t>289</w:t>
            </w:r>
          </w:p>
        </w:tc>
        <w:tc>
          <w:tcPr>
            <w:tcW w:w="7371" w:type="dxa"/>
            <w:tcMar>
              <w:top w:w="40" w:type="dxa"/>
              <w:left w:w="60" w:type="dxa"/>
              <w:bottom w:w="40" w:type="dxa"/>
              <w:right w:w="60" w:type="dxa"/>
            </w:tcMar>
            <w:vAlign w:val="center"/>
          </w:tcPr>
          <w:p w14:paraId="79DD6828" w14:textId="77777777" w:rsidR="0009622B" w:rsidRPr="00CA0274" w:rsidRDefault="0009622B" w:rsidP="00DF6623">
            <w:pPr>
              <w:spacing w:after="0"/>
              <w:rPr>
                <w:lang w:val="ru-RU"/>
              </w:rPr>
            </w:pPr>
            <w:r w:rsidRPr="00CA0274">
              <w:rPr>
                <w:rFonts w:cs="Times New Roman"/>
                <w:lang w:val="ru-RU"/>
              </w:rPr>
              <w:t>Водолазки для девочек — Разные размеры</w:t>
            </w:r>
          </w:p>
        </w:tc>
        <w:tc>
          <w:tcPr>
            <w:tcW w:w="737" w:type="dxa"/>
            <w:tcMar>
              <w:top w:w="40" w:type="dxa"/>
              <w:left w:w="60" w:type="dxa"/>
              <w:bottom w:w="40" w:type="dxa"/>
              <w:right w:w="60" w:type="dxa"/>
            </w:tcMar>
            <w:vAlign w:val="center"/>
          </w:tcPr>
          <w:p w14:paraId="3DF1ADA2" w14:textId="77777777" w:rsidR="0009622B" w:rsidRDefault="0009622B" w:rsidP="00DF6623">
            <w:pPr>
              <w:spacing w:after="0"/>
              <w:jc w:val="center"/>
            </w:pPr>
            <w:r>
              <w:rPr>
                <w:rFonts w:cs="Times New Roman"/>
              </w:rPr>
              <w:t>61</w:t>
            </w:r>
          </w:p>
        </w:tc>
        <w:tc>
          <w:tcPr>
            <w:tcW w:w="680" w:type="dxa"/>
            <w:tcMar>
              <w:top w:w="40" w:type="dxa"/>
              <w:left w:w="60" w:type="dxa"/>
              <w:bottom w:w="40" w:type="dxa"/>
              <w:right w:w="60" w:type="dxa"/>
            </w:tcMar>
            <w:vAlign w:val="center"/>
          </w:tcPr>
          <w:p w14:paraId="7B9EF74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C81D11D" w14:textId="77777777" w:rsidR="009C1061" w:rsidRDefault="00441274">
            <w:pPr>
              <w:jc w:val="right"/>
            </w:pPr>
            <w:r>
              <w:t>180 руб.</w:t>
            </w:r>
          </w:p>
        </w:tc>
        <w:tc>
          <w:tcPr>
            <w:tcW w:w="1587" w:type="dxa"/>
            <w:tcMar>
              <w:top w:w="40" w:type="dxa"/>
              <w:left w:w="60" w:type="dxa"/>
              <w:bottom w:w="40" w:type="dxa"/>
              <w:right w:w="60" w:type="dxa"/>
            </w:tcMar>
            <w:vAlign w:val="center"/>
          </w:tcPr>
          <w:p w14:paraId="3B40097F" w14:textId="77777777" w:rsidR="009C1061" w:rsidRDefault="00441274">
            <w:pPr>
              <w:jc w:val="right"/>
            </w:pPr>
            <w:r>
              <w:t>10 980 руб.</w:t>
            </w:r>
          </w:p>
        </w:tc>
      </w:tr>
      <w:tr w:rsidR="0009622B" w14:paraId="0A4442C8" w14:textId="77777777" w:rsidTr="00DF6623">
        <w:trPr>
          <w:jc w:val="center"/>
        </w:trPr>
        <w:tc>
          <w:tcPr>
            <w:tcW w:w="453" w:type="dxa"/>
            <w:tcMar>
              <w:top w:w="40" w:type="dxa"/>
              <w:left w:w="60" w:type="dxa"/>
              <w:bottom w:w="40" w:type="dxa"/>
              <w:right w:w="60" w:type="dxa"/>
            </w:tcMar>
            <w:vAlign w:val="center"/>
          </w:tcPr>
          <w:p w14:paraId="32A6472D" w14:textId="77777777" w:rsidR="0009622B" w:rsidRDefault="0009622B" w:rsidP="00DF6623">
            <w:pPr>
              <w:spacing w:after="0"/>
              <w:jc w:val="center"/>
            </w:pPr>
            <w:r>
              <w:t>290</w:t>
            </w:r>
          </w:p>
        </w:tc>
        <w:tc>
          <w:tcPr>
            <w:tcW w:w="7371" w:type="dxa"/>
            <w:tcMar>
              <w:top w:w="40" w:type="dxa"/>
              <w:left w:w="60" w:type="dxa"/>
              <w:bottom w:w="40" w:type="dxa"/>
              <w:right w:w="60" w:type="dxa"/>
            </w:tcMar>
            <w:vAlign w:val="center"/>
          </w:tcPr>
          <w:p w14:paraId="30055D45" w14:textId="77777777" w:rsidR="0009622B" w:rsidRDefault="0009622B" w:rsidP="00DF6623">
            <w:pPr>
              <w:spacing w:after="0"/>
            </w:pPr>
            <w:proofErr w:type="spellStart"/>
            <w:r>
              <w:rPr>
                <w:rFonts w:cs="Times New Roman"/>
              </w:rPr>
              <w:t>Джемперы</w:t>
            </w:r>
            <w:proofErr w:type="spellEnd"/>
            <w:r>
              <w:rPr>
                <w:rFonts w:cs="Times New Roman"/>
              </w:rPr>
              <w:t xml:space="preserve"> </w:t>
            </w:r>
            <w:proofErr w:type="spellStart"/>
            <w:r>
              <w:rPr>
                <w:rFonts w:cs="Times New Roman"/>
              </w:rPr>
              <w:t>детские</w:t>
            </w:r>
            <w:proofErr w:type="spellEnd"/>
            <w:r>
              <w:rPr>
                <w:rFonts w:cs="Times New Roman"/>
              </w:rPr>
              <w:t xml:space="preserve"> — </w:t>
            </w:r>
            <w:proofErr w:type="spellStart"/>
            <w:r>
              <w:rPr>
                <w:rFonts w:cs="Times New Roman"/>
              </w:rPr>
              <w:t>Разные</w:t>
            </w:r>
            <w:proofErr w:type="spellEnd"/>
            <w:r>
              <w:rPr>
                <w:rFonts w:cs="Times New Roman"/>
              </w:rPr>
              <w:t xml:space="preserve"> </w:t>
            </w:r>
            <w:proofErr w:type="spellStart"/>
            <w:r>
              <w:rPr>
                <w:rFonts w:cs="Times New Roman"/>
              </w:rPr>
              <w:t>размеры</w:t>
            </w:r>
            <w:proofErr w:type="spellEnd"/>
          </w:p>
        </w:tc>
        <w:tc>
          <w:tcPr>
            <w:tcW w:w="737" w:type="dxa"/>
            <w:tcMar>
              <w:top w:w="40" w:type="dxa"/>
              <w:left w:w="60" w:type="dxa"/>
              <w:bottom w:w="40" w:type="dxa"/>
              <w:right w:w="60" w:type="dxa"/>
            </w:tcMar>
            <w:vAlign w:val="center"/>
          </w:tcPr>
          <w:p w14:paraId="58D7E453" w14:textId="77777777" w:rsidR="0009622B" w:rsidRDefault="0009622B" w:rsidP="00DF6623">
            <w:pPr>
              <w:spacing w:after="0"/>
              <w:jc w:val="center"/>
            </w:pPr>
            <w:r>
              <w:rPr>
                <w:rFonts w:cs="Times New Roman"/>
              </w:rPr>
              <w:t>30</w:t>
            </w:r>
          </w:p>
        </w:tc>
        <w:tc>
          <w:tcPr>
            <w:tcW w:w="680" w:type="dxa"/>
            <w:tcMar>
              <w:top w:w="40" w:type="dxa"/>
              <w:left w:w="60" w:type="dxa"/>
              <w:bottom w:w="40" w:type="dxa"/>
              <w:right w:w="60" w:type="dxa"/>
            </w:tcMar>
            <w:vAlign w:val="center"/>
          </w:tcPr>
          <w:p w14:paraId="6D5F303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7C8EB84" w14:textId="77777777" w:rsidR="009C1061" w:rsidRDefault="00441274">
            <w:pPr>
              <w:jc w:val="right"/>
            </w:pPr>
            <w:r>
              <w:t>180 руб.</w:t>
            </w:r>
          </w:p>
        </w:tc>
        <w:tc>
          <w:tcPr>
            <w:tcW w:w="1587" w:type="dxa"/>
            <w:tcMar>
              <w:top w:w="40" w:type="dxa"/>
              <w:left w:w="60" w:type="dxa"/>
              <w:bottom w:w="40" w:type="dxa"/>
              <w:right w:w="60" w:type="dxa"/>
            </w:tcMar>
            <w:vAlign w:val="center"/>
          </w:tcPr>
          <w:p w14:paraId="720022CF" w14:textId="77777777" w:rsidR="009C1061" w:rsidRDefault="00441274">
            <w:pPr>
              <w:jc w:val="right"/>
            </w:pPr>
            <w:r>
              <w:t>5 400 руб.</w:t>
            </w:r>
          </w:p>
        </w:tc>
      </w:tr>
      <w:tr w:rsidR="0009622B" w14:paraId="53BD3509" w14:textId="77777777" w:rsidTr="00DF6623">
        <w:trPr>
          <w:jc w:val="center"/>
        </w:trPr>
        <w:tc>
          <w:tcPr>
            <w:tcW w:w="453" w:type="dxa"/>
            <w:tcMar>
              <w:top w:w="40" w:type="dxa"/>
              <w:left w:w="60" w:type="dxa"/>
              <w:bottom w:w="40" w:type="dxa"/>
              <w:right w:w="60" w:type="dxa"/>
            </w:tcMar>
            <w:vAlign w:val="center"/>
          </w:tcPr>
          <w:p w14:paraId="77C2B590" w14:textId="77777777" w:rsidR="0009622B" w:rsidRDefault="0009622B" w:rsidP="00DF6623">
            <w:pPr>
              <w:spacing w:after="0"/>
              <w:jc w:val="center"/>
            </w:pPr>
            <w:r>
              <w:t>291</w:t>
            </w:r>
          </w:p>
        </w:tc>
        <w:tc>
          <w:tcPr>
            <w:tcW w:w="7371" w:type="dxa"/>
            <w:tcMar>
              <w:top w:w="40" w:type="dxa"/>
              <w:left w:w="60" w:type="dxa"/>
              <w:bottom w:w="40" w:type="dxa"/>
              <w:right w:w="60" w:type="dxa"/>
            </w:tcMar>
            <w:vAlign w:val="center"/>
          </w:tcPr>
          <w:p w14:paraId="03BC5D63" w14:textId="77777777" w:rsidR="0009622B" w:rsidRPr="00CA0274" w:rsidRDefault="0009622B" w:rsidP="00DF6623">
            <w:pPr>
              <w:spacing w:after="0"/>
              <w:rPr>
                <w:lang w:val="ru-RU"/>
              </w:rPr>
            </w:pPr>
            <w:r w:rsidRPr="00CA0274">
              <w:rPr>
                <w:rFonts w:cs="Times New Roman"/>
                <w:lang w:val="ru-RU"/>
              </w:rPr>
              <w:t>Майки для девочек — Разные размеры</w:t>
            </w:r>
          </w:p>
        </w:tc>
        <w:tc>
          <w:tcPr>
            <w:tcW w:w="737" w:type="dxa"/>
            <w:tcMar>
              <w:top w:w="40" w:type="dxa"/>
              <w:left w:w="60" w:type="dxa"/>
              <w:bottom w:w="40" w:type="dxa"/>
              <w:right w:w="60" w:type="dxa"/>
            </w:tcMar>
            <w:vAlign w:val="center"/>
          </w:tcPr>
          <w:p w14:paraId="6C574D0B" w14:textId="77777777" w:rsidR="0009622B" w:rsidRDefault="0009622B" w:rsidP="00DF6623">
            <w:pPr>
              <w:spacing w:after="0"/>
              <w:jc w:val="center"/>
            </w:pPr>
            <w:r>
              <w:rPr>
                <w:rFonts w:cs="Times New Roman"/>
              </w:rPr>
              <w:t>60</w:t>
            </w:r>
          </w:p>
        </w:tc>
        <w:tc>
          <w:tcPr>
            <w:tcW w:w="680" w:type="dxa"/>
            <w:tcMar>
              <w:top w:w="40" w:type="dxa"/>
              <w:left w:w="60" w:type="dxa"/>
              <w:bottom w:w="40" w:type="dxa"/>
              <w:right w:w="60" w:type="dxa"/>
            </w:tcMar>
            <w:vAlign w:val="center"/>
          </w:tcPr>
          <w:p w14:paraId="6C33940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1C2EC9F" w14:textId="77777777" w:rsidR="009C1061" w:rsidRDefault="00441274">
            <w:pPr>
              <w:jc w:val="right"/>
            </w:pPr>
            <w:r>
              <w:t>80 руб.</w:t>
            </w:r>
          </w:p>
        </w:tc>
        <w:tc>
          <w:tcPr>
            <w:tcW w:w="1587" w:type="dxa"/>
            <w:tcMar>
              <w:top w:w="40" w:type="dxa"/>
              <w:left w:w="60" w:type="dxa"/>
              <w:bottom w:w="40" w:type="dxa"/>
              <w:right w:w="60" w:type="dxa"/>
            </w:tcMar>
            <w:vAlign w:val="center"/>
          </w:tcPr>
          <w:p w14:paraId="7DFC5105" w14:textId="77777777" w:rsidR="009C1061" w:rsidRDefault="00441274">
            <w:pPr>
              <w:jc w:val="right"/>
            </w:pPr>
            <w:r>
              <w:t>4 800 руб.</w:t>
            </w:r>
          </w:p>
        </w:tc>
      </w:tr>
      <w:tr w:rsidR="0009622B" w14:paraId="3E9047FA" w14:textId="77777777" w:rsidTr="00DF6623">
        <w:trPr>
          <w:jc w:val="center"/>
        </w:trPr>
        <w:tc>
          <w:tcPr>
            <w:tcW w:w="453" w:type="dxa"/>
            <w:tcMar>
              <w:top w:w="40" w:type="dxa"/>
              <w:left w:w="60" w:type="dxa"/>
              <w:bottom w:w="40" w:type="dxa"/>
              <w:right w:w="60" w:type="dxa"/>
            </w:tcMar>
            <w:vAlign w:val="center"/>
          </w:tcPr>
          <w:p w14:paraId="1CA87CCD" w14:textId="77777777" w:rsidR="0009622B" w:rsidRDefault="0009622B" w:rsidP="00DF6623">
            <w:pPr>
              <w:spacing w:after="0"/>
              <w:jc w:val="center"/>
            </w:pPr>
            <w:r>
              <w:t>292</w:t>
            </w:r>
          </w:p>
        </w:tc>
        <w:tc>
          <w:tcPr>
            <w:tcW w:w="7371" w:type="dxa"/>
            <w:tcMar>
              <w:top w:w="40" w:type="dxa"/>
              <w:left w:w="60" w:type="dxa"/>
              <w:bottom w:w="40" w:type="dxa"/>
              <w:right w:w="60" w:type="dxa"/>
            </w:tcMar>
            <w:vAlign w:val="center"/>
          </w:tcPr>
          <w:p w14:paraId="06C898D9" w14:textId="77777777" w:rsidR="0009622B" w:rsidRDefault="0009622B" w:rsidP="00DF6623">
            <w:pPr>
              <w:spacing w:after="0"/>
            </w:pPr>
            <w:proofErr w:type="spellStart"/>
            <w:r>
              <w:rPr>
                <w:rFonts w:cs="Times New Roman"/>
              </w:rPr>
              <w:t>Пижама</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девочек</w:t>
            </w:r>
            <w:proofErr w:type="spellEnd"/>
          </w:p>
        </w:tc>
        <w:tc>
          <w:tcPr>
            <w:tcW w:w="737" w:type="dxa"/>
            <w:tcMar>
              <w:top w:w="40" w:type="dxa"/>
              <w:left w:w="60" w:type="dxa"/>
              <w:bottom w:w="40" w:type="dxa"/>
              <w:right w:w="60" w:type="dxa"/>
            </w:tcMar>
            <w:vAlign w:val="center"/>
          </w:tcPr>
          <w:p w14:paraId="589C5E2D" w14:textId="77777777" w:rsidR="0009622B" w:rsidRDefault="0009622B" w:rsidP="00DF6623">
            <w:pPr>
              <w:spacing w:after="0"/>
              <w:jc w:val="center"/>
            </w:pPr>
            <w:r>
              <w:rPr>
                <w:rFonts w:cs="Times New Roman"/>
              </w:rPr>
              <w:t>41</w:t>
            </w:r>
          </w:p>
        </w:tc>
        <w:tc>
          <w:tcPr>
            <w:tcW w:w="680" w:type="dxa"/>
            <w:tcMar>
              <w:top w:w="40" w:type="dxa"/>
              <w:left w:w="60" w:type="dxa"/>
              <w:bottom w:w="40" w:type="dxa"/>
              <w:right w:w="60" w:type="dxa"/>
            </w:tcMar>
            <w:vAlign w:val="center"/>
          </w:tcPr>
          <w:p w14:paraId="01D5B7A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EF3F45B" w14:textId="77777777" w:rsidR="009C1061" w:rsidRDefault="00441274">
            <w:pPr>
              <w:jc w:val="right"/>
            </w:pPr>
            <w:r>
              <w:t>250 руб.</w:t>
            </w:r>
          </w:p>
        </w:tc>
        <w:tc>
          <w:tcPr>
            <w:tcW w:w="1587" w:type="dxa"/>
            <w:tcMar>
              <w:top w:w="40" w:type="dxa"/>
              <w:left w:w="60" w:type="dxa"/>
              <w:bottom w:w="40" w:type="dxa"/>
              <w:right w:w="60" w:type="dxa"/>
            </w:tcMar>
            <w:vAlign w:val="center"/>
          </w:tcPr>
          <w:p w14:paraId="6FF25413" w14:textId="77777777" w:rsidR="009C1061" w:rsidRDefault="00441274">
            <w:pPr>
              <w:jc w:val="right"/>
            </w:pPr>
            <w:r>
              <w:t>10 250 руб.</w:t>
            </w:r>
          </w:p>
        </w:tc>
      </w:tr>
      <w:tr w:rsidR="0009622B" w14:paraId="34D36976" w14:textId="77777777" w:rsidTr="00DF6623">
        <w:trPr>
          <w:jc w:val="center"/>
        </w:trPr>
        <w:tc>
          <w:tcPr>
            <w:tcW w:w="453" w:type="dxa"/>
            <w:tcMar>
              <w:top w:w="40" w:type="dxa"/>
              <w:left w:w="60" w:type="dxa"/>
              <w:bottom w:w="40" w:type="dxa"/>
              <w:right w:w="60" w:type="dxa"/>
            </w:tcMar>
            <w:vAlign w:val="center"/>
          </w:tcPr>
          <w:p w14:paraId="40260B07" w14:textId="77777777" w:rsidR="0009622B" w:rsidRDefault="0009622B" w:rsidP="00DF6623">
            <w:pPr>
              <w:spacing w:after="0"/>
              <w:jc w:val="center"/>
            </w:pPr>
            <w:r>
              <w:t>293</w:t>
            </w:r>
          </w:p>
        </w:tc>
        <w:tc>
          <w:tcPr>
            <w:tcW w:w="7371" w:type="dxa"/>
            <w:tcMar>
              <w:top w:w="40" w:type="dxa"/>
              <w:left w:w="60" w:type="dxa"/>
              <w:bottom w:w="40" w:type="dxa"/>
              <w:right w:w="60" w:type="dxa"/>
            </w:tcMar>
            <w:vAlign w:val="center"/>
          </w:tcPr>
          <w:p w14:paraId="0E81D0C8" w14:textId="77777777" w:rsidR="0009622B" w:rsidRPr="00CA0274" w:rsidRDefault="0009622B" w:rsidP="00DF6623">
            <w:pPr>
              <w:spacing w:after="0"/>
              <w:rPr>
                <w:lang w:val="ru-RU"/>
              </w:rPr>
            </w:pPr>
            <w:r w:rsidRPr="00CA0274">
              <w:rPr>
                <w:rFonts w:cs="Times New Roman"/>
                <w:lang w:val="ru-RU"/>
              </w:rPr>
              <w:t>Комплект для девочек (шорты + майка)</w:t>
            </w:r>
          </w:p>
        </w:tc>
        <w:tc>
          <w:tcPr>
            <w:tcW w:w="737" w:type="dxa"/>
            <w:tcMar>
              <w:top w:w="40" w:type="dxa"/>
              <w:left w:w="60" w:type="dxa"/>
              <w:bottom w:w="40" w:type="dxa"/>
              <w:right w:w="60" w:type="dxa"/>
            </w:tcMar>
            <w:vAlign w:val="center"/>
          </w:tcPr>
          <w:p w14:paraId="253335D7" w14:textId="77777777" w:rsidR="0009622B" w:rsidRDefault="0009622B" w:rsidP="00DF6623">
            <w:pPr>
              <w:spacing w:after="0"/>
              <w:jc w:val="center"/>
            </w:pPr>
            <w:r>
              <w:rPr>
                <w:rFonts w:cs="Times New Roman"/>
              </w:rPr>
              <w:t>28</w:t>
            </w:r>
          </w:p>
        </w:tc>
        <w:tc>
          <w:tcPr>
            <w:tcW w:w="680" w:type="dxa"/>
            <w:tcMar>
              <w:top w:w="40" w:type="dxa"/>
              <w:left w:w="60" w:type="dxa"/>
              <w:bottom w:w="40" w:type="dxa"/>
              <w:right w:w="60" w:type="dxa"/>
            </w:tcMar>
            <w:vAlign w:val="center"/>
          </w:tcPr>
          <w:p w14:paraId="38A540E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6B71EC1" w14:textId="77777777" w:rsidR="009C1061" w:rsidRDefault="00441274">
            <w:pPr>
              <w:jc w:val="right"/>
            </w:pPr>
            <w:r>
              <w:t>80 руб.</w:t>
            </w:r>
          </w:p>
        </w:tc>
        <w:tc>
          <w:tcPr>
            <w:tcW w:w="1587" w:type="dxa"/>
            <w:tcMar>
              <w:top w:w="40" w:type="dxa"/>
              <w:left w:w="60" w:type="dxa"/>
              <w:bottom w:w="40" w:type="dxa"/>
              <w:right w:w="60" w:type="dxa"/>
            </w:tcMar>
            <w:vAlign w:val="center"/>
          </w:tcPr>
          <w:p w14:paraId="2A23A73C" w14:textId="77777777" w:rsidR="009C1061" w:rsidRDefault="00441274">
            <w:pPr>
              <w:jc w:val="right"/>
            </w:pPr>
            <w:r>
              <w:t>2 240 руб.</w:t>
            </w:r>
          </w:p>
        </w:tc>
      </w:tr>
      <w:tr w:rsidR="0009622B" w14:paraId="5C873B9D" w14:textId="77777777" w:rsidTr="00DF6623">
        <w:trPr>
          <w:jc w:val="center"/>
        </w:trPr>
        <w:tc>
          <w:tcPr>
            <w:tcW w:w="453" w:type="dxa"/>
            <w:tcMar>
              <w:top w:w="40" w:type="dxa"/>
              <w:left w:w="60" w:type="dxa"/>
              <w:bottom w:w="40" w:type="dxa"/>
              <w:right w:w="60" w:type="dxa"/>
            </w:tcMar>
            <w:vAlign w:val="center"/>
          </w:tcPr>
          <w:p w14:paraId="2D81A457" w14:textId="77777777" w:rsidR="0009622B" w:rsidRDefault="0009622B" w:rsidP="00DF6623">
            <w:pPr>
              <w:spacing w:after="0"/>
              <w:jc w:val="center"/>
            </w:pPr>
            <w:r>
              <w:t>294</w:t>
            </w:r>
          </w:p>
        </w:tc>
        <w:tc>
          <w:tcPr>
            <w:tcW w:w="7371" w:type="dxa"/>
            <w:tcMar>
              <w:top w:w="40" w:type="dxa"/>
              <w:left w:w="60" w:type="dxa"/>
              <w:bottom w:w="40" w:type="dxa"/>
              <w:right w:w="60" w:type="dxa"/>
            </w:tcMar>
            <w:vAlign w:val="center"/>
          </w:tcPr>
          <w:p w14:paraId="618A7A97" w14:textId="77777777" w:rsidR="0009622B" w:rsidRPr="00CA0274" w:rsidRDefault="0009622B" w:rsidP="00DF6623">
            <w:pPr>
              <w:spacing w:after="0"/>
              <w:rPr>
                <w:lang w:val="ru-RU"/>
              </w:rPr>
            </w:pPr>
            <w:r w:rsidRPr="00CA0274">
              <w:rPr>
                <w:rFonts w:cs="Times New Roman"/>
                <w:lang w:val="ru-RU"/>
              </w:rPr>
              <w:t>Платья вязаные, туники — Для девочек</w:t>
            </w:r>
          </w:p>
        </w:tc>
        <w:tc>
          <w:tcPr>
            <w:tcW w:w="737" w:type="dxa"/>
            <w:tcMar>
              <w:top w:w="40" w:type="dxa"/>
              <w:left w:w="60" w:type="dxa"/>
              <w:bottom w:w="40" w:type="dxa"/>
              <w:right w:w="60" w:type="dxa"/>
            </w:tcMar>
            <w:vAlign w:val="center"/>
          </w:tcPr>
          <w:p w14:paraId="188DDCA8" w14:textId="77777777" w:rsidR="0009622B" w:rsidRDefault="0009622B" w:rsidP="00DF6623">
            <w:pPr>
              <w:spacing w:after="0"/>
              <w:jc w:val="center"/>
            </w:pPr>
            <w:r>
              <w:rPr>
                <w:rFonts w:cs="Times New Roman"/>
              </w:rPr>
              <w:t>34</w:t>
            </w:r>
          </w:p>
        </w:tc>
        <w:tc>
          <w:tcPr>
            <w:tcW w:w="680" w:type="dxa"/>
            <w:tcMar>
              <w:top w:w="40" w:type="dxa"/>
              <w:left w:w="60" w:type="dxa"/>
              <w:bottom w:w="40" w:type="dxa"/>
              <w:right w:w="60" w:type="dxa"/>
            </w:tcMar>
            <w:vAlign w:val="center"/>
          </w:tcPr>
          <w:p w14:paraId="1556DEC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0ADC958" w14:textId="77777777" w:rsidR="009C1061" w:rsidRDefault="00441274">
            <w:pPr>
              <w:jc w:val="right"/>
            </w:pPr>
            <w:r>
              <w:t>200 руб.</w:t>
            </w:r>
          </w:p>
        </w:tc>
        <w:tc>
          <w:tcPr>
            <w:tcW w:w="1587" w:type="dxa"/>
            <w:tcMar>
              <w:top w:w="40" w:type="dxa"/>
              <w:left w:w="60" w:type="dxa"/>
              <w:bottom w:w="40" w:type="dxa"/>
              <w:right w:w="60" w:type="dxa"/>
            </w:tcMar>
            <w:vAlign w:val="center"/>
          </w:tcPr>
          <w:p w14:paraId="66120644" w14:textId="77777777" w:rsidR="009C1061" w:rsidRDefault="00441274">
            <w:pPr>
              <w:jc w:val="right"/>
            </w:pPr>
            <w:r>
              <w:t>6 800 руб.</w:t>
            </w:r>
          </w:p>
        </w:tc>
      </w:tr>
      <w:tr w:rsidR="0009622B" w14:paraId="397D7328" w14:textId="77777777" w:rsidTr="00DF6623">
        <w:trPr>
          <w:jc w:val="center"/>
        </w:trPr>
        <w:tc>
          <w:tcPr>
            <w:tcW w:w="453" w:type="dxa"/>
            <w:tcMar>
              <w:top w:w="40" w:type="dxa"/>
              <w:left w:w="60" w:type="dxa"/>
              <w:bottom w:w="40" w:type="dxa"/>
              <w:right w:w="60" w:type="dxa"/>
            </w:tcMar>
            <w:vAlign w:val="center"/>
          </w:tcPr>
          <w:p w14:paraId="4B06D8DD" w14:textId="77777777" w:rsidR="0009622B" w:rsidRDefault="0009622B" w:rsidP="00DF6623">
            <w:pPr>
              <w:spacing w:after="0"/>
              <w:jc w:val="center"/>
            </w:pPr>
            <w:r>
              <w:lastRenderedPageBreak/>
              <w:t>295</w:t>
            </w:r>
          </w:p>
        </w:tc>
        <w:tc>
          <w:tcPr>
            <w:tcW w:w="7371" w:type="dxa"/>
            <w:tcMar>
              <w:top w:w="40" w:type="dxa"/>
              <w:left w:w="60" w:type="dxa"/>
              <w:bottom w:w="40" w:type="dxa"/>
              <w:right w:w="60" w:type="dxa"/>
            </w:tcMar>
            <w:vAlign w:val="center"/>
          </w:tcPr>
          <w:p w14:paraId="60BA8687" w14:textId="77777777" w:rsidR="0009622B" w:rsidRDefault="0009622B" w:rsidP="00DF6623">
            <w:pPr>
              <w:spacing w:after="0"/>
            </w:pPr>
            <w:proofErr w:type="spellStart"/>
            <w:r>
              <w:rPr>
                <w:rFonts w:cs="Times New Roman"/>
              </w:rPr>
              <w:t>Жакетики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девочек</w:t>
            </w:r>
            <w:proofErr w:type="spellEnd"/>
          </w:p>
        </w:tc>
        <w:tc>
          <w:tcPr>
            <w:tcW w:w="737" w:type="dxa"/>
            <w:tcMar>
              <w:top w:w="40" w:type="dxa"/>
              <w:left w:w="60" w:type="dxa"/>
              <w:bottom w:w="40" w:type="dxa"/>
              <w:right w:w="60" w:type="dxa"/>
            </w:tcMar>
            <w:vAlign w:val="center"/>
          </w:tcPr>
          <w:p w14:paraId="6EC7C6A0" w14:textId="77777777" w:rsidR="0009622B" w:rsidRDefault="0009622B" w:rsidP="00DF6623">
            <w:pPr>
              <w:spacing w:after="0"/>
              <w:jc w:val="center"/>
            </w:pPr>
            <w:r>
              <w:rPr>
                <w:rFonts w:cs="Times New Roman"/>
              </w:rPr>
              <w:t>6</w:t>
            </w:r>
          </w:p>
        </w:tc>
        <w:tc>
          <w:tcPr>
            <w:tcW w:w="680" w:type="dxa"/>
            <w:tcMar>
              <w:top w:w="40" w:type="dxa"/>
              <w:left w:w="60" w:type="dxa"/>
              <w:bottom w:w="40" w:type="dxa"/>
              <w:right w:w="60" w:type="dxa"/>
            </w:tcMar>
            <w:vAlign w:val="center"/>
          </w:tcPr>
          <w:p w14:paraId="011BE35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5EC18DB" w14:textId="77777777" w:rsidR="009C1061" w:rsidRDefault="00441274">
            <w:pPr>
              <w:jc w:val="right"/>
            </w:pPr>
            <w:r>
              <w:t>150 руб.</w:t>
            </w:r>
          </w:p>
        </w:tc>
        <w:tc>
          <w:tcPr>
            <w:tcW w:w="1587" w:type="dxa"/>
            <w:tcMar>
              <w:top w:w="40" w:type="dxa"/>
              <w:left w:w="60" w:type="dxa"/>
              <w:bottom w:w="40" w:type="dxa"/>
              <w:right w:w="60" w:type="dxa"/>
            </w:tcMar>
            <w:vAlign w:val="center"/>
          </w:tcPr>
          <w:p w14:paraId="6D824427" w14:textId="77777777" w:rsidR="009C1061" w:rsidRDefault="00441274">
            <w:pPr>
              <w:jc w:val="right"/>
            </w:pPr>
            <w:r>
              <w:t>900 руб.</w:t>
            </w:r>
          </w:p>
        </w:tc>
      </w:tr>
      <w:tr w:rsidR="0009622B" w14:paraId="049255CF" w14:textId="77777777" w:rsidTr="00DF6623">
        <w:trPr>
          <w:jc w:val="center"/>
        </w:trPr>
        <w:tc>
          <w:tcPr>
            <w:tcW w:w="453" w:type="dxa"/>
            <w:tcMar>
              <w:top w:w="40" w:type="dxa"/>
              <w:left w:w="60" w:type="dxa"/>
              <w:bottom w:w="40" w:type="dxa"/>
              <w:right w:w="60" w:type="dxa"/>
            </w:tcMar>
            <w:vAlign w:val="center"/>
          </w:tcPr>
          <w:p w14:paraId="1CB7A5D1" w14:textId="77777777" w:rsidR="0009622B" w:rsidRDefault="0009622B" w:rsidP="00DF6623">
            <w:pPr>
              <w:spacing w:after="0"/>
              <w:jc w:val="center"/>
            </w:pPr>
            <w:r>
              <w:t>296</w:t>
            </w:r>
          </w:p>
        </w:tc>
        <w:tc>
          <w:tcPr>
            <w:tcW w:w="7371" w:type="dxa"/>
            <w:tcMar>
              <w:top w:w="40" w:type="dxa"/>
              <w:left w:w="60" w:type="dxa"/>
              <w:bottom w:w="40" w:type="dxa"/>
              <w:right w:w="60" w:type="dxa"/>
            </w:tcMar>
            <w:vAlign w:val="center"/>
          </w:tcPr>
          <w:p w14:paraId="4C610610"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детские</w:t>
            </w:r>
            <w:proofErr w:type="spellEnd"/>
            <w:r>
              <w:rPr>
                <w:rFonts w:cs="Times New Roman"/>
              </w:rPr>
              <w:t xml:space="preserve"> </w:t>
            </w:r>
            <w:proofErr w:type="spellStart"/>
            <w:r>
              <w:rPr>
                <w:rFonts w:cs="Times New Roman"/>
              </w:rPr>
              <w:t>спортивные</w:t>
            </w:r>
            <w:proofErr w:type="spellEnd"/>
          </w:p>
        </w:tc>
        <w:tc>
          <w:tcPr>
            <w:tcW w:w="737" w:type="dxa"/>
            <w:tcMar>
              <w:top w:w="40" w:type="dxa"/>
              <w:left w:w="60" w:type="dxa"/>
              <w:bottom w:w="40" w:type="dxa"/>
              <w:right w:w="60" w:type="dxa"/>
            </w:tcMar>
            <w:vAlign w:val="center"/>
          </w:tcPr>
          <w:p w14:paraId="41326410" w14:textId="77777777" w:rsidR="0009622B" w:rsidRDefault="0009622B" w:rsidP="00DF6623">
            <w:pPr>
              <w:spacing w:after="0"/>
              <w:jc w:val="center"/>
            </w:pPr>
            <w:r>
              <w:rPr>
                <w:rFonts w:cs="Times New Roman"/>
              </w:rPr>
              <w:t>22</w:t>
            </w:r>
          </w:p>
        </w:tc>
        <w:tc>
          <w:tcPr>
            <w:tcW w:w="680" w:type="dxa"/>
            <w:tcMar>
              <w:top w:w="40" w:type="dxa"/>
              <w:left w:w="60" w:type="dxa"/>
              <w:bottom w:w="40" w:type="dxa"/>
              <w:right w:w="60" w:type="dxa"/>
            </w:tcMar>
            <w:vAlign w:val="center"/>
          </w:tcPr>
          <w:p w14:paraId="453581E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0C4FDFE" w14:textId="77777777" w:rsidR="009C1061" w:rsidRDefault="00441274">
            <w:pPr>
              <w:jc w:val="right"/>
            </w:pPr>
            <w:r>
              <w:t>300 руб.</w:t>
            </w:r>
          </w:p>
        </w:tc>
        <w:tc>
          <w:tcPr>
            <w:tcW w:w="1587" w:type="dxa"/>
            <w:tcMar>
              <w:top w:w="40" w:type="dxa"/>
              <w:left w:w="60" w:type="dxa"/>
              <w:bottom w:w="40" w:type="dxa"/>
              <w:right w:w="60" w:type="dxa"/>
            </w:tcMar>
            <w:vAlign w:val="center"/>
          </w:tcPr>
          <w:p w14:paraId="1050BDE9" w14:textId="77777777" w:rsidR="009C1061" w:rsidRDefault="00441274">
            <w:pPr>
              <w:jc w:val="right"/>
            </w:pPr>
            <w:r>
              <w:t>6 600 руб.</w:t>
            </w:r>
          </w:p>
        </w:tc>
      </w:tr>
      <w:tr w:rsidR="0009622B" w14:paraId="6303D03F" w14:textId="77777777" w:rsidTr="00DF6623">
        <w:trPr>
          <w:jc w:val="center"/>
        </w:trPr>
        <w:tc>
          <w:tcPr>
            <w:tcW w:w="453" w:type="dxa"/>
            <w:tcMar>
              <w:top w:w="40" w:type="dxa"/>
              <w:left w:w="60" w:type="dxa"/>
              <w:bottom w:w="40" w:type="dxa"/>
              <w:right w:w="60" w:type="dxa"/>
            </w:tcMar>
            <w:vAlign w:val="center"/>
          </w:tcPr>
          <w:p w14:paraId="7CF2A895" w14:textId="77777777" w:rsidR="0009622B" w:rsidRDefault="0009622B" w:rsidP="00DF6623">
            <w:pPr>
              <w:spacing w:after="0"/>
              <w:jc w:val="center"/>
            </w:pPr>
            <w:r>
              <w:t>297</w:t>
            </w:r>
          </w:p>
        </w:tc>
        <w:tc>
          <w:tcPr>
            <w:tcW w:w="7371" w:type="dxa"/>
            <w:tcMar>
              <w:top w:w="40" w:type="dxa"/>
              <w:left w:w="60" w:type="dxa"/>
              <w:bottom w:w="40" w:type="dxa"/>
              <w:right w:w="60" w:type="dxa"/>
            </w:tcMar>
            <w:vAlign w:val="center"/>
          </w:tcPr>
          <w:p w14:paraId="043A59CA" w14:textId="77777777" w:rsidR="0009622B" w:rsidRDefault="0009622B" w:rsidP="00DF6623">
            <w:pPr>
              <w:spacing w:after="0"/>
            </w:pPr>
            <w:proofErr w:type="spellStart"/>
            <w:r>
              <w:rPr>
                <w:rFonts w:cs="Times New Roman"/>
              </w:rPr>
              <w:t>Джинсы</w:t>
            </w:r>
            <w:proofErr w:type="spellEnd"/>
            <w:r>
              <w:rPr>
                <w:rFonts w:cs="Times New Roman"/>
              </w:rPr>
              <w:t xml:space="preserve"> </w:t>
            </w:r>
            <w:proofErr w:type="spellStart"/>
            <w:r>
              <w:rPr>
                <w:rFonts w:cs="Times New Roman"/>
              </w:rPr>
              <w:t>детские</w:t>
            </w:r>
            <w:proofErr w:type="spellEnd"/>
            <w:r>
              <w:rPr>
                <w:rFonts w:cs="Times New Roman"/>
              </w:rPr>
              <w:t xml:space="preserve"> — </w:t>
            </w:r>
            <w:proofErr w:type="spellStart"/>
            <w:r>
              <w:rPr>
                <w:rFonts w:cs="Times New Roman"/>
              </w:rPr>
              <w:t>Размеры</w:t>
            </w:r>
            <w:proofErr w:type="spellEnd"/>
            <w:r>
              <w:rPr>
                <w:rFonts w:cs="Times New Roman"/>
              </w:rPr>
              <w:t xml:space="preserve"> 18, 19, 20</w:t>
            </w:r>
          </w:p>
        </w:tc>
        <w:tc>
          <w:tcPr>
            <w:tcW w:w="737" w:type="dxa"/>
            <w:tcMar>
              <w:top w:w="40" w:type="dxa"/>
              <w:left w:w="60" w:type="dxa"/>
              <w:bottom w:w="40" w:type="dxa"/>
              <w:right w:w="60" w:type="dxa"/>
            </w:tcMar>
            <w:vAlign w:val="center"/>
          </w:tcPr>
          <w:p w14:paraId="4D933F06"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24E59C3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7A63442" w14:textId="77777777" w:rsidR="009C1061" w:rsidRDefault="00441274">
            <w:pPr>
              <w:jc w:val="right"/>
            </w:pPr>
            <w:r>
              <w:t>300 руб.</w:t>
            </w:r>
          </w:p>
        </w:tc>
        <w:tc>
          <w:tcPr>
            <w:tcW w:w="1587" w:type="dxa"/>
            <w:tcMar>
              <w:top w:w="40" w:type="dxa"/>
              <w:left w:w="60" w:type="dxa"/>
              <w:bottom w:w="40" w:type="dxa"/>
              <w:right w:w="60" w:type="dxa"/>
            </w:tcMar>
            <w:vAlign w:val="center"/>
          </w:tcPr>
          <w:p w14:paraId="5E2F98BF" w14:textId="77777777" w:rsidR="009C1061" w:rsidRDefault="00441274">
            <w:pPr>
              <w:jc w:val="right"/>
            </w:pPr>
            <w:r>
              <w:t>1 500 руб.</w:t>
            </w:r>
          </w:p>
        </w:tc>
      </w:tr>
      <w:tr w:rsidR="0009622B" w14:paraId="6DE0E3BC" w14:textId="77777777" w:rsidTr="00DF6623">
        <w:trPr>
          <w:jc w:val="center"/>
        </w:trPr>
        <w:tc>
          <w:tcPr>
            <w:tcW w:w="453" w:type="dxa"/>
            <w:tcMar>
              <w:top w:w="40" w:type="dxa"/>
              <w:left w:w="60" w:type="dxa"/>
              <w:bottom w:w="40" w:type="dxa"/>
              <w:right w:w="60" w:type="dxa"/>
            </w:tcMar>
            <w:vAlign w:val="center"/>
          </w:tcPr>
          <w:p w14:paraId="2458DA34" w14:textId="77777777" w:rsidR="0009622B" w:rsidRDefault="0009622B" w:rsidP="00DF6623">
            <w:pPr>
              <w:spacing w:after="0"/>
              <w:jc w:val="center"/>
            </w:pPr>
            <w:r>
              <w:t>298</w:t>
            </w:r>
          </w:p>
        </w:tc>
        <w:tc>
          <w:tcPr>
            <w:tcW w:w="7371" w:type="dxa"/>
            <w:tcMar>
              <w:top w:w="40" w:type="dxa"/>
              <w:left w:w="60" w:type="dxa"/>
              <w:bottom w:w="40" w:type="dxa"/>
              <w:right w:w="60" w:type="dxa"/>
            </w:tcMar>
            <w:vAlign w:val="center"/>
          </w:tcPr>
          <w:p w14:paraId="7FB7C425" w14:textId="77777777" w:rsidR="0009622B" w:rsidRDefault="0009622B" w:rsidP="00DF6623">
            <w:pPr>
              <w:spacing w:after="0"/>
            </w:pPr>
            <w:proofErr w:type="spellStart"/>
            <w:r>
              <w:rPr>
                <w:rFonts w:cs="Times New Roman"/>
              </w:rPr>
              <w:t>Лосины</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девочек</w:t>
            </w:r>
            <w:proofErr w:type="spellEnd"/>
          </w:p>
        </w:tc>
        <w:tc>
          <w:tcPr>
            <w:tcW w:w="737" w:type="dxa"/>
            <w:tcMar>
              <w:top w:w="40" w:type="dxa"/>
              <w:left w:w="60" w:type="dxa"/>
              <w:bottom w:w="40" w:type="dxa"/>
              <w:right w:w="60" w:type="dxa"/>
            </w:tcMar>
            <w:vAlign w:val="center"/>
          </w:tcPr>
          <w:p w14:paraId="47ECB5AE"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5F029FF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2BF92B6" w14:textId="77777777" w:rsidR="009C1061" w:rsidRDefault="00441274">
            <w:pPr>
              <w:jc w:val="right"/>
            </w:pPr>
            <w:r>
              <w:t>80 руб.</w:t>
            </w:r>
          </w:p>
        </w:tc>
        <w:tc>
          <w:tcPr>
            <w:tcW w:w="1587" w:type="dxa"/>
            <w:tcMar>
              <w:top w:w="40" w:type="dxa"/>
              <w:left w:w="60" w:type="dxa"/>
              <w:bottom w:w="40" w:type="dxa"/>
              <w:right w:w="60" w:type="dxa"/>
            </w:tcMar>
            <w:vAlign w:val="center"/>
          </w:tcPr>
          <w:p w14:paraId="0A6C0AA4" w14:textId="77777777" w:rsidR="009C1061" w:rsidRDefault="00441274">
            <w:pPr>
              <w:jc w:val="right"/>
            </w:pPr>
            <w:r>
              <w:t>240 руб.</w:t>
            </w:r>
          </w:p>
        </w:tc>
      </w:tr>
      <w:tr w:rsidR="0009622B" w14:paraId="191BAC23" w14:textId="77777777" w:rsidTr="00DF6623">
        <w:trPr>
          <w:jc w:val="center"/>
        </w:trPr>
        <w:tc>
          <w:tcPr>
            <w:tcW w:w="453" w:type="dxa"/>
            <w:tcMar>
              <w:top w:w="40" w:type="dxa"/>
              <w:left w:w="60" w:type="dxa"/>
              <w:bottom w:w="40" w:type="dxa"/>
              <w:right w:w="60" w:type="dxa"/>
            </w:tcMar>
            <w:vAlign w:val="center"/>
          </w:tcPr>
          <w:p w14:paraId="678D8FEE" w14:textId="77777777" w:rsidR="0009622B" w:rsidRDefault="0009622B" w:rsidP="00DF6623">
            <w:pPr>
              <w:spacing w:after="0"/>
              <w:jc w:val="center"/>
            </w:pPr>
            <w:r>
              <w:t>299</w:t>
            </w:r>
          </w:p>
        </w:tc>
        <w:tc>
          <w:tcPr>
            <w:tcW w:w="7371" w:type="dxa"/>
            <w:tcMar>
              <w:top w:w="40" w:type="dxa"/>
              <w:left w:w="60" w:type="dxa"/>
              <w:bottom w:w="40" w:type="dxa"/>
              <w:right w:w="60" w:type="dxa"/>
            </w:tcMar>
            <w:vAlign w:val="center"/>
          </w:tcPr>
          <w:p w14:paraId="3CD79D10" w14:textId="77777777" w:rsidR="0009622B" w:rsidRDefault="0009622B" w:rsidP="00DF6623">
            <w:pPr>
              <w:spacing w:after="0"/>
            </w:pPr>
            <w:proofErr w:type="spellStart"/>
            <w:r>
              <w:rPr>
                <w:rFonts w:cs="Times New Roman"/>
              </w:rPr>
              <w:t>Ситера</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мальчиков</w:t>
            </w:r>
            <w:proofErr w:type="spellEnd"/>
          </w:p>
        </w:tc>
        <w:tc>
          <w:tcPr>
            <w:tcW w:w="737" w:type="dxa"/>
            <w:tcMar>
              <w:top w:w="40" w:type="dxa"/>
              <w:left w:w="60" w:type="dxa"/>
              <w:bottom w:w="40" w:type="dxa"/>
              <w:right w:w="60" w:type="dxa"/>
            </w:tcMar>
            <w:vAlign w:val="center"/>
          </w:tcPr>
          <w:p w14:paraId="36B15577" w14:textId="77777777" w:rsidR="0009622B" w:rsidRDefault="0009622B" w:rsidP="00DF6623">
            <w:pPr>
              <w:spacing w:after="0"/>
              <w:jc w:val="center"/>
            </w:pPr>
            <w:r>
              <w:rPr>
                <w:rFonts w:cs="Times New Roman"/>
              </w:rPr>
              <w:t>7</w:t>
            </w:r>
          </w:p>
        </w:tc>
        <w:tc>
          <w:tcPr>
            <w:tcW w:w="680" w:type="dxa"/>
            <w:tcMar>
              <w:top w:w="40" w:type="dxa"/>
              <w:left w:w="60" w:type="dxa"/>
              <w:bottom w:w="40" w:type="dxa"/>
              <w:right w:w="60" w:type="dxa"/>
            </w:tcMar>
            <w:vAlign w:val="center"/>
          </w:tcPr>
          <w:p w14:paraId="4C288A3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A4B9E4C" w14:textId="77777777" w:rsidR="009C1061" w:rsidRDefault="00441274">
            <w:pPr>
              <w:jc w:val="right"/>
            </w:pPr>
            <w:r>
              <w:t>180 руб.</w:t>
            </w:r>
          </w:p>
        </w:tc>
        <w:tc>
          <w:tcPr>
            <w:tcW w:w="1587" w:type="dxa"/>
            <w:tcMar>
              <w:top w:w="40" w:type="dxa"/>
              <w:left w:w="60" w:type="dxa"/>
              <w:bottom w:w="40" w:type="dxa"/>
              <w:right w:w="60" w:type="dxa"/>
            </w:tcMar>
            <w:vAlign w:val="center"/>
          </w:tcPr>
          <w:p w14:paraId="5204B189" w14:textId="77777777" w:rsidR="009C1061" w:rsidRDefault="00441274">
            <w:pPr>
              <w:jc w:val="right"/>
            </w:pPr>
            <w:r>
              <w:t>1 260 руб.</w:t>
            </w:r>
          </w:p>
        </w:tc>
      </w:tr>
      <w:tr w:rsidR="0009622B" w14:paraId="111259BE" w14:textId="77777777" w:rsidTr="00DF6623">
        <w:trPr>
          <w:jc w:val="center"/>
        </w:trPr>
        <w:tc>
          <w:tcPr>
            <w:tcW w:w="453" w:type="dxa"/>
            <w:tcMar>
              <w:top w:w="40" w:type="dxa"/>
              <w:left w:w="60" w:type="dxa"/>
              <w:bottom w:w="40" w:type="dxa"/>
              <w:right w:w="60" w:type="dxa"/>
            </w:tcMar>
            <w:vAlign w:val="center"/>
          </w:tcPr>
          <w:p w14:paraId="55A78C9C" w14:textId="77777777" w:rsidR="0009622B" w:rsidRDefault="0009622B" w:rsidP="00DF6623">
            <w:pPr>
              <w:spacing w:after="0"/>
              <w:jc w:val="center"/>
            </w:pPr>
            <w:r>
              <w:t>300</w:t>
            </w:r>
          </w:p>
        </w:tc>
        <w:tc>
          <w:tcPr>
            <w:tcW w:w="7371" w:type="dxa"/>
            <w:tcMar>
              <w:top w:w="40" w:type="dxa"/>
              <w:left w:w="60" w:type="dxa"/>
              <w:bottom w:w="40" w:type="dxa"/>
              <w:right w:w="60" w:type="dxa"/>
            </w:tcMar>
            <w:vAlign w:val="center"/>
          </w:tcPr>
          <w:p w14:paraId="17CA2AF8" w14:textId="77777777" w:rsidR="0009622B" w:rsidRDefault="0009622B" w:rsidP="00DF6623">
            <w:pPr>
              <w:spacing w:after="0"/>
            </w:pPr>
            <w:proofErr w:type="spellStart"/>
            <w:r>
              <w:rPr>
                <w:rFonts w:cs="Times New Roman"/>
              </w:rPr>
              <w:t>Рубашки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мальчиков</w:t>
            </w:r>
            <w:proofErr w:type="spellEnd"/>
          </w:p>
        </w:tc>
        <w:tc>
          <w:tcPr>
            <w:tcW w:w="737" w:type="dxa"/>
            <w:tcMar>
              <w:top w:w="40" w:type="dxa"/>
              <w:left w:w="60" w:type="dxa"/>
              <w:bottom w:w="40" w:type="dxa"/>
              <w:right w:w="60" w:type="dxa"/>
            </w:tcMar>
            <w:vAlign w:val="center"/>
          </w:tcPr>
          <w:p w14:paraId="41DF2DF5" w14:textId="77777777" w:rsidR="0009622B" w:rsidRDefault="0009622B" w:rsidP="00DF6623">
            <w:pPr>
              <w:spacing w:after="0"/>
              <w:jc w:val="center"/>
            </w:pPr>
            <w:r>
              <w:rPr>
                <w:rFonts w:cs="Times New Roman"/>
              </w:rPr>
              <w:t>103</w:t>
            </w:r>
          </w:p>
        </w:tc>
        <w:tc>
          <w:tcPr>
            <w:tcW w:w="680" w:type="dxa"/>
            <w:tcMar>
              <w:top w:w="40" w:type="dxa"/>
              <w:left w:w="60" w:type="dxa"/>
              <w:bottom w:w="40" w:type="dxa"/>
              <w:right w:w="60" w:type="dxa"/>
            </w:tcMar>
            <w:vAlign w:val="center"/>
          </w:tcPr>
          <w:p w14:paraId="29F2DCE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5108B83" w14:textId="77777777" w:rsidR="009C1061" w:rsidRDefault="00441274">
            <w:pPr>
              <w:jc w:val="right"/>
            </w:pPr>
            <w:r>
              <w:t>150 руб.</w:t>
            </w:r>
          </w:p>
        </w:tc>
        <w:tc>
          <w:tcPr>
            <w:tcW w:w="1587" w:type="dxa"/>
            <w:tcMar>
              <w:top w:w="40" w:type="dxa"/>
              <w:left w:w="60" w:type="dxa"/>
              <w:bottom w:w="40" w:type="dxa"/>
              <w:right w:w="60" w:type="dxa"/>
            </w:tcMar>
            <w:vAlign w:val="center"/>
          </w:tcPr>
          <w:p w14:paraId="46C51062" w14:textId="77777777" w:rsidR="009C1061" w:rsidRDefault="00441274">
            <w:pPr>
              <w:jc w:val="right"/>
            </w:pPr>
            <w:r>
              <w:t>15 450 руб.</w:t>
            </w:r>
          </w:p>
        </w:tc>
      </w:tr>
      <w:tr w:rsidR="0009622B" w14:paraId="67CA165E" w14:textId="77777777" w:rsidTr="00DF6623">
        <w:trPr>
          <w:jc w:val="center"/>
        </w:trPr>
        <w:tc>
          <w:tcPr>
            <w:tcW w:w="453" w:type="dxa"/>
            <w:tcMar>
              <w:top w:w="40" w:type="dxa"/>
              <w:left w:w="60" w:type="dxa"/>
              <w:bottom w:w="40" w:type="dxa"/>
              <w:right w:w="60" w:type="dxa"/>
            </w:tcMar>
            <w:vAlign w:val="center"/>
          </w:tcPr>
          <w:p w14:paraId="08099536" w14:textId="77777777" w:rsidR="0009622B" w:rsidRDefault="0009622B" w:rsidP="00DF6623">
            <w:pPr>
              <w:spacing w:after="0"/>
              <w:jc w:val="center"/>
            </w:pPr>
            <w:r>
              <w:t>301</w:t>
            </w:r>
          </w:p>
        </w:tc>
        <w:tc>
          <w:tcPr>
            <w:tcW w:w="7371" w:type="dxa"/>
            <w:tcMar>
              <w:top w:w="40" w:type="dxa"/>
              <w:left w:w="60" w:type="dxa"/>
              <w:bottom w:w="40" w:type="dxa"/>
              <w:right w:w="60" w:type="dxa"/>
            </w:tcMar>
            <w:vAlign w:val="center"/>
          </w:tcPr>
          <w:p w14:paraId="72ADDB28" w14:textId="77777777" w:rsidR="0009622B" w:rsidRDefault="0009622B" w:rsidP="00DF6623">
            <w:pPr>
              <w:spacing w:after="0"/>
            </w:pPr>
            <w:proofErr w:type="spellStart"/>
            <w:r>
              <w:rPr>
                <w:rFonts w:cs="Times New Roman"/>
              </w:rPr>
              <w:t>Распашонки</w:t>
            </w:r>
            <w:proofErr w:type="spellEnd"/>
            <w:r>
              <w:rPr>
                <w:rFonts w:cs="Times New Roman"/>
              </w:rPr>
              <w:t xml:space="preserve">, </w:t>
            </w:r>
            <w:proofErr w:type="spellStart"/>
            <w:r>
              <w:rPr>
                <w:rFonts w:cs="Times New Roman"/>
              </w:rPr>
              <w:t>кофточки</w:t>
            </w:r>
            <w:proofErr w:type="spellEnd"/>
            <w:r>
              <w:rPr>
                <w:rFonts w:cs="Times New Roman"/>
              </w:rPr>
              <w:t xml:space="preserve"> </w:t>
            </w:r>
            <w:proofErr w:type="spellStart"/>
            <w:r>
              <w:rPr>
                <w:rFonts w:cs="Times New Roman"/>
              </w:rPr>
              <w:t>детские</w:t>
            </w:r>
            <w:proofErr w:type="spellEnd"/>
          </w:p>
        </w:tc>
        <w:tc>
          <w:tcPr>
            <w:tcW w:w="737" w:type="dxa"/>
            <w:tcMar>
              <w:top w:w="40" w:type="dxa"/>
              <w:left w:w="60" w:type="dxa"/>
              <w:bottom w:w="40" w:type="dxa"/>
              <w:right w:w="60" w:type="dxa"/>
            </w:tcMar>
            <w:vAlign w:val="center"/>
          </w:tcPr>
          <w:p w14:paraId="12BD839F" w14:textId="77777777" w:rsidR="0009622B" w:rsidRDefault="0009622B" w:rsidP="00DF6623">
            <w:pPr>
              <w:spacing w:after="0"/>
              <w:jc w:val="center"/>
            </w:pPr>
            <w:r>
              <w:rPr>
                <w:rFonts w:cs="Times New Roman"/>
              </w:rPr>
              <w:t>32</w:t>
            </w:r>
          </w:p>
        </w:tc>
        <w:tc>
          <w:tcPr>
            <w:tcW w:w="680" w:type="dxa"/>
            <w:tcMar>
              <w:top w:w="40" w:type="dxa"/>
              <w:left w:w="60" w:type="dxa"/>
              <w:bottom w:w="40" w:type="dxa"/>
              <w:right w:w="60" w:type="dxa"/>
            </w:tcMar>
            <w:vAlign w:val="center"/>
          </w:tcPr>
          <w:p w14:paraId="0B6F286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26ECA3E" w14:textId="77777777" w:rsidR="009C1061" w:rsidRDefault="00441274">
            <w:pPr>
              <w:jc w:val="right"/>
            </w:pPr>
            <w:r>
              <w:t>70 руб.</w:t>
            </w:r>
          </w:p>
        </w:tc>
        <w:tc>
          <w:tcPr>
            <w:tcW w:w="1587" w:type="dxa"/>
            <w:tcMar>
              <w:top w:w="40" w:type="dxa"/>
              <w:left w:w="60" w:type="dxa"/>
              <w:bottom w:w="40" w:type="dxa"/>
              <w:right w:w="60" w:type="dxa"/>
            </w:tcMar>
            <w:vAlign w:val="center"/>
          </w:tcPr>
          <w:p w14:paraId="2F5194E6" w14:textId="77777777" w:rsidR="009C1061" w:rsidRDefault="00441274">
            <w:pPr>
              <w:jc w:val="right"/>
            </w:pPr>
            <w:r>
              <w:t>2 240 руб.</w:t>
            </w:r>
          </w:p>
        </w:tc>
      </w:tr>
      <w:tr w:rsidR="0009622B" w14:paraId="6969E1B0" w14:textId="77777777" w:rsidTr="00DF6623">
        <w:trPr>
          <w:jc w:val="center"/>
        </w:trPr>
        <w:tc>
          <w:tcPr>
            <w:tcW w:w="453" w:type="dxa"/>
            <w:tcMar>
              <w:top w:w="40" w:type="dxa"/>
              <w:left w:w="60" w:type="dxa"/>
              <w:bottom w:w="40" w:type="dxa"/>
              <w:right w:w="60" w:type="dxa"/>
            </w:tcMar>
            <w:vAlign w:val="center"/>
          </w:tcPr>
          <w:p w14:paraId="4EC8F3AE" w14:textId="77777777" w:rsidR="0009622B" w:rsidRDefault="0009622B" w:rsidP="00DF6623">
            <w:pPr>
              <w:spacing w:after="0"/>
              <w:jc w:val="center"/>
            </w:pPr>
            <w:r>
              <w:t>302</w:t>
            </w:r>
          </w:p>
        </w:tc>
        <w:tc>
          <w:tcPr>
            <w:tcW w:w="7371" w:type="dxa"/>
            <w:tcMar>
              <w:top w:w="40" w:type="dxa"/>
              <w:left w:w="60" w:type="dxa"/>
              <w:bottom w:w="40" w:type="dxa"/>
              <w:right w:w="60" w:type="dxa"/>
            </w:tcMar>
            <w:vAlign w:val="center"/>
          </w:tcPr>
          <w:p w14:paraId="0E394AC2" w14:textId="77777777" w:rsidR="0009622B" w:rsidRDefault="0009622B" w:rsidP="00DF6623">
            <w:pPr>
              <w:spacing w:after="0"/>
            </w:pPr>
            <w:proofErr w:type="spellStart"/>
            <w:r>
              <w:rPr>
                <w:rFonts w:cs="Times New Roman"/>
              </w:rPr>
              <w:t>Ползунки</w:t>
            </w:r>
            <w:proofErr w:type="spellEnd"/>
            <w:r>
              <w:rPr>
                <w:rFonts w:cs="Times New Roman"/>
              </w:rPr>
              <w:t xml:space="preserve"> </w:t>
            </w:r>
            <w:proofErr w:type="spellStart"/>
            <w:r>
              <w:rPr>
                <w:rFonts w:cs="Times New Roman"/>
              </w:rPr>
              <w:t>детские</w:t>
            </w:r>
            <w:proofErr w:type="spellEnd"/>
          </w:p>
        </w:tc>
        <w:tc>
          <w:tcPr>
            <w:tcW w:w="737" w:type="dxa"/>
            <w:tcMar>
              <w:top w:w="40" w:type="dxa"/>
              <w:left w:w="60" w:type="dxa"/>
              <w:bottom w:w="40" w:type="dxa"/>
              <w:right w:w="60" w:type="dxa"/>
            </w:tcMar>
            <w:vAlign w:val="center"/>
          </w:tcPr>
          <w:p w14:paraId="46F5A135" w14:textId="77777777" w:rsidR="0009622B" w:rsidRDefault="0009622B" w:rsidP="00DF6623">
            <w:pPr>
              <w:spacing w:after="0"/>
              <w:jc w:val="center"/>
            </w:pPr>
            <w:r>
              <w:rPr>
                <w:rFonts w:cs="Times New Roman"/>
              </w:rPr>
              <w:t>91</w:t>
            </w:r>
          </w:p>
        </w:tc>
        <w:tc>
          <w:tcPr>
            <w:tcW w:w="680" w:type="dxa"/>
            <w:tcMar>
              <w:top w:w="40" w:type="dxa"/>
              <w:left w:w="60" w:type="dxa"/>
              <w:bottom w:w="40" w:type="dxa"/>
              <w:right w:w="60" w:type="dxa"/>
            </w:tcMar>
            <w:vAlign w:val="center"/>
          </w:tcPr>
          <w:p w14:paraId="583658F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7FF554B" w14:textId="77777777" w:rsidR="009C1061" w:rsidRDefault="00441274">
            <w:pPr>
              <w:jc w:val="right"/>
            </w:pPr>
            <w:r>
              <w:t>60 руб.</w:t>
            </w:r>
          </w:p>
        </w:tc>
        <w:tc>
          <w:tcPr>
            <w:tcW w:w="1587" w:type="dxa"/>
            <w:tcMar>
              <w:top w:w="40" w:type="dxa"/>
              <w:left w:w="60" w:type="dxa"/>
              <w:bottom w:w="40" w:type="dxa"/>
              <w:right w:w="60" w:type="dxa"/>
            </w:tcMar>
            <w:vAlign w:val="center"/>
          </w:tcPr>
          <w:p w14:paraId="5977F11E" w14:textId="77777777" w:rsidR="009C1061" w:rsidRDefault="00441274">
            <w:pPr>
              <w:jc w:val="right"/>
            </w:pPr>
            <w:r>
              <w:t>5 460 руб.</w:t>
            </w:r>
          </w:p>
        </w:tc>
      </w:tr>
      <w:tr w:rsidR="0009622B" w14:paraId="7BB6DF0F" w14:textId="77777777" w:rsidTr="00DF6623">
        <w:trPr>
          <w:jc w:val="center"/>
        </w:trPr>
        <w:tc>
          <w:tcPr>
            <w:tcW w:w="453" w:type="dxa"/>
            <w:tcMar>
              <w:top w:w="40" w:type="dxa"/>
              <w:left w:w="60" w:type="dxa"/>
              <w:bottom w:w="40" w:type="dxa"/>
              <w:right w:w="60" w:type="dxa"/>
            </w:tcMar>
            <w:vAlign w:val="center"/>
          </w:tcPr>
          <w:p w14:paraId="1E041C51" w14:textId="77777777" w:rsidR="0009622B" w:rsidRDefault="0009622B" w:rsidP="00DF6623">
            <w:pPr>
              <w:spacing w:after="0"/>
              <w:jc w:val="center"/>
            </w:pPr>
            <w:r>
              <w:t>303</w:t>
            </w:r>
          </w:p>
        </w:tc>
        <w:tc>
          <w:tcPr>
            <w:tcW w:w="7371" w:type="dxa"/>
            <w:tcMar>
              <w:top w:w="40" w:type="dxa"/>
              <w:left w:w="60" w:type="dxa"/>
              <w:bottom w:w="40" w:type="dxa"/>
              <w:right w:w="60" w:type="dxa"/>
            </w:tcMar>
            <w:vAlign w:val="center"/>
          </w:tcPr>
          <w:p w14:paraId="1EBF212D" w14:textId="77777777" w:rsidR="0009622B" w:rsidRDefault="0009622B" w:rsidP="00DF6623">
            <w:pPr>
              <w:spacing w:after="0"/>
            </w:pPr>
            <w:proofErr w:type="spellStart"/>
            <w:r>
              <w:rPr>
                <w:rFonts w:cs="Times New Roman"/>
              </w:rPr>
              <w:t>Боди</w:t>
            </w:r>
            <w:proofErr w:type="spellEnd"/>
            <w:r>
              <w:rPr>
                <w:rFonts w:cs="Times New Roman"/>
              </w:rPr>
              <w:t xml:space="preserve">, </w:t>
            </w:r>
            <w:proofErr w:type="spellStart"/>
            <w:r>
              <w:rPr>
                <w:rFonts w:cs="Times New Roman"/>
              </w:rPr>
              <w:t>песочницы</w:t>
            </w:r>
            <w:proofErr w:type="spellEnd"/>
            <w:r>
              <w:rPr>
                <w:rFonts w:cs="Times New Roman"/>
              </w:rPr>
              <w:t xml:space="preserve"> </w:t>
            </w:r>
            <w:proofErr w:type="spellStart"/>
            <w:r>
              <w:rPr>
                <w:rFonts w:cs="Times New Roman"/>
              </w:rPr>
              <w:t>детские</w:t>
            </w:r>
            <w:proofErr w:type="spellEnd"/>
          </w:p>
        </w:tc>
        <w:tc>
          <w:tcPr>
            <w:tcW w:w="737" w:type="dxa"/>
            <w:tcMar>
              <w:top w:w="40" w:type="dxa"/>
              <w:left w:w="60" w:type="dxa"/>
              <w:bottom w:w="40" w:type="dxa"/>
              <w:right w:w="60" w:type="dxa"/>
            </w:tcMar>
            <w:vAlign w:val="center"/>
          </w:tcPr>
          <w:p w14:paraId="25687558" w14:textId="77777777" w:rsidR="0009622B" w:rsidRDefault="0009622B" w:rsidP="00DF6623">
            <w:pPr>
              <w:spacing w:after="0"/>
              <w:jc w:val="center"/>
            </w:pPr>
            <w:r>
              <w:rPr>
                <w:rFonts w:cs="Times New Roman"/>
              </w:rPr>
              <w:t>27</w:t>
            </w:r>
          </w:p>
        </w:tc>
        <w:tc>
          <w:tcPr>
            <w:tcW w:w="680" w:type="dxa"/>
            <w:tcMar>
              <w:top w:w="40" w:type="dxa"/>
              <w:left w:w="60" w:type="dxa"/>
              <w:bottom w:w="40" w:type="dxa"/>
              <w:right w:w="60" w:type="dxa"/>
            </w:tcMar>
            <w:vAlign w:val="center"/>
          </w:tcPr>
          <w:p w14:paraId="336A7B1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7005408" w14:textId="77777777" w:rsidR="009C1061" w:rsidRDefault="00441274">
            <w:pPr>
              <w:jc w:val="right"/>
            </w:pPr>
            <w:r>
              <w:t>100 руб.</w:t>
            </w:r>
          </w:p>
        </w:tc>
        <w:tc>
          <w:tcPr>
            <w:tcW w:w="1587" w:type="dxa"/>
            <w:tcMar>
              <w:top w:w="40" w:type="dxa"/>
              <w:left w:w="60" w:type="dxa"/>
              <w:bottom w:w="40" w:type="dxa"/>
              <w:right w:w="60" w:type="dxa"/>
            </w:tcMar>
            <w:vAlign w:val="center"/>
          </w:tcPr>
          <w:p w14:paraId="02A47F5E" w14:textId="77777777" w:rsidR="009C1061" w:rsidRDefault="00441274">
            <w:pPr>
              <w:jc w:val="right"/>
            </w:pPr>
            <w:r>
              <w:t>2 700 руб.</w:t>
            </w:r>
          </w:p>
        </w:tc>
      </w:tr>
      <w:tr w:rsidR="0009622B" w14:paraId="2383EFCE" w14:textId="77777777" w:rsidTr="00DF6623">
        <w:trPr>
          <w:jc w:val="center"/>
        </w:trPr>
        <w:tc>
          <w:tcPr>
            <w:tcW w:w="453" w:type="dxa"/>
            <w:tcMar>
              <w:top w:w="40" w:type="dxa"/>
              <w:left w:w="60" w:type="dxa"/>
              <w:bottom w:w="40" w:type="dxa"/>
              <w:right w:w="60" w:type="dxa"/>
            </w:tcMar>
            <w:vAlign w:val="center"/>
          </w:tcPr>
          <w:p w14:paraId="31983F35" w14:textId="77777777" w:rsidR="0009622B" w:rsidRDefault="0009622B" w:rsidP="00DF6623">
            <w:pPr>
              <w:spacing w:after="0"/>
              <w:jc w:val="center"/>
            </w:pPr>
            <w:r>
              <w:t>304</w:t>
            </w:r>
          </w:p>
        </w:tc>
        <w:tc>
          <w:tcPr>
            <w:tcW w:w="7371" w:type="dxa"/>
            <w:tcMar>
              <w:top w:w="40" w:type="dxa"/>
              <w:left w:w="60" w:type="dxa"/>
              <w:bottom w:w="40" w:type="dxa"/>
              <w:right w:w="60" w:type="dxa"/>
            </w:tcMar>
            <w:vAlign w:val="center"/>
          </w:tcPr>
          <w:p w14:paraId="38BDAF4B" w14:textId="77777777" w:rsidR="0009622B" w:rsidRPr="00CA0274" w:rsidRDefault="0009622B" w:rsidP="00DF6623">
            <w:pPr>
              <w:spacing w:after="0"/>
              <w:rPr>
                <w:lang w:val="ru-RU"/>
              </w:rPr>
            </w:pPr>
            <w:r w:rsidRPr="00CA0274">
              <w:rPr>
                <w:rFonts w:cs="Times New Roman"/>
                <w:lang w:val="ru-RU"/>
              </w:rPr>
              <w:t>Юбки для девочек — Прямые, на резинке</w:t>
            </w:r>
          </w:p>
        </w:tc>
        <w:tc>
          <w:tcPr>
            <w:tcW w:w="737" w:type="dxa"/>
            <w:tcMar>
              <w:top w:w="40" w:type="dxa"/>
              <w:left w:w="60" w:type="dxa"/>
              <w:bottom w:w="40" w:type="dxa"/>
              <w:right w:w="60" w:type="dxa"/>
            </w:tcMar>
            <w:vAlign w:val="center"/>
          </w:tcPr>
          <w:p w14:paraId="5FFA9E52" w14:textId="77777777" w:rsidR="0009622B" w:rsidRPr="0070744C" w:rsidRDefault="0009622B" w:rsidP="00DF6623">
            <w:pPr>
              <w:spacing w:after="0"/>
              <w:jc w:val="center"/>
              <w:rPr>
                <w:lang w:val="ru-RU"/>
              </w:rPr>
            </w:pPr>
            <w:r>
              <w:rPr>
                <w:rFonts w:cs="Times New Roman"/>
              </w:rPr>
              <w:t>3</w:t>
            </w:r>
            <w:r>
              <w:rPr>
                <w:rFonts w:cs="Times New Roman"/>
                <w:lang w:val="ru-RU"/>
              </w:rPr>
              <w:t>3</w:t>
            </w:r>
          </w:p>
        </w:tc>
        <w:tc>
          <w:tcPr>
            <w:tcW w:w="680" w:type="dxa"/>
            <w:tcMar>
              <w:top w:w="40" w:type="dxa"/>
              <w:left w:w="60" w:type="dxa"/>
              <w:bottom w:w="40" w:type="dxa"/>
              <w:right w:w="60" w:type="dxa"/>
            </w:tcMar>
            <w:vAlign w:val="center"/>
          </w:tcPr>
          <w:p w14:paraId="2C9893F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471654F" w14:textId="77777777" w:rsidR="009C1061" w:rsidRDefault="00441274">
            <w:pPr>
              <w:jc w:val="right"/>
            </w:pPr>
            <w:r>
              <w:t>250 руб.</w:t>
            </w:r>
          </w:p>
        </w:tc>
        <w:tc>
          <w:tcPr>
            <w:tcW w:w="1587" w:type="dxa"/>
            <w:tcMar>
              <w:top w:w="40" w:type="dxa"/>
              <w:left w:w="60" w:type="dxa"/>
              <w:bottom w:w="40" w:type="dxa"/>
              <w:right w:w="60" w:type="dxa"/>
            </w:tcMar>
            <w:vAlign w:val="center"/>
          </w:tcPr>
          <w:p w14:paraId="3D488E32" w14:textId="77777777" w:rsidR="009C1061" w:rsidRDefault="00441274">
            <w:pPr>
              <w:jc w:val="right"/>
            </w:pPr>
            <w:r>
              <w:t>8 250 руб.</w:t>
            </w:r>
          </w:p>
        </w:tc>
      </w:tr>
      <w:tr w:rsidR="0009622B" w14:paraId="2D2D38B8" w14:textId="77777777" w:rsidTr="00DF6623">
        <w:trPr>
          <w:jc w:val="center"/>
        </w:trPr>
        <w:tc>
          <w:tcPr>
            <w:tcW w:w="453" w:type="dxa"/>
            <w:tcMar>
              <w:top w:w="40" w:type="dxa"/>
              <w:left w:w="60" w:type="dxa"/>
              <w:bottom w:w="40" w:type="dxa"/>
              <w:right w:w="60" w:type="dxa"/>
            </w:tcMar>
            <w:vAlign w:val="center"/>
          </w:tcPr>
          <w:p w14:paraId="17936AEF" w14:textId="77777777" w:rsidR="0009622B" w:rsidRDefault="0009622B" w:rsidP="00DF6623">
            <w:pPr>
              <w:spacing w:after="0"/>
              <w:jc w:val="center"/>
            </w:pPr>
            <w:r>
              <w:t>305</w:t>
            </w:r>
          </w:p>
        </w:tc>
        <w:tc>
          <w:tcPr>
            <w:tcW w:w="7371" w:type="dxa"/>
            <w:tcMar>
              <w:top w:w="40" w:type="dxa"/>
              <w:left w:w="60" w:type="dxa"/>
              <w:bottom w:w="40" w:type="dxa"/>
              <w:right w:w="60" w:type="dxa"/>
            </w:tcMar>
            <w:vAlign w:val="center"/>
          </w:tcPr>
          <w:p w14:paraId="0D7A160A" w14:textId="77777777" w:rsidR="0009622B" w:rsidRPr="00CA0274" w:rsidRDefault="0009622B" w:rsidP="00DF6623">
            <w:pPr>
              <w:spacing w:after="0"/>
              <w:rPr>
                <w:lang w:val="ru-RU"/>
              </w:rPr>
            </w:pPr>
            <w:r w:rsidRPr="00CA0274">
              <w:rPr>
                <w:rFonts w:cs="Times New Roman"/>
                <w:lang w:val="ru-RU"/>
              </w:rPr>
              <w:t>Платье серое (форма) — Для девочек</w:t>
            </w:r>
          </w:p>
        </w:tc>
        <w:tc>
          <w:tcPr>
            <w:tcW w:w="737" w:type="dxa"/>
            <w:tcMar>
              <w:top w:w="40" w:type="dxa"/>
              <w:left w:w="60" w:type="dxa"/>
              <w:bottom w:w="40" w:type="dxa"/>
              <w:right w:w="60" w:type="dxa"/>
            </w:tcMar>
            <w:vAlign w:val="center"/>
          </w:tcPr>
          <w:p w14:paraId="1FAC2E7D" w14:textId="77777777" w:rsidR="0009622B" w:rsidRPr="0070744C" w:rsidRDefault="0009622B" w:rsidP="00DF6623">
            <w:pPr>
              <w:spacing w:after="0"/>
              <w:jc w:val="center"/>
              <w:rPr>
                <w:lang w:val="ru-RU"/>
              </w:rPr>
            </w:pPr>
            <w:r>
              <w:rPr>
                <w:rFonts w:cs="Times New Roman"/>
              </w:rPr>
              <w:t>2</w:t>
            </w:r>
            <w:r>
              <w:rPr>
                <w:rFonts w:cs="Times New Roman"/>
                <w:lang w:val="ru-RU"/>
              </w:rPr>
              <w:t>6</w:t>
            </w:r>
          </w:p>
        </w:tc>
        <w:tc>
          <w:tcPr>
            <w:tcW w:w="680" w:type="dxa"/>
            <w:tcMar>
              <w:top w:w="40" w:type="dxa"/>
              <w:left w:w="60" w:type="dxa"/>
              <w:bottom w:w="40" w:type="dxa"/>
              <w:right w:w="60" w:type="dxa"/>
            </w:tcMar>
            <w:vAlign w:val="center"/>
          </w:tcPr>
          <w:p w14:paraId="2B80355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08C4DAF" w14:textId="77777777" w:rsidR="009C1061" w:rsidRDefault="00441274">
            <w:pPr>
              <w:jc w:val="right"/>
            </w:pPr>
            <w:r>
              <w:t>300 руб.</w:t>
            </w:r>
          </w:p>
        </w:tc>
        <w:tc>
          <w:tcPr>
            <w:tcW w:w="1587" w:type="dxa"/>
            <w:tcMar>
              <w:top w:w="40" w:type="dxa"/>
              <w:left w:w="60" w:type="dxa"/>
              <w:bottom w:w="40" w:type="dxa"/>
              <w:right w:w="60" w:type="dxa"/>
            </w:tcMar>
            <w:vAlign w:val="center"/>
          </w:tcPr>
          <w:p w14:paraId="518D1A0D" w14:textId="77777777" w:rsidR="009C1061" w:rsidRDefault="00441274">
            <w:pPr>
              <w:jc w:val="right"/>
            </w:pPr>
            <w:r>
              <w:t>7 800 руб.</w:t>
            </w:r>
          </w:p>
        </w:tc>
      </w:tr>
      <w:tr w:rsidR="0009622B" w14:paraId="7E2E0F4A" w14:textId="77777777" w:rsidTr="00DF6623">
        <w:trPr>
          <w:jc w:val="center"/>
        </w:trPr>
        <w:tc>
          <w:tcPr>
            <w:tcW w:w="453" w:type="dxa"/>
            <w:tcMar>
              <w:top w:w="40" w:type="dxa"/>
              <w:left w:w="60" w:type="dxa"/>
              <w:bottom w:w="40" w:type="dxa"/>
              <w:right w:w="60" w:type="dxa"/>
            </w:tcMar>
            <w:vAlign w:val="center"/>
          </w:tcPr>
          <w:p w14:paraId="3AE5B613" w14:textId="77777777" w:rsidR="0009622B" w:rsidRDefault="0009622B" w:rsidP="00DF6623">
            <w:pPr>
              <w:spacing w:after="0"/>
              <w:jc w:val="center"/>
            </w:pPr>
            <w:r>
              <w:t>306</w:t>
            </w:r>
          </w:p>
        </w:tc>
        <w:tc>
          <w:tcPr>
            <w:tcW w:w="7371" w:type="dxa"/>
            <w:tcMar>
              <w:top w:w="40" w:type="dxa"/>
              <w:left w:w="60" w:type="dxa"/>
              <w:bottom w:w="40" w:type="dxa"/>
              <w:right w:w="60" w:type="dxa"/>
            </w:tcMar>
            <w:vAlign w:val="center"/>
          </w:tcPr>
          <w:p w14:paraId="1986B878" w14:textId="77777777" w:rsidR="0009622B" w:rsidRPr="00CA0274" w:rsidRDefault="0009622B" w:rsidP="00DF6623">
            <w:pPr>
              <w:spacing w:after="0"/>
              <w:rPr>
                <w:lang w:val="ru-RU"/>
              </w:rPr>
            </w:pPr>
            <w:r w:rsidRPr="00CA0274">
              <w:rPr>
                <w:rFonts w:cs="Times New Roman"/>
                <w:lang w:val="ru-RU"/>
              </w:rPr>
              <w:t>Школьная форма (комплект) — Пиджак, юбка, брюки</w:t>
            </w:r>
          </w:p>
        </w:tc>
        <w:tc>
          <w:tcPr>
            <w:tcW w:w="737" w:type="dxa"/>
            <w:tcMar>
              <w:top w:w="40" w:type="dxa"/>
              <w:left w:w="60" w:type="dxa"/>
              <w:bottom w:w="40" w:type="dxa"/>
              <w:right w:w="60" w:type="dxa"/>
            </w:tcMar>
            <w:vAlign w:val="center"/>
          </w:tcPr>
          <w:p w14:paraId="605F8498"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B6EB37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0E83D9D" w14:textId="77777777" w:rsidR="009C1061" w:rsidRDefault="00441274">
            <w:pPr>
              <w:jc w:val="right"/>
            </w:pPr>
            <w:r>
              <w:t>400 руб.</w:t>
            </w:r>
          </w:p>
        </w:tc>
        <w:tc>
          <w:tcPr>
            <w:tcW w:w="1587" w:type="dxa"/>
            <w:tcMar>
              <w:top w:w="40" w:type="dxa"/>
              <w:left w:w="60" w:type="dxa"/>
              <w:bottom w:w="40" w:type="dxa"/>
              <w:right w:w="60" w:type="dxa"/>
            </w:tcMar>
            <w:vAlign w:val="center"/>
          </w:tcPr>
          <w:p w14:paraId="18909843" w14:textId="77777777" w:rsidR="009C1061" w:rsidRDefault="00441274">
            <w:pPr>
              <w:jc w:val="right"/>
            </w:pPr>
            <w:r>
              <w:t>400 руб.</w:t>
            </w:r>
          </w:p>
        </w:tc>
      </w:tr>
      <w:tr w:rsidR="0009622B" w14:paraId="73F5701B" w14:textId="77777777" w:rsidTr="00DF6623">
        <w:trPr>
          <w:jc w:val="center"/>
        </w:trPr>
        <w:tc>
          <w:tcPr>
            <w:tcW w:w="453" w:type="dxa"/>
            <w:tcMar>
              <w:top w:w="40" w:type="dxa"/>
              <w:left w:w="60" w:type="dxa"/>
              <w:bottom w:w="40" w:type="dxa"/>
              <w:right w:w="60" w:type="dxa"/>
            </w:tcMar>
            <w:vAlign w:val="center"/>
          </w:tcPr>
          <w:p w14:paraId="480D78A0" w14:textId="77777777" w:rsidR="0009622B" w:rsidRDefault="0009622B" w:rsidP="00DF6623">
            <w:pPr>
              <w:spacing w:after="0"/>
              <w:jc w:val="center"/>
            </w:pPr>
            <w:r>
              <w:lastRenderedPageBreak/>
              <w:t>307</w:t>
            </w:r>
          </w:p>
        </w:tc>
        <w:tc>
          <w:tcPr>
            <w:tcW w:w="7371" w:type="dxa"/>
            <w:tcMar>
              <w:top w:w="40" w:type="dxa"/>
              <w:left w:w="60" w:type="dxa"/>
              <w:bottom w:w="40" w:type="dxa"/>
              <w:right w:w="60" w:type="dxa"/>
            </w:tcMar>
            <w:vAlign w:val="center"/>
          </w:tcPr>
          <w:p w14:paraId="47D97DF2"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девочки</w:t>
            </w:r>
            <w:proofErr w:type="spellEnd"/>
            <w:r>
              <w:rPr>
                <w:rFonts w:cs="Times New Roman"/>
              </w:rPr>
              <w:t xml:space="preserve"> — </w:t>
            </w:r>
            <w:proofErr w:type="spellStart"/>
            <w:r>
              <w:rPr>
                <w:rFonts w:cs="Times New Roman"/>
              </w:rPr>
              <w:t>Школьный</w:t>
            </w:r>
            <w:proofErr w:type="spellEnd"/>
          </w:p>
        </w:tc>
        <w:tc>
          <w:tcPr>
            <w:tcW w:w="737" w:type="dxa"/>
            <w:tcMar>
              <w:top w:w="40" w:type="dxa"/>
              <w:left w:w="60" w:type="dxa"/>
              <w:bottom w:w="40" w:type="dxa"/>
              <w:right w:w="60" w:type="dxa"/>
            </w:tcMar>
            <w:vAlign w:val="center"/>
          </w:tcPr>
          <w:p w14:paraId="7DC1955C"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068BF29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1E5802A" w14:textId="77777777" w:rsidR="009C1061" w:rsidRDefault="00441274">
            <w:pPr>
              <w:jc w:val="right"/>
            </w:pPr>
            <w:r>
              <w:t>500 руб.</w:t>
            </w:r>
          </w:p>
        </w:tc>
        <w:tc>
          <w:tcPr>
            <w:tcW w:w="1587" w:type="dxa"/>
            <w:tcMar>
              <w:top w:w="40" w:type="dxa"/>
              <w:left w:w="60" w:type="dxa"/>
              <w:bottom w:w="40" w:type="dxa"/>
              <w:right w:w="60" w:type="dxa"/>
            </w:tcMar>
            <w:vAlign w:val="center"/>
          </w:tcPr>
          <w:p w14:paraId="1C729CC8" w14:textId="77777777" w:rsidR="009C1061" w:rsidRDefault="00441274">
            <w:pPr>
              <w:jc w:val="right"/>
            </w:pPr>
            <w:r>
              <w:t>1 000 руб.</w:t>
            </w:r>
          </w:p>
        </w:tc>
      </w:tr>
      <w:tr w:rsidR="0009622B" w14:paraId="7AA79379" w14:textId="77777777" w:rsidTr="00DF6623">
        <w:trPr>
          <w:jc w:val="center"/>
        </w:trPr>
        <w:tc>
          <w:tcPr>
            <w:tcW w:w="453" w:type="dxa"/>
            <w:tcMar>
              <w:top w:w="40" w:type="dxa"/>
              <w:left w:w="60" w:type="dxa"/>
              <w:bottom w:w="40" w:type="dxa"/>
              <w:right w:w="60" w:type="dxa"/>
            </w:tcMar>
            <w:vAlign w:val="center"/>
          </w:tcPr>
          <w:p w14:paraId="29DAB8A4" w14:textId="77777777" w:rsidR="0009622B" w:rsidRDefault="0009622B" w:rsidP="00DF6623">
            <w:pPr>
              <w:spacing w:after="0"/>
              <w:jc w:val="center"/>
            </w:pPr>
            <w:r>
              <w:t>308</w:t>
            </w:r>
          </w:p>
        </w:tc>
        <w:tc>
          <w:tcPr>
            <w:tcW w:w="7371" w:type="dxa"/>
            <w:tcMar>
              <w:top w:w="40" w:type="dxa"/>
              <w:left w:w="60" w:type="dxa"/>
              <w:bottom w:w="40" w:type="dxa"/>
              <w:right w:w="60" w:type="dxa"/>
            </w:tcMar>
            <w:vAlign w:val="center"/>
          </w:tcPr>
          <w:p w14:paraId="46EA36BB" w14:textId="77777777" w:rsidR="0009622B" w:rsidRDefault="0009622B" w:rsidP="00DF6623">
            <w:pPr>
              <w:spacing w:after="0"/>
            </w:pPr>
            <w:proofErr w:type="spellStart"/>
            <w:r>
              <w:rPr>
                <w:rFonts w:cs="Times New Roman"/>
              </w:rPr>
              <w:t>Джемпер</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мальчика</w:t>
            </w:r>
            <w:proofErr w:type="spellEnd"/>
          </w:p>
        </w:tc>
        <w:tc>
          <w:tcPr>
            <w:tcW w:w="737" w:type="dxa"/>
            <w:tcMar>
              <w:top w:w="40" w:type="dxa"/>
              <w:left w:w="60" w:type="dxa"/>
              <w:bottom w:w="40" w:type="dxa"/>
              <w:right w:w="60" w:type="dxa"/>
            </w:tcMar>
            <w:vAlign w:val="center"/>
          </w:tcPr>
          <w:p w14:paraId="224284E5"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6CF0FA5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3BFC6F2" w14:textId="77777777" w:rsidR="009C1061" w:rsidRDefault="00441274">
            <w:pPr>
              <w:jc w:val="right"/>
            </w:pPr>
            <w:r>
              <w:t>180 руб.</w:t>
            </w:r>
          </w:p>
        </w:tc>
        <w:tc>
          <w:tcPr>
            <w:tcW w:w="1587" w:type="dxa"/>
            <w:tcMar>
              <w:top w:w="40" w:type="dxa"/>
              <w:left w:w="60" w:type="dxa"/>
              <w:bottom w:w="40" w:type="dxa"/>
              <w:right w:w="60" w:type="dxa"/>
            </w:tcMar>
            <w:vAlign w:val="center"/>
          </w:tcPr>
          <w:p w14:paraId="1F4023BC" w14:textId="77777777" w:rsidR="009C1061" w:rsidRDefault="00441274">
            <w:pPr>
              <w:jc w:val="right"/>
            </w:pPr>
            <w:r>
              <w:t>540 руб.</w:t>
            </w:r>
          </w:p>
        </w:tc>
      </w:tr>
      <w:tr w:rsidR="0009622B" w14:paraId="645172D8" w14:textId="77777777" w:rsidTr="00DF6623">
        <w:trPr>
          <w:jc w:val="center"/>
        </w:trPr>
        <w:tc>
          <w:tcPr>
            <w:tcW w:w="453" w:type="dxa"/>
            <w:tcMar>
              <w:top w:w="40" w:type="dxa"/>
              <w:left w:w="60" w:type="dxa"/>
              <w:bottom w:w="40" w:type="dxa"/>
              <w:right w:w="60" w:type="dxa"/>
            </w:tcMar>
            <w:vAlign w:val="center"/>
          </w:tcPr>
          <w:p w14:paraId="09D1814C" w14:textId="77777777" w:rsidR="0009622B" w:rsidRDefault="0009622B" w:rsidP="00DF6623">
            <w:pPr>
              <w:spacing w:after="0"/>
              <w:jc w:val="center"/>
            </w:pPr>
            <w:r>
              <w:t>309</w:t>
            </w:r>
          </w:p>
        </w:tc>
        <w:tc>
          <w:tcPr>
            <w:tcW w:w="7371" w:type="dxa"/>
            <w:tcMar>
              <w:top w:w="40" w:type="dxa"/>
              <w:left w:w="60" w:type="dxa"/>
              <w:bottom w:w="40" w:type="dxa"/>
              <w:right w:w="60" w:type="dxa"/>
            </w:tcMar>
            <w:vAlign w:val="center"/>
          </w:tcPr>
          <w:p w14:paraId="4559E94C" w14:textId="77777777" w:rsidR="0009622B" w:rsidRDefault="0009622B" w:rsidP="00DF6623">
            <w:pPr>
              <w:spacing w:after="0"/>
            </w:pPr>
            <w:proofErr w:type="spellStart"/>
            <w:r>
              <w:rPr>
                <w:rFonts w:cs="Times New Roman"/>
              </w:rPr>
              <w:t>Безрукавка</w:t>
            </w:r>
            <w:proofErr w:type="spellEnd"/>
            <w:r>
              <w:rPr>
                <w:rFonts w:cs="Times New Roman"/>
              </w:rPr>
              <w:t xml:space="preserve"> </w:t>
            </w:r>
            <w:proofErr w:type="spellStart"/>
            <w:r>
              <w:rPr>
                <w:rFonts w:cs="Times New Roman"/>
              </w:rPr>
              <w:t>детская</w:t>
            </w:r>
            <w:proofErr w:type="spellEnd"/>
          </w:p>
        </w:tc>
        <w:tc>
          <w:tcPr>
            <w:tcW w:w="737" w:type="dxa"/>
            <w:tcMar>
              <w:top w:w="40" w:type="dxa"/>
              <w:left w:w="60" w:type="dxa"/>
              <w:bottom w:w="40" w:type="dxa"/>
              <w:right w:w="60" w:type="dxa"/>
            </w:tcMar>
            <w:vAlign w:val="center"/>
          </w:tcPr>
          <w:p w14:paraId="2557D44A"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3577DFE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2D512D5" w14:textId="77777777" w:rsidR="009C1061" w:rsidRDefault="00441274">
            <w:pPr>
              <w:jc w:val="right"/>
            </w:pPr>
            <w:r>
              <w:t>180 руб.</w:t>
            </w:r>
          </w:p>
        </w:tc>
        <w:tc>
          <w:tcPr>
            <w:tcW w:w="1587" w:type="dxa"/>
            <w:tcMar>
              <w:top w:w="40" w:type="dxa"/>
              <w:left w:w="60" w:type="dxa"/>
              <w:bottom w:w="40" w:type="dxa"/>
              <w:right w:w="60" w:type="dxa"/>
            </w:tcMar>
            <w:vAlign w:val="center"/>
          </w:tcPr>
          <w:p w14:paraId="53404986" w14:textId="77777777" w:rsidR="009C1061" w:rsidRDefault="00441274">
            <w:pPr>
              <w:jc w:val="right"/>
            </w:pPr>
            <w:r>
              <w:t>180 руб.</w:t>
            </w:r>
          </w:p>
        </w:tc>
      </w:tr>
      <w:tr w:rsidR="0009622B" w14:paraId="23379E03" w14:textId="77777777" w:rsidTr="00DF6623">
        <w:trPr>
          <w:jc w:val="center"/>
        </w:trPr>
        <w:tc>
          <w:tcPr>
            <w:tcW w:w="453" w:type="dxa"/>
            <w:tcMar>
              <w:top w:w="40" w:type="dxa"/>
              <w:left w:w="60" w:type="dxa"/>
              <w:bottom w:w="40" w:type="dxa"/>
              <w:right w:w="60" w:type="dxa"/>
            </w:tcMar>
            <w:vAlign w:val="center"/>
          </w:tcPr>
          <w:p w14:paraId="23AFA827" w14:textId="77777777" w:rsidR="0009622B" w:rsidRDefault="0009622B" w:rsidP="00DF6623">
            <w:pPr>
              <w:spacing w:after="0"/>
              <w:jc w:val="center"/>
            </w:pPr>
            <w:r>
              <w:t>310</w:t>
            </w:r>
          </w:p>
        </w:tc>
        <w:tc>
          <w:tcPr>
            <w:tcW w:w="7371" w:type="dxa"/>
            <w:tcMar>
              <w:top w:w="40" w:type="dxa"/>
              <w:left w:w="60" w:type="dxa"/>
              <w:bottom w:w="40" w:type="dxa"/>
              <w:right w:w="60" w:type="dxa"/>
            </w:tcMar>
            <w:vAlign w:val="center"/>
          </w:tcPr>
          <w:p w14:paraId="24D2B849"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детский</w:t>
            </w:r>
            <w:proofErr w:type="spellEnd"/>
          </w:p>
        </w:tc>
        <w:tc>
          <w:tcPr>
            <w:tcW w:w="737" w:type="dxa"/>
            <w:tcMar>
              <w:top w:w="40" w:type="dxa"/>
              <w:left w:w="60" w:type="dxa"/>
              <w:bottom w:w="40" w:type="dxa"/>
              <w:right w:w="60" w:type="dxa"/>
            </w:tcMar>
            <w:vAlign w:val="center"/>
          </w:tcPr>
          <w:p w14:paraId="42F4935F" w14:textId="77777777" w:rsidR="0009622B" w:rsidRDefault="0009622B" w:rsidP="00DF6623">
            <w:pPr>
              <w:spacing w:after="0"/>
              <w:jc w:val="center"/>
            </w:pPr>
            <w:r>
              <w:rPr>
                <w:rFonts w:cs="Times New Roman"/>
              </w:rPr>
              <w:t>8</w:t>
            </w:r>
          </w:p>
        </w:tc>
        <w:tc>
          <w:tcPr>
            <w:tcW w:w="680" w:type="dxa"/>
            <w:tcMar>
              <w:top w:w="40" w:type="dxa"/>
              <w:left w:w="60" w:type="dxa"/>
              <w:bottom w:w="40" w:type="dxa"/>
              <w:right w:w="60" w:type="dxa"/>
            </w:tcMar>
            <w:vAlign w:val="center"/>
          </w:tcPr>
          <w:p w14:paraId="3BC68EF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B6738FA" w14:textId="77777777" w:rsidR="009C1061" w:rsidRDefault="00441274">
            <w:pPr>
              <w:jc w:val="right"/>
            </w:pPr>
            <w:r>
              <w:t>180 руб.</w:t>
            </w:r>
          </w:p>
        </w:tc>
        <w:tc>
          <w:tcPr>
            <w:tcW w:w="1587" w:type="dxa"/>
            <w:tcMar>
              <w:top w:w="40" w:type="dxa"/>
              <w:left w:w="60" w:type="dxa"/>
              <w:bottom w:w="40" w:type="dxa"/>
              <w:right w:w="60" w:type="dxa"/>
            </w:tcMar>
            <w:vAlign w:val="center"/>
          </w:tcPr>
          <w:p w14:paraId="52019ED8" w14:textId="77777777" w:rsidR="009C1061" w:rsidRDefault="00441274">
            <w:pPr>
              <w:jc w:val="right"/>
            </w:pPr>
            <w:r>
              <w:t>1 440 руб.</w:t>
            </w:r>
          </w:p>
        </w:tc>
      </w:tr>
      <w:tr w:rsidR="0009622B" w14:paraId="099BE595" w14:textId="77777777" w:rsidTr="00DF6623">
        <w:trPr>
          <w:jc w:val="center"/>
        </w:trPr>
        <w:tc>
          <w:tcPr>
            <w:tcW w:w="453" w:type="dxa"/>
            <w:tcMar>
              <w:top w:w="40" w:type="dxa"/>
              <w:left w:w="60" w:type="dxa"/>
              <w:bottom w:w="40" w:type="dxa"/>
              <w:right w:w="60" w:type="dxa"/>
            </w:tcMar>
            <w:vAlign w:val="center"/>
          </w:tcPr>
          <w:p w14:paraId="27B58EE4" w14:textId="77777777" w:rsidR="0009622B" w:rsidRDefault="0009622B" w:rsidP="00DF6623">
            <w:pPr>
              <w:spacing w:after="0"/>
              <w:jc w:val="center"/>
            </w:pPr>
            <w:r>
              <w:t>311</w:t>
            </w:r>
          </w:p>
        </w:tc>
        <w:tc>
          <w:tcPr>
            <w:tcW w:w="7371" w:type="dxa"/>
            <w:tcMar>
              <w:top w:w="40" w:type="dxa"/>
              <w:left w:w="60" w:type="dxa"/>
              <w:bottom w:w="40" w:type="dxa"/>
              <w:right w:w="60" w:type="dxa"/>
            </w:tcMar>
            <w:vAlign w:val="center"/>
          </w:tcPr>
          <w:p w14:paraId="7B378456" w14:textId="77777777" w:rsidR="0009622B" w:rsidRDefault="0009622B" w:rsidP="00DF6623">
            <w:pPr>
              <w:spacing w:after="0"/>
            </w:pPr>
            <w:proofErr w:type="spellStart"/>
            <w:r>
              <w:rPr>
                <w:rFonts w:cs="Times New Roman"/>
              </w:rPr>
              <w:t>Полукомплект</w:t>
            </w:r>
            <w:proofErr w:type="spellEnd"/>
            <w:r>
              <w:rPr>
                <w:rFonts w:cs="Times New Roman"/>
              </w:rPr>
              <w:t xml:space="preserve"> </w:t>
            </w:r>
            <w:proofErr w:type="spellStart"/>
            <w:r>
              <w:rPr>
                <w:rFonts w:cs="Times New Roman"/>
              </w:rPr>
              <w:t>детский</w:t>
            </w:r>
            <w:proofErr w:type="spellEnd"/>
          </w:p>
        </w:tc>
        <w:tc>
          <w:tcPr>
            <w:tcW w:w="737" w:type="dxa"/>
            <w:tcMar>
              <w:top w:w="40" w:type="dxa"/>
              <w:left w:w="60" w:type="dxa"/>
              <w:bottom w:w="40" w:type="dxa"/>
              <w:right w:w="60" w:type="dxa"/>
            </w:tcMar>
            <w:vAlign w:val="center"/>
          </w:tcPr>
          <w:p w14:paraId="1BDCCA56"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004AF8B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7347C84" w14:textId="77777777" w:rsidR="009C1061" w:rsidRDefault="00441274">
            <w:pPr>
              <w:jc w:val="right"/>
            </w:pPr>
            <w:r>
              <w:t>500 руб.</w:t>
            </w:r>
          </w:p>
        </w:tc>
        <w:tc>
          <w:tcPr>
            <w:tcW w:w="1587" w:type="dxa"/>
            <w:tcMar>
              <w:top w:w="40" w:type="dxa"/>
              <w:left w:w="60" w:type="dxa"/>
              <w:bottom w:w="40" w:type="dxa"/>
              <w:right w:w="60" w:type="dxa"/>
            </w:tcMar>
            <w:vAlign w:val="center"/>
          </w:tcPr>
          <w:p w14:paraId="1399AD59" w14:textId="77777777" w:rsidR="009C1061" w:rsidRDefault="00441274">
            <w:pPr>
              <w:jc w:val="right"/>
            </w:pPr>
            <w:r>
              <w:t>2 500 руб.</w:t>
            </w:r>
          </w:p>
        </w:tc>
      </w:tr>
      <w:tr w:rsidR="0009622B" w14:paraId="267BA7B1" w14:textId="77777777" w:rsidTr="00DF6623">
        <w:trPr>
          <w:jc w:val="center"/>
        </w:trPr>
        <w:tc>
          <w:tcPr>
            <w:tcW w:w="453" w:type="dxa"/>
            <w:tcMar>
              <w:top w:w="40" w:type="dxa"/>
              <w:left w:w="60" w:type="dxa"/>
              <w:bottom w:w="40" w:type="dxa"/>
              <w:right w:w="60" w:type="dxa"/>
            </w:tcMar>
            <w:vAlign w:val="center"/>
          </w:tcPr>
          <w:p w14:paraId="3CC34C16" w14:textId="77777777" w:rsidR="0009622B" w:rsidRDefault="0009622B" w:rsidP="00DF6623">
            <w:pPr>
              <w:spacing w:after="0"/>
              <w:jc w:val="center"/>
            </w:pPr>
            <w:r>
              <w:t>312</w:t>
            </w:r>
          </w:p>
        </w:tc>
        <w:tc>
          <w:tcPr>
            <w:tcW w:w="7371" w:type="dxa"/>
            <w:tcMar>
              <w:top w:w="40" w:type="dxa"/>
              <w:left w:w="60" w:type="dxa"/>
              <w:bottom w:w="40" w:type="dxa"/>
              <w:right w:w="60" w:type="dxa"/>
            </w:tcMar>
            <w:vAlign w:val="center"/>
          </w:tcPr>
          <w:p w14:paraId="2B4AC25B"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девочки</w:t>
            </w:r>
            <w:proofErr w:type="spellEnd"/>
            <w:r>
              <w:rPr>
                <w:rFonts w:cs="Times New Roman"/>
              </w:rPr>
              <w:t xml:space="preserve"> — </w:t>
            </w:r>
            <w:proofErr w:type="spellStart"/>
            <w:r>
              <w:rPr>
                <w:rFonts w:cs="Times New Roman"/>
              </w:rPr>
              <w:t>Размер</w:t>
            </w:r>
            <w:proofErr w:type="spellEnd"/>
            <w:r>
              <w:rPr>
                <w:rFonts w:cs="Times New Roman"/>
              </w:rPr>
              <w:t xml:space="preserve"> 110</w:t>
            </w:r>
          </w:p>
        </w:tc>
        <w:tc>
          <w:tcPr>
            <w:tcW w:w="737" w:type="dxa"/>
            <w:tcMar>
              <w:top w:w="40" w:type="dxa"/>
              <w:left w:w="60" w:type="dxa"/>
              <w:bottom w:w="40" w:type="dxa"/>
              <w:right w:w="60" w:type="dxa"/>
            </w:tcMar>
            <w:vAlign w:val="center"/>
          </w:tcPr>
          <w:p w14:paraId="6E0EF925"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F78E35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BB69E2D" w14:textId="77777777" w:rsidR="009C1061" w:rsidRDefault="00441274">
            <w:pPr>
              <w:jc w:val="right"/>
            </w:pPr>
            <w:r>
              <w:t>300 руб.</w:t>
            </w:r>
          </w:p>
        </w:tc>
        <w:tc>
          <w:tcPr>
            <w:tcW w:w="1587" w:type="dxa"/>
            <w:tcMar>
              <w:top w:w="40" w:type="dxa"/>
              <w:left w:w="60" w:type="dxa"/>
              <w:bottom w:w="40" w:type="dxa"/>
              <w:right w:w="60" w:type="dxa"/>
            </w:tcMar>
            <w:vAlign w:val="center"/>
          </w:tcPr>
          <w:p w14:paraId="57DF242D" w14:textId="77777777" w:rsidR="009C1061" w:rsidRDefault="00441274">
            <w:pPr>
              <w:jc w:val="right"/>
            </w:pPr>
            <w:r>
              <w:t>300 руб.</w:t>
            </w:r>
          </w:p>
        </w:tc>
      </w:tr>
      <w:tr w:rsidR="0009622B" w14:paraId="632C6D79" w14:textId="77777777" w:rsidTr="00DF6623">
        <w:trPr>
          <w:jc w:val="center"/>
        </w:trPr>
        <w:tc>
          <w:tcPr>
            <w:tcW w:w="453" w:type="dxa"/>
            <w:tcMar>
              <w:top w:w="40" w:type="dxa"/>
              <w:left w:w="60" w:type="dxa"/>
              <w:bottom w:w="40" w:type="dxa"/>
              <w:right w:w="60" w:type="dxa"/>
            </w:tcMar>
            <w:vAlign w:val="center"/>
          </w:tcPr>
          <w:p w14:paraId="70DD06DE" w14:textId="77777777" w:rsidR="0009622B" w:rsidRDefault="0009622B" w:rsidP="00DF6623">
            <w:pPr>
              <w:spacing w:after="0"/>
              <w:jc w:val="center"/>
            </w:pPr>
            <w:r>
              <w:t>313</w:t>
            </w:r>
          </w:p>
        </w:tc>
        <w:tc>
          <w:tcPr>
            <w:tcW w:w="7371" w:type="dxa"/>
            <w:tcMar>
              <w:top w:w="40" w:type="dxa"/>
              <w:left w:w="60" w:type="dxa"/>
              <w:bottom w:w="40" w:type="dxa"/>
              <w:right w:w="60" w:type="dxa"/>
            </w:tcMar>
            <w:vAlign w:val="center"/>
          </w:tcPr>
          <w:p w14:paraId="6A5D5D1F" w14:textId="77777777" w:rsidR="0009622B" w:rsidRDefault="0009622B" w:rsidP="00DF6623">
            <w:pPr>
              <w:spacing w:after="0"/>
            </w:pPr>
            <w:proofErr w:type="spellStart"/>
            <w:r>
              <w:rPr>
                <w:rFonts w:cs="Times New Roman"/>
              </w:rPr>
              <w:t>Юбка</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девочки</w:t>
            </w:r>
            <w:proofErr w:type="spellEnd"/>
          </w:p>
        </w:tc>
        <w:tc>
          <w:tcPr>
            <w:tcW w:w="737" w:type="dxa"/>
            <w:tcMar>
              <w:top w:w="40" w:type="dxa"/>
              <w:left w:w="60" w:type="dxa"/>
              <w:bottom w:w="40" w:type="dxa"/>
              <w:right w:w="60" w:type="dxa"/>
            </w:tcMar>
            <w:vAlign w:val="center"/>
          </w:tcPr>
          <w:p w14:paraId="1ACA4C73" w14:textId="77777777" w:rsidR="0009622B" w:rsidRDefault="0009622B" w:rsidP="00DF6623">
            <w:pPr>
              <w:spacing w:after="0"/>
              <w:jc w:val="center"/>
            </w:pPr>
            <w:r>
              <w:rPr>
                <w:rFonts w:cs="Times New Roman"/>
              </w:rPr>
              <w:t>10</w:t>
            </w:r>
          </w:p>
        </w:tc>
        <w:tc>
          <w:tcPr>
            <w:tcW w:w="680" w:type="dxa"/>
            <w:tcMar>
              <w:top w:w="40" w:type="dxa"/>
              <w:left w:w="60" w:type="dxa"/>
              <w:bottom w:w="40" w:type="dxa"/>
              <w:right w:w="60" w:type="dxa"/>
            </w:tcMar>
            <w:vAlign w:val="center"/>
          </w:tcPr>
          <w:p w14:paraId="5DE3979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F3C58F1" w14:textId="77777777" w:rsidR="009C1061" w:rsidRDefault="00441274">
            <w:pPr>
              <w:jc w:val="right"/>
            </w:pPr>
            <w:r>
              <w:t>250 руб.</w:t>
            </w:r>
          </w:p>
        </w:tc>
        <w:tc>
          <w:tcPr>
            <w:tcW w:w="1587" w:type="dxa"/>
            <w:tcMar>
              <w:top w:w="40" w:type="dxa"/>
              <w:left w:w="60" w:type="dxa"/>
              <w:bottom w:w="40" w:type="dxa"/>
              <w:right w:w="60" w:type="dxa"/>
            </w:tcMar>
            <w:vAlign w:val="center"/>
          </w:tcPr>
          <w:p w14:paraId="492D1FDE" w14:textId="77777777" w:rsidR="009C1061" w:rsidRDefault="00441274">
            <w:pPr>
              <w:jc w:val="right"/>
            </w:pPr>
            <w:r>
              <w:t>2 500 руб.</w:t>
            </w:r>
          </w:p>
        </w:tc>
      </w:tr>
      <w:tr w:rsidR="0009622B" w14:paraId="5BF5D35B" w14:textId="77777777" w:rsidTr="00DF6623">
        <w:trPr>
          <w:jc w:val="center"/>
        </w:trPr>
        <w:tc>
          <w:tcPr>
            <w:tcW w:w="453" w:type="dxa"/>
            <w:tcMar>
              <w:top w:w="40" w:type="dxa"/>
              <w:left w:w="60" w:type="dxa"/>
              <w:bottom w:w="40" w:type="dxa"/>
              <w:right w:w="60" w:type="dxa"/>
            </w:tcMar>
            <w:vAlign w:val="center"/>
          </w:tcPr>
          <w:p w14:paraId="3A70B564" w14:textId="77777777" w:rsidR="0009622B" w:rsidRDefault="0009622B" w:rsidP="00DF6623">
            <w:pPr>
              <w:spacing w:after="0"/>
              <w:jc w:val="center"/>
            </w:pPr>
            <w:r>
              <w:t>314</w:t>
            </w:r>
          </w:p>
        </w:tc>
        <w:tc>
          <w:tcPr>
            <w:tcW w:w="7371" w:type="dxa"/>
            <w:tcMar>
              <w:top w:w="40" w:type="dxa"/>
              <w:left w:w="60" w:type="dxa"/>
              <w:bottom w:w="40" w:type="dxa"/>
              <w:right w:w="60" w:type="dxa"/>
            </w:tcMar>
            <w:vAlign w:val="center"/>
          </w:tcPr>
          <w:p w14:paraId="10EB8F87" w14:textId="77777777" w:rsidR="0009622B" w:rsidRDefault="0009622B" w:rsidP="00DF6623">
            <w:pPr>
              <w:spacing w:after="0"/>
            </w:pPr>
            <w:r w:rsidRPr="00CA0274">
              <w:rPr>
                <w:rFonts w:cs="Times New Roman"/>
                <w:lang w:val="ru-RU"/>
              </w:rPr>
              <w:t xml:space="preserve">Жилет для девочки (синий, без воротника) —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32, 34, 36</w:t>
            </w:r>
          </w:p>
        </w:tc>
        <w:tc>
          <w:tcPr>
            <w:tcW w:w="737" w:type="dxa"/>
            <w:tcMar>
              <w:top w:w="40" w:type="dxa"/>
              <w:left w:w="60" w:type="dxa"/>
              <w:bottom w:w="40" w:type="dxa"/>
              <w:right w:w="60" w:type="dxa"/>
            </w:tcMar>
            <w:vAlign w:val="center"/>
          </w:tcPr>
          <w:p w14:paraId="37EDEB7C"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3D6FCBC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4E9D2C3" w14:textId="77777777" w:rsidR="009C1061" w:rsidRDefault="00441274">
            <w:pPr>
              <w:jc w:val="right"/>
            </w:pPr>
            <w:r>
              <w:t>180 руб.</w:t>
            </w:r>
          </w:p>
        </w:tc>
        <w:tc>
          <w:tcPr>
            <w:tcW w:w="1587" w:type="dxa"/>
            <w:tcMar>
              <w:top w:w="40" w:type="dxa"/>
              <w:left w:w="60" w:type="dxa"/>
              <w:bottom w:w="40" w:type="dxa"/>
              <w:right w:w="60" w:type="dxa"/>
            </w:tcMar>
            <w:vAlign w:val="center"/>
          </w:tcPr>
          <w:p w14:paraId="1947362B" w14:textId="77777777" w:rsidR="009C1061" w:rsidRDefault="00441274">
            <w:pPr>
              <w:jc w:val="right"/>
            </w:pPr>
            <w:r>
              <w:t>720 руб.</w:t>
            </w:r>
          </w:p>
        </w:tc>
      </w:tr>
      <w:tr w:rsidR="0009622B" w14:paraId="1D0BC969" w14:textId="77777777" w:rsidTr="00DF6623">
        <w:trPr>
          <w:jc w:val="center"/>
        </w:trPr>
        <w:tc>
          <w:tcPr>
            <w:tcW w:w="453" w:type="dxa"/>
            <w:tcMar>
              <w:top w:w="40" w:type="dxa"/>
              <w:left w:w="60" w:type="dxa"/>
              <w:bottom w:w="40" w:type="dxa"/>
              <w:right w:w="60" w:type="dxa"/>
            </w:tcMar>
            <w:vAlign w:val="center"/>
          </w:tcPr>
          <w:p w14:paraId="00BA2BB2" w14:textId="77777777" w:rsidR="0009622B" w:rsidRDefault="0009622B" w:rsidP="00DF6623">
            <w:pPr>
              <w:spacing w:after="0"/>
              <w:jc w:val="center"/>
            </w:pPr>
            <w:r>
              <w:t>315</w:t>
            </w:r>
          </w:p>
        </w:tc>
        <w:tc>
          <w:tcPr>
            <w:tcW w:w="7371" w:type="dxa"/>
            <w:tcMar>
              <w:top w:w="40" w:type="dxa"/>
              <w:left w:w="60" w:type="dxa"/>
              <w:bottom w:w="40" w:type="dxa"/>
              <w:right w:w="60" w:type="dxa"/>
            </w:tcMar>
            <w:vAlign w:val="center"/>
          </w:tcPr>
          <w:p w14:paraId="012AF2C8" w14:textId="77777777" w:rsidR="0009622B" w:rsidRDefault="0009622B" w:rsidP="00DF6623">
            <w:pPr>
              <w:spacing w:after="0"/>
            </w:pPr>
            <w:r w:rsidRPr="00CA0274">
              <w:rPr>
                <w:rFonts w:cs="Times New Roman"/>
                <w:lang w:val="ru-RU"/>
              </w:rPr>
              <w:t xml:space="preserve">Жилет для девочки (серый) —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30, 32, 34, 36, 38</w:t>
            </w:r>
          </w:p>
        </w:tc>
        <w:tc>
          <w:tcPr>
            <w:tcW w:w="737" w:type="dxa"/>
            <w:tcMar>
              <w:top w:w="40" w:type="dxa"/>
              <w:left w:w="60" w:type="dxa"/>
              <w:bottom w:w="40" w:type="dxa"/>
              <w:right w:w="60" w:type="dxa"/>
            </w:tcMar>
            <w:vAlign w:val="center"/>
          </w:tcPr>
          <w:p w14:paraId="67B08F16"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7B6E3FA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F8DCB07" w14:textId="77777777" w:rsidR="009C1061" w:rsidRDefault="00441274">
            <w:pPr>
              <w:jc w:val="right"/>
            </w:pPr>
            <w:r>
              <w:t>180 руб.</w:t>
            </w:r>
          </w:p>
        </w:tc>
        <w:tc>
          <w:tcPr>
            <w:tcW w:w="1587" w:type="dxa"/>
            <w:tcMar>
              <w:top w:w="40" w:type="dxa"/>
              <w:left w:w="60" w:type="dxa"/>
              <w:bottom w:w="40" w:type="dxa"/>
              <w:right w:w="60" w:type="dxa"/>
            </w:tcMar>
            <w:vAlign w:val="center"/>
          </w:tcPr>
          <w:p w14:paraId="0DB2BD10" w14:textId="77777777" w:rsidR="009C1061" w:rsidRDefault="00441274">
            <w:pPr>
              <w:jc w:val="right"/>
            </w:pPr>
            <w:r>
              <w:t>720 руб.</w:t>
            </w:r>
          </w:p>
        </w:tc>
      </w:tr>
      <w:tr w:rsidR="0009622B" w14:paraId="1339F2F5" w14:textId="77777777" w:rsidTr="00DF6623">
        <w:trPr>
          <w:jc w:val="center"/>
        </w:trPr>
        <w:tc>
          <w:tcPr>
            <w:tcW w:w="453" w:type="dxa"/>
            <w:tcMar>
              <w:top w:w="40" w:type="dxa"/>
              <w:left w:w="60" w:type="dxa"/>
              <w:bottom w:w="40" w:type="dxa"/>
              <w:right w:w="60" w:type="dxa"/>
            </w:tcMar>
            <w:vAlign w:val="center"/>
          </w:tcPr>
          <w:p w14:paraId="683A7644" w14:textId="77777777" w:rsidR="0009622B" w:rsidRDefault="0009622B" w:rsidP="00DF6623">
            <w:pPr>
              <w:spacing w:after="0"/>
              <w:jc w:val="center"/>
            </w:pPr>
            <w:r>
              <w:t>316</w:t>
            </w:r>
          </w:p>
        </w:tc>
        <w:tc>
          <w:tcPr>
            <w:tcW w:w="7371" w:type="dxa"/>
            <w:tcMar>
              <w:top w:w="40" w:type="dxa"/>
              <w:left w:w="60" w:type="dxa"/>
              <w:bottom w:w="40" w:type="dxa"/>
              <w:right w:w="60" w:type="dxa"/>
            </w:tcMar>
            <w:vAlign w:val="center"/>
          </w:tcPr>
          <w:p w14:paraId="25D80697" w14:textId="77777777" w:rsidR="0009622B" w:rsidRDefault="0009622B" w:rsidP="00DF6623">
            <w:pPr>
              <w:spacing w:after="0"/>
            </w:pPr>
            <w:r w:rsidRPr="00CA0274">
              <w:rPr>
                <w:rFonts w:cs="Times New Roman"/>
                <w:lang w:val="ru-RU"/>
              </w:rPr>
              <w:t xml:space="preserve">Жилет для девочки (синий) —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42</w:t>
            </w:r>
          </w:p>
        </w:tc>
        <w:tc>
          <w:tcPr>
            <w:tcW w:w="737" w:type="dxa"/>
            <w:tcMar>
              <w:top w:w="40" w:type="dxa"/>
              <w:left w:w="60" w:type="dxa"/>
              <w:bottom w:w="40" w:type="dxa"/>
              <w:right w:w="60" w:type="dxa"/>
            </w:tcMar>
            <w:vAlign w:val="center"/>
          </w:tcPr>
          <w:p w14:paraId="6B819A4E"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6099F2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A2BFFC7" w14:textId="77777777" w:rsidR="009C1061" w:rsidRDefault="00441274">
            <w:pPr>
              <w:jc w:val="right"/>
            </w:pPr>
            <w:r>
              <w:t>180 руб.</w:t>
            </w:r>
          </w:p>
        </w:tc>
        <w:tc>
          <w:tcPr>
            <w:tcW w:w="1587" w:type="dxa"/>
            <w:tcMar>
              <w:top w:w="40" w:type="dxa"/>
              <w:left w:w="60" w:type="dxa"/>
              <w:bottom w:w="40" w:type="dxa"/>
              <w:right w:w="60" w:type="dxa"/>
            </w:tcMar>
            <w:vAlign w:val="center"/>
          </w:tcPr>
          <w:p w14:paraId="25002FE4" w14:textId="77777777" w:rsidR="009C1061" w:rsidRDefault="00441274">
            <w:pPr>
              <w:jc w:val="right"/>
            </w:pPr>
            <w:r>
              <w:t>180 руб.</w:t>
            </w:r>
          </w:p>
        </w:tc>
      </w:tr>
      <w:tr w:rsidR="0009622B" w14:paraId="6780E71C" w14:textId="77777777" w:rsidTr="00DF6623">
        <w:trPr>
          <w:jc w:val="center"/>
        </w:trPr>
        <w:tc>
          <w:tcPr>
            <w:tcW w:w="453" w:type="dxa"/>
            <w:tcMar>
              <w:top w:w="40" w:type="dxa"/>
              <w:left w:w="60" w:type="dxa"/>
              <w:bottom w:w="40" w:type="dxa"/>
              <w:right w:w="60" w:type="dxa"/>
            </w:tcMar>
            <w:vAlign w:val="center"/>
          </w:tcPr>
          <w:p w14:paraId="312A4C2A" w14:textId="77777777" w:rsidR="0009622B" w:rsidRDefault="0009622B" w:rsidP="00DF6623">
            <w:pPr>
              <w:spacing w:after="0"/>
              <w:jc w:val="center"/>
            </w:pPr>
            <w:r>
              <w:t>317</w:t>
            </w:r>
          </w:p>
        </w:tc>
        <w:tc>
          <w:tcPr>
            <w:tcW w:w="7371" w:type="dxa"/>
            <w:tcMar>
              <w:top w:w="40" w:type="dxa"/>
              <w:left w:w="60" w:type="dxa"/>
              <w:bottom w:w="40" w:type="dxa"/>
              <w:right w:w="60" w:type="dxa"/>
            </w:tcMar>
            <w:vAlign w:val="center"/>
          </w:tcPr>
          <w:p w14:paraId="3EB8B2B6"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девочки</w:t>
            </w:r>
            <w:proofErr w:type="spellEnd"/>
            <w:r>
              <w:rPr>
                <w:rFonts w:cs="Times New Roman"/>
              </w:rPr>
              <w:t xml:space="preserve"> (</w:t>
            </w:r>
            <w:proofErr w:type="spellStart"/>
            <w:r>
              <w:rPr>
                <w:rFonts w:cs="Times New Roman"/>
              </w:rPr>
              <w:t>синий</w:t>
            </w:r>
            <w:proofErr w:type="spellEnd"/>
            <w:r>
              <w:rPr>
                <w:rFonts w:cs="Times New Roman"/>
              </w:rPr>
              <w:t>)</w:t>
            </w:r>
          </w:p>
        </w:tc>
        <w:tc>
          <w:tcPr>
            <w:tcW w:w="737" w:type="dxa"/>
            <w:tcMar>
              <w:top w:w="40" w:type="dxa"/>
              <w:left w:w="60" w:type="dxa"/>
              <w:bottom w:w="40" w:type="dxa"/>
              <w:right w:w="60" w:type="dxa"/>
            </w:tcMar>
            <w:vAlign w:val="center"/>
          </w:tcPr>
          <w:p w14:paraId="4EACC695" w14:textId="77777777" w:rsidR="0009622B" w:rsidRDefault="0009622B" w:rsidP="00DF6623">
            <w:pPr>
              <w:spacing w:after="0"/>
              <w:jc w:val="center"/>
            </w:pPr>
            <w:r>
              <w:rPr>
                <w:rFonts w:cs="Times New Roman"/>
              </w:rPr>
              <w:t>10</w:t>
            </w:r>
          </w:p>
        </w:tc>
        <w:tc>
          <w:tcPr>
            <w:tcW w:w="680" w:type="dxa"/>
            <w:tcMar>
              <w:top w:w="40" w:type="dxa"/>
              <w:left w:w="60" w:type="dxa"/>
              <w:bottom w:w="40" w:type="dxa"/>
              <w:right w:w="60" w:type="dxa"/>
            </w:tcMar>
            <w:vAlign w:val="center"/>
          </w:tcPr>
          <w:p w14:paraId="554B337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1036228" w14:textId="77777777" w:rsidR="009C1061" w:rsidRDefault="00441274">
            <w:pPr>
              <w:jc w:val="right"/>
            </w:pPr>
            <w:r>
              <w:t>180 руб.</w:t>
            </w:r>
          </w:p>
        </w:tc>
        <w:tc>
          <w:tcPr>
            <w:tcW w:w="1587" w:type="dxa"/>
            <w:tcMar>
              <w:top w:w="40" w:type="dxa"/>
              <w:left w:w="60" w:type="dxa"/>
              <w:bottom w:w="40" w:type="dxa"/>
              <w:right w:w="60" w:type="dxa"/>
            </w:tcMar>
            <w:vAlign w:val="center"/>
          </w:tcPr>
          <w:p w14:paraId="39D97C43" w14:textId="77777777" w:rsidR="009C1061" w:rsidRDefault="00441274">
            <w:pPr>
              <w:jc w:val="right"/>
            </w:pPr>
            <w:r>
              <w:t>1 800 руб.</w:t>
            </w:r>
          </w:p>
        </w:tc>
      </w:tr>
      <w:tr w:rsidR="0009622B" w14:paraId="1C39577C" w14:textId="77777777" w:rsidTr="00DF6623">
        <w:trPr>
          <w:jc w:val="center"/>
        </w:trPr>
        <w:tc>
          <w:tcPr>
            <w:tcW w:w="453" w:type="dxa"/>
            <w:tcMar>
              <w:top w:w="40" w:type="dxa"/>
              <w:left w:w="60" w:type="dxa"/>
              <w:bottom w:w="40" w:type="dxa"/>
              <w:right w:w="60" w:type="dxa"/>
            </w:tcMar>
            <w:vAlign w:val="center"/>
          </w:tcPr>
          <w:p w14:paraId="572F1608" w14:textId="77777777" w:rsidR="0009622B" w:rsidRDefault="0009622B" w:rsidP="00DF6623">
            <w:pPr>
              <w:spacing w:after="0"/>
              <w:jc w:val="center"/>
            </w:pPr>
            <w:r>
              <w:t>318</w:t>
            </w:r>
          </w:p>
        </w:tc>
        <w:tc>
          <w:tcPr>
            <w:tcW w:w="7371" w:type="dxa"/>
            <w:tcMar>
              <w:top w:w="40" w:type="dxa"/>
              <w:left w:w="60" w:type="dxa"/>
              <w:bottom w:w="40" w:type="dxa"/>
              <w:right w:w="60" w:type="dxa"/>
            </w:tcMar>
            <w:vAlign w:val="center"/>
          </w:tcPr>
          <w:p w14:paraId="446D0A39" w14:textId="77777777" w:rsidR="0009622B" w:rsidRPr="00CA0274" w:rsidRDefault="0009622B" w:rsidP="00DF6623">
            <w:pPr>
              <w:spacing w:after="0"/>
              <w:rPr>
                <w:lang w:val="ru-RU"/>
              </w:rPr>
            </w:pPr>
            <w:r w:rsidRPr="00CA0274">
              <w:rPr>
                <w:rFonts w:cs="Times New Roman"/>
                <w:lang w:val="ru-RU"/>
              </w:rPr>
              <w:t>Брюки детские демисезонные — арт. 6232Д</w:t>
            </w:r>
          </w:p>
        </w:tc>
        <w:tc>
          <w:tcPr>
            <w:tcW w:w="737" w:type="dxa"/>
            <w:tcMar>
              <w:top w:w="40" w:type="dxa"/>
              <w:left w:w="60" w:type="dxa"/>
              <w:bottom w:w="40" w:type="dxa"/>
              <w:right w:w="60" w:type="dxa"/>
            </w:tcMar>
            <w:vAlign w:val="center"/>
          </w:tcPr>
          <w:p w14:paraId="262DF3F7"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4BF51A9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50A77EA" w14:textId="77777777" w:rsidR="009C1061" w:rsidRDefault="00441274">
            <w:pPr>
              <w:jc w:val="right"/>
            </w:pPr>
            <w:r>
              <w:t>300 руб.</w:t>
            </w:r>
          </w:p>
        </w:tc>
        <w:tc>
          <w:tcPr>
            <w:tcW w:w="1587" w:type="dxa"/>
            <w:tcMar>
              <w:top w:w="40" w:type="dxa"/>
              <w:left w:w="60" w:type="dxa"/>
              <w:bottom w:w="40" w:type="dxa"/>
              <w:right w:w="60" w:type="dxa"/>
            </w:tcMar>
            <w:vAlign w:val="center"/>
          </w:tcPr>
          <w:p w14:paraId="4DA70A0C" w14:textId="77777777" w:rsidR="009C1061" w:rsidRDefault="00441274">
            <w:pPr>
              <w:jc w:val="right"/>
            </w:pPr>
            <w:r>
              <w:t>2 700 руб.</w:t>
            </w:r>
          </w:p>
        </w:tc>
      </w:tr>
      <w:tr w:rsidR="0009622B" w14:paraId="6CE8A2E6" w14:textId="77777777" w:rsidTr="00DF6623">
        <w:trPr>
          <w:jc w:val="center"/>
        </w:trPr>
        <w:tc>
          <w:tcPr>
            <w:tcW w:w="453" w:type="dxa"/>
            <w:tcMar>
              <w:top w:w="40" w:type="dxa"/>
              <w:left w:w="60" w:type="dxa"/>
              <w:bottom w:w="40" w:type="dxa"/>
              <w:right w:w="60" w:type="dxa"/>
            </w:tcMar>
            <w:vAlign w:val="center"/>
          </w:tcPr>
          <w:p w14:paraId="5EDE03D1" w14:textId="77777777" w:rsidR="0009622B" w:rsidRDefault="0009622B" w:rsidP="00DF6623">
            <w:pPr>
              <w:spacing w:after="0"/>
              <w:jc w:val="center"/>
            </w:pPr>
            <w:r>
              <w:lastRenderedPageBreak/>
              <w:t>319</w:t>
            </w:r>
          </w:p>
        </w:tc>
        <w:tc>
          <w:tcPr>
            <w:tcW w:w="7371" w:type="dxa"/>
            <w:tcMar>
              <w:top w:w="40" w:type="dxa"/>
              <w:left w:w="60" w:type="dxa"/>
              <w:bottom w:w="40" w:type="dxa"/>
              <w:right w:w="60" w:type="dxa"/>
            </w:tcMar>
            <w:vAlign w:val="center"/>
          </w:tcPr>
          <w:p w14:paraId="0645459E" w14:textId="77777777" w:rsidR="0009622B" w:rsidRPr="00CA0274" w:rsidRDefault="0009622B" w:rsidP="00DF6623">
            <w:pPr>
              <w:spacing w:after="0"/>
              <w:rPr>
                <w:lang w:val="ru-RU"/>
              </w:rPr>
            </w:pPr>
            <w:r w:rsidRPr="00CA0274">
              <w:rPr>
                <w:rFonts w:cs="Times New Roman"/>
                <w:lang w:val="ru-RU"/>
              </w:rPr>
              <w:t>Брюки детские зимние на лямках</w:t>
            </w:r>
          </w:p>
        </w:tc>
        <w:tc>
          <w:tcPr>
            <w:tcW w:w="737" w:type="dxa"/>
            <w:tcMar>
              <w:top w:w="40" w:type="dxa"/>
              <w:left w:w="60" w:type="dxa"/>
              <w:bottom w:w="40" w:type="dxa"/>
              <w:right w:w="60" w:type="dxa"/>
            </w:tcMar>
            <w:vAlign w:val="center"/>
          </w:tcPr>
          <w:p w14:paraId="2A8C65F6" w14:textId="77777777" w:rsidR="0009622B" w:rsidRDefault="0009622B" w:rsidP="00DF6623">
            <w:pPr>
              <w:spacing w:after="0"/>
              <w:jc w:val="center"/>
            </w:pPr>
            <w:r>
              <w:rPr>
                <w:rFonts w:cs="Times New Roman"/>
              </w:rPr>
              <w:t>14</w:t>
            </w:r>
          </w:p>
        </w:tc>
        <w:tc>
          <w:tcPr>
            <w:tcW w:w="680" w:type="dxa"/>
            <w:tcMar>
              <w:top w:w="40" w:type="dxa"/>
              <w:left w:w="60" w:type="dxa"/>
              <w:bottom w:w="40" w:type="dxa"/>
              <w:right w:w="60" w:type="dxa"/>
            </w:tcMar>
            <w:vAlign w:val="center"/>
          </w:tcPr>
          <w:p w14:paraId="6730649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6909122" w14:textId="77777777" w:rsidR="009C1061" w:rsidRDefault="00441274">
            <w:pPr>
              <w:jc w:val="right"/>
            </w:pPr>
            <w:r>
              <w:t>450 руб.</w:t>
            </w:r>
          </w:p>
        </w:tc>
        <w:tc>
          <w:tcPr>
            <w:tcW w:w="1587" w:type="dxa"/>
            <w:tcMar>
              <w:top w:w="40" w:type="dxa"/>
              <w:left w:w="60" w:type="dxa"/>
              <w:bottom w:w="40" w:type="dxa"/>
              <w:right w:w="60" w:type="dxa"/>
            </w:tcMar>
            <w:vAlign w:val="center"/>
          </w:tcPr>
          <w:p w14:paraId="331CA4BD" w14:textId="77777777" w:rsidR="009C1061" w:rsidRDefault="00441274">
            <w:pPr>
              <w:jc w:val="right"/>
            </w:pPr>
            <w:r>
              <w:t>6 300 руб.</w:t>
            </w:r>
          </w:p>
        </w:tc>
      </w:tr>
      <w:tr w:rsidR="0009622B" w14:paraId="53A5EA30" w14:textId="77777777" w:rsidTr="00DF6623">
        <w:trPr>
          <w:jc w:val="center"/>
        </w:trPr>
        <w:tc>
          <w:tcPr>
            <w:tcW w:w="453" w:type="dxa"/>
            <w:tcMar>
              <w:top w:w="40" w:type="dxa"/>
              <w:left w:w="60" w:type="dxa"/>
              <w:bottom w:w="40" w:type="dxa"/>
              <w:right w:w="60" w:type="dxa"/>
            </w:tcMar>
            <w:vAlign w:val="center"/>
          </w:tcPr>
          <w:p w14:paraId="33BE5342" w14:textId="77777777" w:rsidR="0009622B" w:rsidRDefault="0009622B" w:rsidP="00DF6623">
            <w:pPr>
              <w:spacing w:after="0"/>
              <w:jc w:val="center"/>
            </w:pPr>
            <w:r>
              <w:t>320</w:t>
            </w:r>
          </w:p>
        </w:tc>
        <w:tc>
          <w:tcPr>
            <w:tcW w:w="7371" w:type="dxa"/>
            <w:tcMar>
              <w:top w:w="40" w:type="dxa"/>
              <w:left w:w="60" w:type="dxa"/>
              <w:bottom w:w="40" w:type="dxa"/>
              <w:right w:w="60" w:type="dxa"/>
            </w:tcMar>
            <w:vAlign w:val="center"/>
          </w:tcPr>
          <w:p w14:paraId="278CCEA3"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девочек</w:t>
            </w:r>
            <w:proofErr w:type="spellEnd"/>
            <w:r>
              <w:rPr>
                <w:rFonts w:cs="Times New Roman"/>
              </w:rPr>
              <w:t xml:space="preserve"> — </w:t>
            </w:r>
            <w:proofErr w:type="spellStart"/>
            <w:r>
              <w:rPr>
                <w:rFonts w:cs="Times New Roman"/>
              </w:rPr>
              <w:t>арт</w:t>
            </w:r>
            <w:proofErr w:type="spellEnd"/>
            <w:r>
              <w:rPr>
                <w:rFonts w:cs="Times New Roman"/>
              </w:rPr>
              <w:t>. 512</w:t>
            </w:r>
          </w:p>
        </w:tc>
        <w:tc>
          <w:tcPr>
            <w:tcW w:w="737" w:type="dxa"/>
            <w:tcMar>
              <w:top w:w="40" w:type="dxa"/>
              <w:left w:w="60" w:type="dxa"/>
              <w:bottom w:w="40" w:type="dxa"/>
              <w:right w:w="60" w:type="dxa"/>
            </w:tcMar>
            <w:vAlign w:val="center"/>
          </w:tcPr>
          <w:p w14:paraId="5FE01DE0" w14:textId="77777777" w:rsidR="0009622B" w:rsidRDefault="0009622B" w:rsidP="00DF6623">
            <w:pPr>
              <w:spacing w:after="0"/>
              <w:jc w:val="center"/>
            </w:pPr>
            <w:r>
              <w:rPr>
                <w:rFonts w:cs="Times New Roman"/>
              </w:rPr>
              <w:t>14</w:t>
            </w:r>
          </w:p>
        </w:tc>
        <w:tc>
          <w:tcPr>
            <w:tcW w:w="680" w:type="dxa"/>
            <w:tcMar>
              <w:top w:w="40" w:type="dxa"/>
              <w:left w:w="60" w:type="dxa"/>
              <w:bottom w:w="40" w:type="dxa"/>
              <w:right w:w="60" w:type="dxa"/>
            </w:tcMar>
            <w:vAlign w:val="center"/>
          </w:tcPr>
          <w:p w14:paraId="33E7125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2B73FAA" w14:textId="77777777" w:rsidR="009C1061" w:rsidRDefault="00441274">
            <w:pPr>
              <w:jc w:val="right"/>
            </w:pPr>
            <w:r>
              <w:t>300 руб.</w:t>
            </w:r>
          </w:p>
        </w:tc>
        <w:tc>
          <w:tcPr>
            <w:tcW w:w="1587" w:type="dxa"/>
            <w:tcMar>
              <w:top w:w="40" w:type="dxa"/>
              <w:left w:w="60" w:type="dxa"/>
              <w:bottom w:w="40" w:type="dxa"/>
              <w:right w:w="60" w:type="dxa"/>
            </w:tcMar>
            <w:vAlign w:val="center"/>
          </w:tcPr>
          <w:p w14:paraId="0B122F1C" w14:textId="77777777" w:rsidR="009C1061" w:rsidRDefault="00441274">
            <w:pPr>
              <w:jc w:val="right"/>
            </w:pPr>
            <w:r>
              <w:t>4 200 руб.</w:t>
            </w:r>
          </w:p>
        </w:tc>
      </w:tr>
      <w:tr w:rsidR="0009622B" w14:paraId="40776EDD" w14:textId="77777777" w:rsidTr="00DF6623">
        <w:trPr>
          <w:jc w:val="center"/>
        </w:trPr>
        <w:tc>
          <w:tcPr>
            <w:tcW w:w="453" w:type="dxa"/>
            <w:tcMar>
              <w:top w:w="40" w:type="dxa"/>
              <w:left w:w="60" w:type="dxa"/>
              <w:bottom w:w="40" w:type="dxa"/>
              <w:right w:w="60" w:type="dxa"/>
            </w:tcMar>
            <w:vAlign w:val="center"/>
          </w:tcPr>
          <w:p w14:paraId="1F1602F0" w14:textId="77777777" w:rsidR="0009622B" w:rsidRDefault="0009622B" w:rsidP="00DF6623">
            <w:pPr>
              <w:spacing w:after="0"/>
              <w:jc w:val="center"/>
            </w:pPr>
            <w:r>
              <w:t>321</w:t>
            </w:r>
          </w:p>
        </w:tc>
        <w:tc>
          <w:tcPr>
            <w:tcW w:w="7371" w:type="dxa"/>
            <w:tcMar>
              <w:top w:w="40" w:type="dxa"/>
              <w:left w:w="60" w:type="dxa"/>
              <w:bottom w:w="40" w:type="dxa"/>
              <w:right w:w="60" w:type="dxa"/>
            </w:tcMar>
            <w:vAlign w:val="center"/>
          </w:tcPr>
          <w:p w14:paraId="2A7B8050" w14:textId="77777777" w:rsidR="0009622B" w:rsidRDefault="0009622B" w:rsidP="00DF6623">
            <w:pPr>
              <w:spacing w:after="0"/>
            </w:pPr>
            <w:proofErr w:type="spellStart"/>
            <w:r>
              <w:rPr>
                <w:rFonts w:cs="Times New Roman"/>
              </w:rPr>
              <w:t>Костюмы-двойки</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девочек</w:t>
            </w:r>
            <w:proofErr w:type="spellEnd"/>
          </w:p>
        </w:tc>
        <w:tc>
          <w:tcPr>
            <w:tcW w:w="737" w:type="dxa"/>
            <w:tcMar>
              <w:top w:w="40" w:type="dxa"/>
              <w:left w:w="60" w:type="dxa"/>
              <w:bottom w:w="40" w:type="dxa"/>
              <w:right w:w="60" w:type="dxa"/>
            </w:tcMar>
            <w:vAlign w:val="center"/>
          </w:tcPr>
          <w:p w14:paraId="5EF64FB5" w14:textId="77777777" w:rsidR="0009622B" w:rsidRDefault="0009622B" w:rsidP="00DF6623">
            <w:pPr>
              <w:spacing w:after="0"/>
              <w:jc w:val="center"/>
            </w:pPr>
            <w:r>
              <w:rPr>
                <w:rFonts w:cs="Times New Roman"/>
              </w:rPr>
              <w:t>50</w:t>
            </w:r>
          </w:p>
        </w:tc>
        <w:tc>
          <w:tcPr>
            <w:tcW w:w="680" w:type="dxa"/>
            <w:tcMar>
              <w:top w:w="40" w:type="dxa"/>
              <w:left w:w="60" w:type="dxa"/>
              <w:bottom w:w="40" w:type="dxa"/>
              <w:right w:w="60" w:type="dxa"/>
            </w:tcMar>
            <w:vAlign w:val="center"/>
          </w:tcPr>
          <w:p w14:paraId="2A5CBA0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2589DBE" w14:textId="77777777" w:rsidR="009C1061" w:rsidRDefault="00441274">
            <w:pPr>
              <w:jc w:val="right"/>
            </w:pPr>
            <w:r>
              <w:t>500 руб.</w:t>
            </w:r>
          </w:p>
        </w:tc>
        <w:tc>
          <w:tcPr>
            <w:tcW w:w="1587" w:type="dxa"/>
            <w:tcMar>
              <w:top w:w="40" w:type="dxa"/>
              <w:left w:w="60" w:type="dxa"/>
              <w:bottom w:w="40" w:type="dxa"/>
              <w:right w:w="60" w:type="dxa"/>
            </w:tcMar>
            <w:vAlign w:val="center"/>
          </w:tcPr>
          <w:p w14:paraId="5CA852A5" w14:textId="77777777" w:rsidR="009C1061" w:rsidRDefault="00441274">
            <w:pPr>
              <w:jc w:val="right"/>
            </w:pPr>
            <w:r>
              <w:t>25 000 руб.</w:t>
            </w:r>
          </w:p>
        </w:tc>
      </w:tr>
      <w:tr w:rsidR="0009622B" w14:paraId="2DE8032C" w14:textId="77777777" w:rsidTr="00DF6623">
        <w:trPr>
          <w:jc w:val="center"/>
        </w:trPr>
        <w:tc>
          <w:tcPr>
            <w:tcW w:w="453" w:type="dxa"/>
            <w:tcMar>
              <w:top w:w="40" w:type="dxa"/>
              <w:left w:w="60" w:type="dxa"/>
              <w:bottom w:w="40" w:type="dxa"/>
              <w:right w:w="60" w:type="dxa"/>
            </w:tcMar>
            <w:vAlign w:val="center"/>
          </w:tcPr>
          <w:p w14:paraId="40E4F5D8" w14:textId="77777777" w:rsidR="0009622B" w:rsidRDefault="0009622B" w:rsidP="00DF6623">
            <w:pPr>
              <w:spacing w:after="0"/>
              <w:jc w:val="center"/>
            </w:pPr>
            <w:r>
              <w:t>322</w:t>
            </w:r>
          </w:p>
        </w:tc>
        <w:tc>
          <w:tcPr>
            <w:tcW w:w="7371" w:type="dxa"/>
            <w:tcMar>
              <w:top w:w="40" w:type="dxa"/>
              <w:left w:w="60" w:type="dxa"/>
              <w:bottom w:w="40" w:type="dxa"/>
              <w:right w:w="60" w:type="dxa"/>
            </w:tcMar>
            <w:vAlign w:val="center"/>
          </w:tcPr>
          <w:p w14:paraId="2AB825FA" w14:textId="77777777" w:rsidR="0009622B" w:rsidRPr="00CA0274" w:rsidRDefault="0009622B" w:rsidP="00DF6623">
            <w:pPr>
              <w:spacing w:after="0"/>
              <w:rPr>
                <w:lang w:val="ru-RU"/>
              </w:rPr>
            </w:pPr>
            <w:r w:rsidRPr="00CA0274">
              <w:rPr>
                <w:rFonts w:cs="Times New Roman"/>
                <w:lang w:val="ru-RU"/>
              </w:rPr>
              <w:t>Костюмы-двойки для мальчиков (школьные) — разных размеров</w:t>
            </w:r>
          </w:p>
        </w:tc>
        <w:tc>
          <w:tcPr>
            <w:tcW w:w="737" w:type="dxa"/>
            <w:tcMar>
              <w:top w:w="40" w:type="dxa"/>
              <w:left w:w="60" w:type="dxa"/>
              <w:bottom w:w="40" w:type="dxa"/>
              <w:right w:w="60" w:type="dxa"/>
            </w:tcMar>
            <w:vAlign w:val="center"/>
          </w:tcPr>
          <w:p w14:paraId="7595BEBC" w14:textId="77777777" w:rsidR="0009622B" w:rsidRDefault="0009622B" w:rsidP="00DF6623">
            <w:pPr>
              <w:spacing w:after="0"/>
              <w:jc w:val="center"/>
            </w:pPr>
            <w:r>
              <w:rPr>
                <w:rFonts w:cs="Times New Roman"/>
              </w:rPr>
              <w:t>59</w:t>
            </w:r>
          </w:p>
        </w:tc>
        <w:tc>
          <w:tcPr>
            <w:tcW w:w="680" w:type="dxa"/>
            <w:tcMar>
              <w:top w:w="40" w:type="dxa"/>
              <w:left w:w="60" w:type="dxa"/>
              <w:bottom w:w="40" w:type="dxa"/>
              <w:right w:w="60" w:type="dxa"/>
            </w:tcMar>
            <w:vAlign w:val="center"/>
          </w:tcPr>
          <w:p w14:paraId="0CC3271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5C03DE8" w14:textId="77777777" w:rsidR="009C1061" w:rsidRDefault="00441274">
            <w:pPr>
              <w:jc w:val="right"/>
            </w:pPr>
            <w:r>
              <w:t>500 руб.</w:t>
            </w:r>
          </w:p>
        </w:tc>
        <w:tc>
          <w:tcPr>
            <w:tcW w:w="1587" w:type="dxa"/>
            <w:tcMar>
              <w:top w:w="40" w:type="dxa"/>
              <w:left w:w="60" w:type="dxa"/>
              <w:bottom w:w="40" w:type="dxa"/>
              <w:right w:w="60" w:type="dxa"/>
            </w:tcMar>
            <w:vAlign w:val="center"/>
          </w:tcPr>
          <w:p w14:paraId="2B13B3DE" w14:textId="77777777" w:rsidR="009C1061" w:rsidRDefault="00441274">
            <w:pPr>
              <w:jc w:val="right"/>
            </w:pPr>
            <w:r>
              <w:t>29 500 руб.</w:t>
            </w:r>
          </w:p>
        </w:tc>
      </w:tr>
      <w:tr w:rsidR="0009622B" w14:paraId="2947DEC5" w14:textId="77777777" w:rsidTr="00DF6623">
        <w:trPr>
          <w:jc w:val="center"/>
        </w:trPr>
        <w:tc>
          <w:tcPr>
            <w:tcW w:w="453" w:type="dxa"/>
            <w:tcMar>
              <w:top w:w="40" w:type="dxa"/>
              <w:left w:w="60" w:type="dxa"/>
              <w:bottom w:w="40" w:type="dxa"/>
              <w:right w:w="60" w:type="dxa"/>
            </w:tcMar>
            <w:vAlign w:val="center"/>
          </w:tcPr>
          <w:p w14:paraId="38CE7950" w14:textId="77777777" w:rsidR="0009622B" w:rsidRDefault="0009622B" w:rsidP="00DF6623">
            <w:pPr>
              <w:spacing w:after="0"/>
              <w:jc w:val="center"/>
            </w:pPr>
            <w:r>
              <w:t>323</w:t>
            </w:r>
          </w:p>
        </w:tc>
        <w:tc>
          <w:tcPr>
            <w:tcW w:w="7371" w:type="dxa"/>
            <w:tcMar>
              <w:top w:w="40" w:type="dxa"/>
              <w:left w:w="60" w:type="dxa"/>
              <w:bottom w:w="40" w:type="dxa"/>
              <w:right w:w="60" w:type="dxa"/>
            </w:tcMar>
            <w:vAlign w:val="center"/>
          </w:tcPr>
          <w:p w14:paraId="6410D318"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детские</w:t>
            </w:r>
            <w:proofErr w:type="spellEnd"/>
            <w:r>
              <w:rPr>
                <w:rFonts w:cs="Times New Roman"/>
              </w:rPr>
              <w:t xml:space="preserve"> </w:t>
            </w:r>
            <w:proofErr w:type="spellStart"/>
            <w:r>
              <w:rPr>
                <w:rFonts w:cs="Times New Roman"/>
              </w:rPr>
              <w:t>на</w:t>
            </w:r>
            <w:proofErr w:type="spellEnd"/>
            <w:r>
              <w:rPr>
                <w:rFonts w:cs="Times New Roman"/>
              </w:rPr>
              <w:t xml:space="preserve"> </w:t>
            </w:r>
            <w:proofErr w:type="spellStart"/>
            <w:r>
              <w:rPr>
                <w:rFonts w:cs="Times New Roman"/>
              </w:rPr>
              <w:t>флисе</w:t>
            </w:r>
            <w:proofErr w:type="spellEnd"/>
          </w:p>
        </w:tc>
        <w:tc>
          <w:tcPr>
            <w:tcW w:w="737" w:type="dxa"/>
            <w:tcMar>
              <w:top w:w="40" w:type="dxa"/>
              <w:left w:w="60" w:type="dxa"/>
              <w:bottom w:w="40" w:type="dxa"/>
              <w:right w:w="60" w:type="dxa"/>
            </w:tcMar>
            <w:vAlign w:val="center"/>
          </w:tcPr>
          <w:p w14:paraId="747F222C" w14:textId="77777777" w:rsidR="0009622B" w:rsidRDefault="0009622B" w:rsidP="00DF6623">
            <w:pPr>
              <w:spacing w:after="0"/>
              <w:jc w:val="center"/>
            </w:pPr>
            <w:r>
              <w:rPr>
                <w:rFonts w:cs="Times New Roman"/>
              </w:rPr>
              <w:t>30</w:t>
            </w:r>
          </w:p>
        </w:tc>
        <w:tc>
          <w:tcPr>
            <w:tcW w:w="680" w:type="dxa"/>
            <w:tcMar>
              <w:top w:w="40" w:type="dxa"/>
              <w:left w:w="60" w:type="dxa"/>
              <w:bottom w:w="40" w:type="dxa"/>
              <w:right w:w="60" w:type="dxa"/>
            </w:tcMar>
            <w:vAlign w:val="center"/>
          </w:tcPr>
          <w:p w14:paraId="4C4EE5C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9D0C2A8" w14:textId="77777777" w:rsidR="009C1061" w:rsidRDefault="00441274">
            <w:pPr>
              <w:jc w:val="right"/>
            </w:pPr>
            <w:r>
              <w:t>350 руб.</w:t>
            </w:r>
          </w:p>
        </w:tc>
        <w:tc>
          <w:tcPr>
            <w:tcW w:w="1587" w:type="dxa"/>
            <w:tcMar>
              <w:top w:w="40" w:type="dxa"/>
              <w:left w:w="60" w:type="dxa"/>
              <w:bottom w:w="40" w:type="dxa"/>
              <w:right w:w="60" w:type="dxa"/>
            </w:tcMar>
            <w:vAlign w:val="center"/>
          </w:tcPr>
          <w:p w14:paraId="28C85A95" w14:textId="77777777" w:rsidR="009C1061" w:rsidRDefault="00441274">
            <w:pPr>
              <w:jc w:val="right"/>
            </w:pPr>
            <w:r>
              <w:t>10 500 руб.</w:t>
            </w:r>
          </w:p>
        </w:tc>
      </w:tr>
      <w:tr w:rsidR="0009622B" w14:paraId="6DF845FA" w14:textId="77777777" w:rsidTr="00DF6623">
        <w:trPr>
          <w:jc w:val="center"/>
        </w:trPr>
        <w:tc>
          <w:tcPr>
            <w:tcW w:w="453" w:type="dxa"/>
            <w:tcMar>
              <w:top w:w="40" w:type="dxa"/>
              <w:left w:w="60" w:type="dxa"/>
              <w:bottom w:w="40" w:type="dxa"/>
              <w:right w:w="60" w:type="dxa"/>
            </w:tcMar>
            <w:vAlign w:val="center"/>
          </w:tcPr>
          <w:p w14:paraId="453A00D6" w14:textId="77777777" w:rsidR="0009622B" w:rsidRDefault="0009622B" w:rsidP="00DF6623">
            <w:pPr>
              <w:spacing w:after="0"/>
              <w:jc w:val="center"/>
            </w:pPr>
            <w:r>
              <w:t>324</w:t>
            </w:r>
          </w:p>
        </w:tc>
        <w:tc>
          <w:tcPr>
            <w:tcW w:w="7371" w:type="dxa"/>
            <w:tcMar>
              <w:top w:w="40" w:type="dxa"/>
              <w:left w:w="60" w:type="dxa"/>
              <w:bottom w:w="40" w:type="dxa"/>
              <w:right w:w="60" w:type="dxa"/>
            </w:tcMar>
            <w:vAlign w:val="center"/>
          </w:tcPr>
          <w:p w14:paraId="5D3EE057" w14:textId="77777777" w:rsidR="0009622B" w:rsidRDefault="0009622B" w:rsidP="00DF6623">
            <w:pPr>
              <w:spacing w:after="0"/>
            </w:pPr>
            <w:proofErr w:type="spellStart"/>
            <w:r>
              <w:rPr>
                <w:rFonts w:cs="Times New Roman"/>
              </w:rPr>
              <w:t>Сарафаны-гофре</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девочек</w:t>
            </w:r>
            <w:proofErr w:type="spellEnd"/>
          </w:p>
        </w:tc>
        <w:tc>
          <w:tcPr>
            <w:tcW w:w="737" w:type="dxa"/>
            <w:tcMar>
              <w:top w:w="40" w:type="dxa"/>
              <w:left w:w="60" w:type="dxa"/>
              <w:bottom w:w="40" w:type="dxa"/>
              <w:right w:w="60" w:type="dxa"/>
            </w:tcMar>
            <w:vAlign w:val="center"/>
          </w:tcPr>
          <w:p w14:paraId="50315833" w14:textId="77777777" w:rsidR="0009622B" w:rsidRDefault="0009622B" w:rsidP="00DF6623">
            <w:pPr>
              <w:spacing w:after="0"/>
              <w:jc w:val="center"/>
            </w:pPr>
            <w:r>
              <w:rPr>
                <w:rFonts w:cs="Times New Roman"/>
              </w:rPr>
              <w:t>52</w:t>
            </w:r>
          </w:p>
        </w:tc>
        <w:tc>
          <w:tcPr>
            <w:tcW w:w="680" w:type="dxa"/>
            <w:tcMar>
              <w:top w:w="40" w:type="dxa"/>
              <w:left w:w="60" w:type="dxa"/>
              <w:bottom w:w="40" w:type="dxa"/>
              <w:right w:w="60" w:type="dxa"/>
            </w:tcMar>
            <w:vAlign w:val="center"/>
          </w:tcPr>
          <w:p w14:paraId="10117A4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98C3F19" w14:textId="77777777" w:rsidR="009C1061" w:rsidRDefault="00441274">
            <w:pPr>
              <w:jc w:val="right"/>
            </w:pPr>
            <w:r>
              <w:t>350 руб.</w:t>
            </w:r>
          </w:p>
        </w:tc>
        <w:tc>
          <w:tcPr>
            <w:tcW w:w="1587" w:type="dxa"/>
            <w:tcMar>
              <w:top w:w="40" w:type="dxa"/>
              <w:left w:w="60" w:type="dxa"/>
              <w:bottom w:w="40" w:type="dxa"/>
              <w:right w:w="60" w:type="dxa"/>
            </w:tcMar>
            <w:vAlign w:val="center"/>
          </w:tcPr>
          <w:p w14:paraId="645D64FE" w14:textId="77777777" w:rsidR="009C1061" w:rsidRDefault="00441274">
            <w:pPr>
              <w:jc w:val="right"/>
            </w:pPr>
            <w:r>
              <w:t>18 200 руб.</w:t>
            </w:r>
          </w:p>
        </w:tc>
      </w:tr>
      <w:tr w:rsidR="0009622B" w14:paraId="3FCC689E" w14:textId="77777777" w:rsidTr="00DF6623">
        <w:trPr>
          <w:jc w:val="center"/>
        </w:trPr>
        <w:tc>
          <w:tcPr>
            <w:tcW w:w="453" w:type="dxa"/>
            <w:tcMar>
              <w:top w:w="40" w:type="dxa"/>
              <w:left w:w="60" w:type="dxa"/>
              <w:bottom w:w="40" w:type="dxa"/>
              <w:right w:w="60" w:type="dxa"/>
            </w:tcMar>
            <w:vAlign w:val="center"/>
          </w:tcPr>
          <w:p w14:paraId="68A182A0" w14:textId="77777777" w:rsidR="0009622B" w:rsidRDefault="0009622B" w:rsidP="00DF6623">
            <w:pPr>
              <w:spacing w:after="0"/>
              <w:jc w:val="center"/>
            </w:pPr>
            <w:r>
              <w:t>325</w:t>
            </w:r>
          </w:p>
        </w:tc>
        <w:tc>
          <w:tcPr>
            <w:tcW w:w="7371" w:type="dxa"/>
            <w:tcMar>
              <w:top w:w="40" w:type="dxa"/>
              <w:left w:w="60" w:type="dxa"/>
              <w:bottom w:w="40" w:type="dxa"/>
              <w:right w:w="60" w:type="dxa"/>
            </w:tcMar>
            <w:vAlign w:val="center"/>
          </w:tcPr>
          <w:p w14:paraId="171D293E" w14:textId="77777777" w:rsidR="0009622B" w:rsidRPr="00CA0274" w:rsidRDefault="0009622B" w:rsidP="00DF6623">
            <w:pPr>
              <w:spacing w:after="0"/>
              <w:rPr>
                <w:lang w:val="ru-RU"/>
              </w:rPr>
            </w:pPr>
            <w:r w:rsidRPr="00CA0274">
              <w:rPr>
                <w:rFonts w:cs="Times New Roman"/>
                <w:lang w:val="ru-RU"/>
              </w:rPr>
              <w:t>Пиджаки школьные для девочек — разных размеров и цветов</w:t>
            </w:r>
          </w:p>
        </w:tc>
        <w:tc>
          <w:tcPr>
            <w:tcW w:w="737" w:type="dxa"/>
            <w:tcMar>
              <w:top w:w="40" w:type="dxa"/>
              <w:left w:w="60" w:type="dxa"/>
              <w:bottom w:w="40" w:type="dxa"/>
              <w:right w:w="60" w:type="dxa"/>
            </w:tcMar>
            <w:vAlign w:val="center"/>
          </w:tcPr>
          <w:p w14:paraId="54C3DF54"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795B6F0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3BE833B" w14:textId="77777777" w:rsidR="009C1061" w:rsidRDefault="00441274">
            <w:pPr>
              <w:jc w:val="right"/>
            </w:pPr>
            <w:r>
              <w:t>400 руб.</w:t>
            </w:r>
          </w:p>
        </w:tc>
        <w:tc>
          <w:tcPr>
            <w:tcW w:w="1587" w:type="dxa"/>
            <w:tcMar>
              <w:top w:w="40" w:type="dxa"/>
              <w:left w:w="60" w:type="dxa"/>
              <w:bottom w:w="40" w:type="dxa"/>
              <w:right w:w="60" w:type="dxa"/>
            </w:tcMar>
            <w:vAlign w:val="center"/>
          </w:tcPr>
          <w:p w14:paraId="7EBD50A9" w14:textId="77777777" w:rsidR="009C1061" w:rsidRDefault="00441274">
            <w:pPr>
              <w:jc w:val="right"/>
            </w:pPr>
            <w:r>
              <w:t>1 600 руб.</w:t>
            </w:r>
          </w:p>
        </w:tc>
      </w:tr>
      <w:tr w:rsidR="0009622B" w14:paraId="1480A252" w14:textId="77777777" w:rsidTr="00DF6623">
        <w:trPr>
          <w:jc w:val="center"/>
        </w:trPr>
        <w:tc>
          <w:tcPr>
            <w:tcW w:w="453" w:type="dxa"/>
            <w:tcMar>
              <w:top w:w="40" w:type="dxa"/>
              <w:left w:w="60" w:type="dxa"/>
              <w:bottom w:w="40" w:type="dxa"/>
              <w:right w:w="60" w:type="dxa"/>
            </w:tcMar>
            <w:vAlign w:val="center"/>
          </w:tcPr>
          <w:p w14:paraId="1FD64DBE" w14:textId="77777777" w:rsidR="0009622B" w:rsidRDefault="0009622B" w:rsidP="00DF6623">
            <w:pPr>
              <w:spacing w:after="0"/>
              <w:jc w:val="center"/>
            </w:pPr>
            <w:r>
              <w:t>326</w:t>
            </w:r>
          </w:p>
        </w:tc>
        <w:tc>
          <w:tcPr>
            <w:tcW w:w="7371" w:type="dxa"/>
            <w:tcMar>
              <w:top w:w="40" w:type="dxa"/>
              <w:left w:w="60" w:type="dxa"/>
              <w:bottom w:w="40" w:type="dxa"/>
              <w:right w:w="60" w:type="dxa"/>
            </w:tcMar>
            <w:vAlign w:val="center"/>
          </w:tcPr>
          <w:p w14:paraId="7B712B6A" w14:textId="77777777" w:rsidR="0009622B" w:rsidRPr="00CA0274" w:rsidRDefault="0009622B" w:rsidP="00DF6623">
            <w:pPr>
              <w:spacing w:after="0"/>
              <w:rPr>
                <w:lang w:val="ru-RU"/>
              </w:rPr>
            </w:pPr>
            <w:r w:rsidRPr="00CA0274">
              <w:rPr>
                <w:rFonts w:cs="Times New Roman"/>
                <w:lang w:val="ru-RU"/>
              </w:rPr>
              <w:t>Платья школьные для девочек — разных фасонов и размеров</w:t>
            </w:r>
          </w:p>
        </w:tc>
        <w:tc>
          <w:tcPr>
            <w:tcW w:w="737" w:type="dxa"/>
            <w:tcMar>
              <w:top w:w="40" w:type="dxa"/>
              <w:left w:w="60" w:type="dxa"/>
              <w:bottom w:w="40" w:type="dxa"/>
              <w:right w:w="60" w:type="dxa"/>
            </w:tcMar>
            <w:vAlign w:val="center"/>
          </w:tcPr>
          <w:p w14:paraId="3F9B86F5" w14:textId="77777777" w:rsidR="0009622B" w:rsidRDefault="0009622B" w:rsidP="00DF6623">
            <w:pPr>
              <w:spacing w:after="0"/>
              <w:jc w:val="center"/>
            </w:pPr>
            <w:r>
              <w:rPr>
                <w:rFonts w:cs="Times New Roman"/>
              </w:rPr>
              <w:t>37</w:t>
            </w:r>
          </w:p>
        </w:tc>
        <w:tc>
          <w:tcPr>
            <w:tcW w:w="680" w:type="dxa"/>
            <w:tcMar>
              <w:top w:w="40" w:type="dxa"/>
              <w:left w:w="60" w:type="dxa"/>
              <w:bottom w:w="40" w:type="dxa"/>
              <w:right w:w="60" w:type="dxa"/>
            </w:tcMar>
            <w:vAlign w:val="center"/>
          </w:tcPr>
          <w:p w14:paraId="4C952BD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1BE96FE" w14:textId="77777777" w:rsidR="009C1061" w:rsidRDefault="00441274">
            <w:pPr>
              <w:jc w:val="right"/>
            </w:pPr>
            <w:r>
              <w:t>200 руб.</w:t>
            </w:r>
          </w:p>
        </w:tc>
        <w:tc>
          <w:tcPr>
            <w:tcW w:w="1587" w:type="dxa"/>
            <w:tcMar>
              <w:top w:w="40" w:type="dxa"/>
              <w:left w:w="60" w:type="dxa"/>
              <w:bottom w:w="40" w:type="dxa"/>
              <w:right w:w="60" w:type="dxa"/>
            </w:tcMar>
            <w:vAlign w:val="center"/>
          </w:tcPr>
          <w:p w14:paraId="57B34C3D" w14:textId="77777777" w:rsidR="009C1061" w:rsidRDefault="00441274">
            <w:pPr>
              <w:jc w:val="right"/>
            </w:pPr>
            <w:r>
              <w:t>7 400 руб.</w:t>
            </w:r>
          </w:p>
        </w:tc>
      </w:tr>
      <w:tr w:rsidR="0009622B" w14:paraId="43CEC9DF" w14:textId="77777777" w:rsidTr="00DF6623">
        <w:trPr>
          <w:jc w:val="center"/>
        </w:trPr>
        <w:tc>
          <w:tcPr>
            <w:tcW w:w="453" w:type="dxa"/>
            <w:tcMar>
              <w:top w:w="40" w:type="dxa"/>
              <w:left w:w="60" w:type="dxa"/>
              <w:bottom w:w="40" w:type="dxa"/>
              <w:right w:w="60" w:type="dxa"/>
            </w:tcMar>
            <w:vAlign w:val="center"/>
          </w:tcPr>
          <w:p w14:paraId="25DFD552" w14:textId="77777777" w:rsidR="0009622B" w:rsidRDefault="0009622B" w:rsidP="00DF6623">
            <w:pPr>
              <w:spacing w:after="0"/>
              <w:jc w:val="center"/>
            </w:pPr>
            <w:r>
              <w:t>327</w:t>
            </w:r>
          </w:p>
        </w:tc>
        <w:tc>
          <w:tcPr>
            <w:tcW w:w="7371" w:type="dxa"/>
            <w:tcMar>
              <w:top w:w="40" w:type="dxa"/>
              <w:left w:w="60" w:type="dxa"/>
              <w:bottom w:w="40" w:type="dxa"/>
              <w:right w:w="60" w:type="dxa"/>
            </w:tcMar>
            <w:vAlign w:val="center"/>
          </w:tcPr>
          <w:p w14:paraId="170760BE" w14:textId="77777777" w:rsidR="0009622B" w:rsidRPr="00CA0274" w:rsidRDefault="0009622B" w:rsidP="00DF6623">
            <w:pPr>
              <w:spacing w:after="0"/>
              <w:rPr>
                <w:lang w:val="ru-RU"/>
              </w:rPr>
            </w:pPr>
            <w:r w:rsidRPr="00CA0274">
              <w:rPr>
                <w:rFonts w:cs="Times New Roman"/>
                <w:lang w:val="ru-RU"/>
              </w:rPr>
              <w:t>Сарафаны школьные для девочек — синие и чёрные</w:t>
            </w:r>
          </w:p>
        </w:tc>
        <w:tc>
          <w:tcPr>
            <w:tcW w:w="737" w:type="dxa"/>
            <w:tcMar>
              <w:top w:w="40" w:type="dxa"/>
              <w:left w:w="60" w:type="dxa"/>
              <w:bottom w:w="40" w:type="dxa"/>
              <w:right w:w="60" w:type="dxa"/>
            </w:tcMar>
            <w:vAlign w:val="center"/>
          </w:tcPr>
          <w:p w14:paraId="1117041C" w14:textId="77777777" w:rsidR="0009622B" w:rsidRDefault="0009622B" w:rsidP="00DF6623">
            <w:pPr>
              <w:spacing w:after="0"/>
              <w:jc w:val="center"/>
            </w:pPr>
            <w:r>
              <w:rPr>
                <w:rFonts w:cs="Times New Roman"/>
              </w:rPr>
              <w:t>28</w:t>
            </w:r>
          </w:p>
        </w:tc>
        <w:tc>
          <w:tcPr>
            <w:tcW w:w="680" w:type="dxa"/>
            <w:tcMar>
              <w:top w:w="40" w:type="dxa"/>
              <w:left w:w="60" w:type="dxa"/>
              <w:bottom w:w="40" w:type="dxa"/>
              <w:right w:w="60" w:type="dxa"/>
            </w:tcMar>
            <w:vAlign w:val="center"/>
          </w:tcPr>
          <w:p w14:paraId="3B056AA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9D9899E" w14:textId="77777777" w:rsidR="009C1061" w:rsidRDefault="00441274">
            <w:pPr>
              <w:jc w:val="right"/>
            </w:pPr>
            <w:r>
              <w:t>350 руб.</w:t>
            </w:r>
          </w:p>
        </w:tc>
        <w:tc>
          <w:tcPr>
            <w:tcW w:w="1587" w:type="dxa"/>
            <w:tcMar>
              <w:top w:w="40" w:type="dxa"/>
              <w:left w:w="60" w:type="dxa"/>
              <w:bottom w:w="40" w:type="dxa"/>
              <w:right w:w="60" w:type="dxa"/>
            </w:tcMar>
            <w:vAlign w:val="center"/>
          </w:tcPr>
          <w:p w14:paraId="09816365" w14:textId="77777777" w:rsidR="009C1061" w:rsidRDefault="00441274">
            <w:pPr>
              <w:jc w:val="right"/>
            </w:pPr>
            <w:r>
              <w:t>9 800 руб.</w:t>
            </w:r>
          </w:p>
        </w:tc>
      </w:tr>
      <w:tr w:rsidR="0009622B" w14:paraId="53A665AF" w14:textId="77777777" w:rsidTr="00DF6623">
        <w:trPr>
          <w:jc w:val="center"/>
        </w:trPr>
        <w:tc>
          <w:tcPr>
            <w:tcW w:w="453" w:type="dxa"/>
            <w:tcMar>
              <w:top w:w="40" w:type="dxa"/>
              <w:left w:w="60" w:type="dxa"/>
              <w:bottom w:w="40" w:type="dxa"/>
              <w:right w:w="60" w:type="dxa"/>
            </w:tcMar>
            <w:vAlign w:val="center"/>
          </w:tcPr>
          <w:p w14:paraId="6F2341FB" w14:textId="77777777" w:rsidR="0009622B" w:rsidRDefault="0009622B" w:rsidP="00DF6623">
            <w:pPr>
              <w:spacing w:after="0"/>
              <w:jc w:val="center"/>
            </w:pPr>
            <w:r>
              <w:t>328</w:t>
            </w:r>
          </w:p>
        </w:tc>
        <w:tc>
          <w:tcPr>
            <w:tcW w:w="7371" w:type="dxa"/>
            <w:tcMar>
              <w:top w:w="40" w:type="dxa"/>
              <w:left w:w="60" w:type="dxa"/>
              <w:bottom w:w="40" w:type="dxa"/>
              <w:right w:w="60" w:type="dxa"/>
            </w:tcMar>
            <w:vAlign w:val="center"/>
          </w:tcPr>
          <w:p w14:paraId="36A72F73" w14:textId="77777777" w:rsidR="0009622B" w:rsidRPr="00CA0274" w:rsidRDefault="0009622B" w:rsidP="00DF6623">
            <w:pPr>
              <w:spacing w:after="0"/>
              <w:rPr>
                <w:lang w:val="ru-RU"/>
              </w:rPr>
            </w:pPr>
            <w:r w:rsidRPr="00CA0274">
              <w:rPr>
                <w:rFonts w:cs="Times New Roman"/>
                <w:lang w:val="ru-RU"/>
              </w:rPr>
              <w:t>Костюмы для девочек (жакет + брюки)</w:t>
            </w:r>
          </w:p>
        </w:tc>
        <w:tc>
          <w:tcPr>
            <w:tcW w:w="737" w:type="dxa"/>
            <w:tcMar>
              <w:top w:w="40" w:type="dxa"/>
              <w:left w:w="60" w:type="dxa"/>
              <w:bottom w:w="40" w:type="dxa"/>
              <w:right w:w="60" w:type="dxa"/>
            </w:tcMar>
            <w:vAlign w:val="center"/>
          </w:tcPr>
          <w:p w14:paraId="46D40C98"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4FF3F77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D6863D2" w14:textId="77777777" w:rsidR="009C1061" w:rsidRDefault="00441274">
            <w:pPr>
              <w:jc w:val="right"/>
            </w:pPr>
            <w:r>
              <w:t>300 руб.</w:t>
            </w:r>
          </w:p>
        </w:tc>
        <w:tc>
          <w:tcPr>
            <w:tcW w:w="1587" w:type="dxa"/>
            <w:tcMar>
              <w:top w:w="40" w:type="dxa"/>
              <w:left w:w="60" w:type="dxa"/>
              <w:bottom w:w="40" w:type="dxa"/>
              <w:right w:w="60" w:type="dxa"/>
            </w:tcMar>
            <w:vAlign w:val="center"/>
          </w:tcPr>
          <w:p w14:paraId="08CA4ADB" w14:textId="77777777" w:rsidR="009C1061" w:rsidRDefault="00441274">
            <w:pPr>
              <w:jc w:val="right"/>
            </w:pPr>
            <w:r>
              <w:t>900 руб.</w:t>
            </w:r>
          </w:p>
        </w:tc>
      </w:tr>
      <w:tr w:rsidR="0009622B" w14:paraId="3EC83F87" w14:textId="77777777" w:rsidTr="00DF6623">
        <w:trPr>
          <w:jc w:val="center"/>
        </w:trPr>
        <w:tc>
          <w:tcPr>
            <w:tcW w:w="453" w:type="dxa"/>
            <w:tcMar>
              <w:top w:w="40" w:type="dxa"/>
              <w:left w:w="60" w:type="dxa"/>
              <w:bottom w:w="40" w:type="dxa"/>
              <w:right w:w="60" w:type="dxa"/>
            </w:tcMar>
            <w:vAlign w:val="center"/>
          </w:tcPr>
          <w:p w14:paraId="3197D845" w14:textId="77777777" w:rsidR="0009622B" w:rsidRDefault="0009622B" w:rsidP="00DF6623">
            <w:pPr>
              <w:spacing w:after="0"/>
              <w:jc w:val="center"/>
            </w:pPr>
            <w:r>
              <w:t>329</w:t>
            </w:r>
          </w:p>
        </w:tc>
        <w:tc>
          <w:tcPr>
            <w:tcW w:w="7371" w:type="dxa"/>
            <w:tcMar>
              <w:top w:w="40" w:type="dxa"/>
              <w:left w:w="60" w:type="dxa"/>
              <w:bottom w:w="40" w:type="dxa"/>
              <w:right w:w="60" w:type="dxa"/>
            </w:tcMar>
            <w:vAlign w:val="center"/>
          </w:tcPr>
          <w:p w14:paraId="2950A5E9" w14:textId="77777777" w:rsidR="0009622B" w:rsidRPr="00CA0274" w:rsidRDefault="0009622B" w:rsidP="00DF6623">
            <w:pPr>
              <w:spacing w:after="0"/>
              <w:rPr>
                <w:lang w:val="ru-RU"/>
              </w:rPr>
            </w:pPr>
            <w:r w:rsidRPr="00CA0274">
              <w:rPr>
                <w:rFonts w:cs="Times New Roman"/>
                <w:lang w:val="ru-RU"/>
              </w:rPr>
              <w:t>Костюмы школьные для девочек — серый/чёрный, разных размеров</w:t>
            </w:r>
          </w:p>
        </w:tc>
        <w:tc>
          <w:tcPr>
            <w:tcW w:w="737" w:type="dxa"/>
            <w:tcMar>
              <w:top w:w="40" w:type="dxa"/>
              <w:left w:w="60" w:type="dxa"/>
              <w:bottom w:w="40" w:type="dxa"/>
              <w:right w:w="60" w:type="dxa"/>
            </w:tcMar>
            <w:vAlign w:val="center"/>
          </w:tcPr>
          <w:p w14:paraId="15F9A321" w14:textId="77777777" w:rsidR="0009622B" w:rsidRDefault="0009622B" w:rsidP="00DF6623">
            <w:pPr>
              <w:spacing w:after="0"/>
              <w:jc w:val="center"/>
            </w:pPr>
            <w:r>
              <w:rPr>
                <w:rFonts w:cs="Times New Roman"/>
              </w:rPr>
              <w:t>43</w:t>
            </w:r>
          </w:p>
        </w:tc>
        <w:tc>
          <w:tcPr>
            <w:tcW w:w="680" w:type="dxa"/>
            <w:tcMar>
              <w:top w:w="40" w:type="dxa"/>
              <w:left w:w="60" w:type="dxa"/>
              <w:bottom w:w="40" w:type="dxa"/>
              <w:right w:w="60" w:type="dxa"/>
            </w:tcMar>
            <w:vAlign w:val="center"/>
          </w:tcPr>
          <w:p w14:paraId="24F3E76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C014005" w14:textId="77777777" w:rsidR="009C1061" w:rsidRDefault="00441274">
            <w:pPr>
              <w:jc w:val="right"/>
            </w:pPr>
            <w:r>
              <w:t>500 руб.</w:t>
            </w:r>
          </w:p>
        </w:tc>
        <w:tc>
          <w:tcPr>
            <w:tcW w:w="1587" w:type="dxa"/>
            <w:tcMar>
              <w:top w:w="40" w:type="dxa"/>
              <w:left w:w="60" w:type="dxa"/>
              <w:bottom w:w="40" w:type="dxa"/>
              <w:right w:w="60" w:type="dxa"/>
            </w:tcMar>
            <w:vAlign w:val="center"/>
          </w:tcPr>
          <w:p w14:paraId="1701E559" w14:textId="77777777" w:rsidR="009C1061" w:rsidRDefault="00441274">
            <w:pPr>
              <w:jc w:val="right"/>
            </w:pPr>
            <w:r>
              <w:t>21 500 руб.</w:t>
            </w:r>
          </w:p>
        </w:tc>
      </w:tr>
      <w:tr w:rsidR="0009622B" w14:paraId="7E95D5DD" w14:textId="77777777" w:rsidTr="00DF6623">
        <w:trPr>
          <w:jc w:val="center"/>
        </w:trPr>
        <w:tc>
          <w:tcPr>
            <w:tcW w:w="453" w:type="dxa"/>
            <w:tcMar>
              <w:top w:w="40" w:type="dxa"/>
              <w:left w:w="60" w:type="dxa"/>
              <w:bottom w:w="40" w:type="dxa"/>
              <w:right w:w="60" w:type="dxa"/>
            </w:tcMar>
            <w:vAlign w:val="center"/>
          </w:tcPr>
          <w:p w14:paraId="233A00BA" w14:textId="77777777" w:rsidR="0009622B" w:rsidRDefault="0009622B" w:rsidP="00DF6623">
            <w:pPr>
              <w:spacing w:after="0"/>
              <w:jc w:val="center"/>
            </w:pPr>
            <w:r>
              <w:t>330</w:t>
            </w:r>
          </w:p>
        </w:tc>
        <w:tc>
          <w:tcPr>
            <w:tcW w:w="7371" w:type="dxa"/>
            <w:tcMar>
              <w:top w:w="40" w:type="dxa"/>
              <w:left w:w="60" w:type="dxa"/>
              <w:bottom w:w="40" w:type="dxa"/>
              <w:right w:w="60" w:type="dxa"/>
            </w:tcMar>
            <w:vAlign w:val="center"/>
          </w:tcPr>
          <w:p w14:paraId="033A9B84" w14:textId="77777777" w:rsidR="0009622B" w:rsidRPr="00CA0274" w:rsidRDefault="0009622B" w:rsidP="00DF6623">
            <w:pPr>
              <w:spacing w:after="0"/>
              <w:rPr>
                <w:lang w:val="ru-RU"/>
              </w:rPr>
            </w:pPr>
            <w:r w:rsidRPr="00CA0274">
              <w:rPr>
                <w:rFonts w:cs="Times New Roman"/>
                <w:lang w:val="ru-RU"/>
              </w:rPr>
              <w:t>Пиджаки серые для девочек — разных размеров</w:t>
            </w:r>
          </w:p>
        </w:tc>
        <w:tc>
          <w:tcPr>
            <w:tcW w:w="737" w:type="dxa"/>
            <w:tcMar>
              <w:top w:w="40" w:type="dxa"/>
              <w:left w:w="60" w:type="dxa"/>
              <w:bottom w:w="40" w:type="dxa"/>
              <w:right w:w="60" w:type="dxa"/>
            </w:tcMar>
            <w:vAlign w:val="center"/>
          </w:tcPr>
          <w:p w14:paraId="7A6CD66A" w14:textId="77777777" w:rsidR="0009622B" w:rsidRDefault="0009622B" w:rsidP="00DF6623">
            <w:pPr>
              <w:spacing w:after="0"/>
              <w:jc w:val="center"/>
            </w:pPr>
            <w:r>
              <w:rPr>
                <w:rFonts w:cs="Times New Roman"/>
              </w:rPr>
              <w:t>18</w:t>
            </w:r>
          </w:p>
        </w:tc>
        <w:tc>
          <w:tcPr>
            <w:tcW w:w="680" w:type="dxa"/>
            <w:tcMar>
              <w:top w:w="40" w:type="dxa"/>
              <w:left w:w="60" w:type="dxa"/>
              <w:bottom w:w="40" w:type="dxa"/>
              <w:right w:w="60" w:type="dxa"/>
            </w:tcMar>
            <w:vAlign w:val="center"/>
          </w:tcPr>
          <w:p w14:paraId="3C6A9AF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0C6F8D3" w14:textId="77777777" w:rsidR="009C1061" w:rsidRDefault="00441274">
            <w:pPr>
              <w:jc w:val="right"/>
            </w:pPr>
            <w:r>
              <w:t>400 руб.</w:t>
            </w:r>
          </w:p>
        </w:tc>
        <w:tc>
          <w:tcPr>
            <w:tcW w:w="1587" w:type="dxa"/>
            <w:tcMar>
              <w:top w:w="40" w:type="dxa"/>
              <w:left w:w="60" w:type="dxa"/>
              <w:bottom w:w="40" w:type="dxa"/>
              <w:right w:w="60" w:type="dxa"/>
            </w:tcMar>
            <w:vAlign w:val="center"/>
          </w:tcPr>
          <w:p w14:paraId="4C44985C" w14:textId="77777777" w:rsidR="009C1061" w:rsidRDefault="00441274">
            <w:pPr>
              <w:jc w:val="right"/>
            </w:pPr>
            <w:r>
              <w:t>7 200 руб.</w:t>
            </w:r>
          </w:p>
        </w:tc>
      </w:tr>
      <w:tr w:rsidR="0009622B" w14:paraId="4BC8BA40" w14:textId="77777777" w:rsidTr="00DF6623">
        <w:trPr>
          <w:jc w:val="center"/>
        </w:trPr>
        <w:tc>
          <w:tcPr>
            <w:tcW w:w="453" w:type="dxa"/>
            <w:tcMar>
              <w:top w:w="40" w:type="dxa"/>
              <w:left w:w="60" w:type="dxa"/>
              <w:bottom w:w="40" w:type="dxa"/>
              <w:right w:w="60" w:type="dxa"/>
            </w:tcMar>
            <w:vAlign w:val="center"/>
          </w:tcPr>
          <w:p w14:paraId="553A7452" w14:textId="77777777" w:rsidR="0009622B" w:rsidRDefault="0009622B" w:rsidP="00DF6623">
            <w:pPr>
              <w:spacing w:after="0"/>
              <w:jc w:val="center"/>
            </w:pPr>
            <w:r>
              <w:lastRenderedPageBreak/>
              <w:t>331</w:t>
            </w:r>
          </w:p>
        </w:tc>
        <w:tc>
          <w:tcPr>
            <w:tcW w:w="7371" w:type="dxa"/>
            <w:tcMar>
              <w:top w:w="40" w:type="dxa"/>
              <w:left w:w="60" w:type="dxa"/>
              <w:bottom w:w="40" w:type="dxa"/>
              <w:right w:w="60" w:type="dxa"/>
            </w:tcMar>
            <w:vAlign w:val="center"/>
          </w:tcPr>
          <w:p w14:paraId="3E8D6380" w14:textId="77777777" w:rsidR="0009622B" w:rsidRDefault="0009622B" w:rsidP="00DF6623">
            <w:pPr>
              <w:spacing w:after="0"/>
            </w:pPr>
            <w:r w:rsidRPr="00CA0274">
              <w:rPr>
                <w:rFonts w:cs="Times New Roman"/>
                <w:lang w:val="ru-RU"/>
              </w:rPr>
              <w:t xml:space="preserve">Двойка (жилет и брюки) — арт. </w:t>
            </w:r>
            <w:r>
              <w:rPr>
                <w:rFonts w:cs="Times New Roman"/>
              </w:rPr>
              <w:t>[</w:t>
            </w:r>
            <w:proofErr w:type="spellStart"/>
            <w:r>
              <w:rPr>
                <w:rFonts w:cs="Times New Roman"/>
              </w:rPr>
              <w:t>уточнить</w:t>
            </w:r>
            <w:proofErr w:type="spellEnd"/>
            <w:r>
              <w:rPr>
                <w:rFonts w:cs="Times New Roman"/>
              </w:rPr>
              <w:t>]</w:t>
            </w:r>
          </w:p>
        </w:tc>
        <w:tc>
          <w:tcPr>
            <w:tcW w:w="737" w:type="dxa"/>
            <w:tcMar>
              <w:top w:w="40" w:type="dxa"/>
              <w:left w:w="60" w:type="dxa"/>
              <w:bottom w:w="40" w:type="dxa"/>
              <w:right w:w="60" w:type="dxa"/>
            </w:tcMar>
            <w:vAlign w:val="center"/>
          </w:tcPr>
          <w:p w14:paraId="512F0D0D" w14:textId="77777777" w:rsidR="0009622B" w:rsidRDefault="0009622B" w:rsidP="00DF6623">
            <w:pPr>
              <w:spacing w:after="0"/>
              <w:jc w:val="center"/>
            </w:pPr>
            <w:r>
              <w:rPr>
                <w:rFonts w:cs="Times New Roman"/>
              </w:rPr>
              <w:t>5</w:t>
            </w:r>
          </w:p>
        </w:tc>
        <w:tc>
          <w:tcPr>
            <w:tcW w:w="680" w:type="dxa"/>
            <w:tcMar>
              <w:top w:w="40" w:type="dxa"/>
              <w:left w:w="60" w:type="dxa"/>
              <w:bottom w:w="40" w:type="dxa"/>
              <w:right w:w="60" w:type="dxa"/>
            </w:tcMar>
            <w:vAlign w:val="center"/>
          </w:tcPr>
          <w:p w14:paraId="1514869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F7CF52C" w14:textId="77777777" w:rsidR="009C1061" w:rsidRDefault="00441274">
            <w:pPr>
              <w:jc w:val="right"/>
            </w:pPr>
            <w:r>
              <w:t>180 руб.</w:t>
            </w:r>
          </w:p>
        </w:tc>
        <w:tc>
          <w:tcPr>
            <w:tcW w:w="1587" w:type="dxa"/>
            <w:tcMar>
              <w:top w:w="40" w:type="dxa"/>
              <w:left w:w="60" w:type="dxa"/>
              <w:bottom w:w="40" w:type="dxa"/>
              <w:right w:w="60" w:type="dxa"/>
            </w:tcMar>
            <w:vAlign w:val="center"/>
          </w:tcPr>
          <w:p w14:paraId="07D68569" w14:textId="77777777" w:rsidR="009C1061" w:rsidRDefault="00441274">
            <w:pPr>
              <w:jc w:val="right"/>
            </w:pPr>
            <w:r>
              <w:t>900 руб.</w:t>
            </w:r>
          </w:p>
        </w:tc>
      </w:tr>
      <w:tr w:rsidR="0009622B" w14:paraId="5F24A0FC" w14:textId="77777777" w:rsidTr="00DF6623">
        <w:trPr>
          <w:jc w:val="center"/>
        </w:trPr>
        <w:tc>
          <w:tcPr>
            <w:tcW w:w="453" w:type="dxa"/>
            <w:tcMar>
              <w:top w:w="40" w:type="dxa"/>
              <w:left w:w="60" w:type="dxa"/>
              <w:bottom w:w="40" w:type="dxa"/>
              <w:right w:w="60" w:type="dxa"/>
            </w:tcMar>
            <w:vAlign w:val="center"/>
          </w:tcPr>
          <w:p w14:paraId="6E9E106C" w14:textId="77777777" w:rsidR="0009622B" w:rsidRDefault="0009622B" w:rsidP="00DF6623">
            <w:pPr>
              <w:spacing w:after="0"/>
              <w:jc w:val="center"/>
            </w:pPr>
            <w:r>
              <w:t>332</w:t>
            </w:r>
          </w:p>
        </w:tc>
        <w:tc>
          <w:tcPr>
            <w:tcW w:w="7371" w:type="dxa"/>
            <w:tcMar>
              <w:top w:w="40" w:type="dxa"/>
              <w:left w:w="60" w:type="dxa"/>
              <w:bottom w:w="40" w:type="dxa"/>
              <w:right w:w="60" w:type="dxa"/>
            </w:tcMar>
            <w:vAlign w:val="center"/>
          </w:tcPr>
          <w:p w14:paraId="40E90402" w14:textId="77777777" w:rsidR="0009622B" w:rsidRPr="00CA0274" w:rsidRDefault="0009622B" w:rsidP="00DF6623">
            <w:pPr>
              <w:spacing w:after="0"/>
              <w:rPr>
                <w:lang w:val="ru-RU"/>
              </w:rPr>
            </w:pPr>
            <w:r w:rsidRPr="00CA0274">
              <w:rPr>
                <w:rFonts w:cs="Times New Roman"/>
                <w:lang w:val="ru-RU"/>
              </w:rPr>
              <w:t>Костюм для мальчика — арт. 0271, р. 32</w:t>
            </w:r>
          </w:p>
        </w:tc>
        <w:tc>
          <w:tcPr>
            <w:tcW w:w="737" w:type="dxa"/>
            <w:tcMar>
              <w:top w:w="40" w:type="dxa"/>
              <w:left w:w="60" w:type="dxa"/>
              <w:bottom w:w="40" w:type="dxa"/>
              <w:right w:w="60" w:type="dxa"/>
            </w:tcMar>
            <w:vAlign w:val="center"/>
          </w:tcPr>
          <w:p w14:paraId="464B9578"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5CB2072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4C8D528" w14:textId="77777777" w:rsidR="009C1061" w:rsidRDefault="00441274">
            <w:pPr>
              <w:jc w:val="right"/>
            </w:pPr>
            <w:r>
              <w:t>600 руб.</w:t>
            </w:r>
          </w:p>
        </w:tc>
        <w:tc>
          <w:tcPr>
            <w:tcW w:w="1587" w:type="dxa"/>
            <w:tcMar>
              <w:top w:w="40" w:type="dxa"/>
              <w:left w:w="60" w:type="dxa"/>
              <w:bottom w:w="40" w:type="dxa"/>
              <w:right w:w="60" w:type="dxa"/>
            </w:tcMar>
            <w:vAlign w:val="center"/>
          </w:tcPr>
          <w:p w14:paraId="17A63AA6" w14:textId="77777777" w:rsidR="009C1061" w:rsidRDefault="00441274">
            <w:pPr>
              <w:jc w:val="right"/>
            </w:pPr>
            <w:r>
              <w:t>1 800 руб.</w:t>
            </w:r>
          </w:p>
        </w:tc>
      </w:tr>
      <w:tr w:rsidR="0009622B" w14:paraId="1F2F43BC" w14:textId="77777777" w:rsidTr="00DF6623">
        <w:trPr>
          <w:jc w:val="center"/>
        </w:trPr>
        <w:tc>
          <w:tcPr>
            <w:tcW w:w="453" w:type="dxa"/>
            <w:tcMar>
              <w:top w:w="40" w:type="dxa"/>
              <w:left w:w="60" w:type="dxa"/>
              <w:bottom w:w="40" w:type="dxa"/>
              <w:right w:w="60" w:type="dxa"/>
            </w:tcMar>
            <w:vAlign w:val="center"/>
          </w:tcPr>
          <w:p w14:paraId="1B40C39C" w14:textId="77777777" w:rsidR="0009622B" w:rsidRDefault="0009622B" w:rsidP="00DF6623">
            <w:pPr>
              <w:spacing w:after="0"/>
              <w:jc w:val="center"/>
            </w:pPr>
            <w:r>
              <w:t>333</w:t>
            </w:r>
          </w:p>
        </w:tc>
        <w:tc>
          <w:tcPr>
            <w:tcW w:w="7371" w:type="dxa"/>
            <w:tcMar>
              <w:top w:w="40" w:type="dxa"/>
              <w:left w:w="60" w:type="dxa"/>
              <w:bottom w:w="40" w:type="dxa"/>
              <w:right w:w="60" w:type="dxa"/>
            </w:tcMar>
            <w:vAlign w:val="center"/>
          </w:tcPr>
          <w:p w14:paraId="1E9CE5E8" w14:textId="77777777" w:rsidR="0009622B" w:rsidRPr="00CA0274" w:rsidRDefault="0009622B" w:rsidP="00DF6623">
            <w:pPr>
              <w:spacing w:after="0"/>
              <w:rPr>
                <w:lang w:val="ru-RU"/>
              </w:rPr>
            </w:pPr>
            <w:r w:rsidRPr="00CA0274">
              <w:rPr>
                <w:rFonts w:cs="Times New Roman"/>
                <w:lang w:val="ru-RU"/>
              </w:rPr>
              <w:t>Двойка в широкую полоску — арт. 0230</w:t>
            </w:r>
          </w:p>
        </w:tc>
        <w:tc>
          <w:tcPr>
            <w:tcW w:w="737" w:type="dxa"/>
            <w:tcMar>
              <w:top w:w="40" w:type="dxa"/>
              <w:left w:w="60" w:type="dxa"/>
              <w:bottom w:w="40" w:type="dxa"/>
              <w:right w:w="60" w:type="dxa"/>
            </w:tcMar>
            <w:vAlign w:val="center"/>
          </w:tcPr>
          <w:p w14:paraId="042CAB89"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40BD475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8679526" w14:textId="77777777" w:rsidR="009C1061" w:rsidRDefault="00441274">
            <w:pPr>
              <w:jc w:val="right"/>
            </w:pPr>
            <w:r>
              <w:t>600 руб.</w:t>
            </w:r>
          </w:p>
        </w:tc>
        <w:tc>
          <w:tcPr>
            <w:tcW w:w="1587" w:type="dxa"/>
            <w:tcMar>
              <w:top w:w="40" w:type="dxa"/>
              <w:left w:w="60" w:type="dxa"/>
              <w:bottom w:w="40" w:type="dxa"/>
              <w:right w:w="60" w:type="dxa"/>
            </w:tcMar>
            <w:vAlign w:val="center"/>
          </w:tcPr>
          <w:p w14:paraId="78D1AEE3" w14:textId="77777777" w:rsidR="009C1061" w:rsidRDefault="00441274">
            <w:pPr>
              <w:jc w:val="right"/>
            </w:pPr>
            <w:r>
              <w:t>1 800 руб.</w:t>
            </w:r>
          </w:p>
        </w:tc>
      </w:tr>
      <w:tr w:rsidR="0009622B" w14:paraId="3F673CD0" w14:textId="77777777" w:rsidTr="00DF6623">
        <w:trPr>
          <w:jc w:val="center"/>
        </w:trPr>
        <w:tc>
          <w:tcPr>
            <w:tcW w:w="453" w:type="dxa"/>
            <w:tcMar>
              <w:top w:w="40" w:type="dxa"/>
              <w:left w:w="60" w:type="dxa"/>
              <w:bottom w:w="40" w:type="dxa"/>
              <w:right w:w="60" w:type="dxa"/>
            </w:tcMar>
            <w:vAlign w:val="center"/>
          </w:tcPr>
          <w:p w14:paraId="73465424" w14:textId="77777777" w:rsidR="0009622B" w:rsidRDefault="0009622B" w:rsidP="00DF6623">
            <w:pPr>
              <w:spacing w:after="0"/>
              <w:jc w:val="center"/>
            </w:pPr>
            <w:r>
              <w:t>334</w:t>
            </w:r>
          </w:p>
        </w:tc>
        <w:tc>
          <w:tcPr>
            <w:tcW w:w="7371" w:type="dxa"/>
            <w:tcMar>
              <w:top w:w="40" w:type="dxa"/>
              <w:left w:w="60" w:type="dxa"/>
              <w:bottom w:w="40" w:type="dxa"/>
              <w:right w:w="60" w:type="dxa"/>
            </w:tcMar>
            <w:vAlign w:val="center"/>
          </w:tcPr>
          <w:p w14:paraId="6C16E8E7" w14:textId="77777777" w:rsidR="0009622B" w:rsidRPr="00CA0274" w:rsidRDefault="0009622B" w:rsidP="00DF6623">
            <w:pPr>
              <w:spacing w:after="0"/>
              <w:rPr>
                <w:lang w:val="ru-RU"/>
              </w:rPr>
            </w:pPr>
            <w:r w:rsidRPr="00CA0274">
              <w:rPr>
                <w:rFonts w:cs="Times New Roman"/>
                <w:lang w:val="ru-RU"/>
              </w:rPr>
              <w:t>Двойка в широкую полоску — арт. 0230, р. 30</w:t>
            </w:r>
          </w:p>
        </w:tc>
        <w:tc>
          <w:tcPr>
            <w:tcW w:w="737" w:type="dxa"/>
            <w:tcMar>
              <w:top w:w="40" w:type="dxa"/>
              <w:left w:w="60" w:type="dxa"/>
              <w:bottom w:w="40" w:type="dxa"/>
              <w:right w:w="60" w:type="dxa"/>
            </w:tcMar>
            <w:vAlign w:val="center"/>
          </w:tcPr>
          <w:p w14:paraId="45F1E1A0"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6B698CC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B4A2CA5" w14:textId="77777777" w:rsidR="009C1061" w:rsidRDefault="00441274">
            <w:pPr>
              <w:jc w:val="right"/>
            </w:pPr>
            <w:r>
              <w:t>600 руб.</w:t>
            </w:r>
          </w:p>
        </w:tc>
        <w:tc>
          <w:tcPr>
            <w:tcW w:w="1587" w:type="dxa"/>
            <w:tcMar>
              <w:top w:w="40" w:type="dxa"/>
              <w:left w:w="60" w:type="dxa"/>
              <w:bottom w:w="40" w:type="dxa"/>
              <w:right w:w="60" w:type="dxa"/>
            </w:tcMar>
            <w:vAlign w:val="center"/>
          </w:tcPr>
          <w:p w14:paraId="779F9014" w14:textId="77777777" w:rsidR="009C1061" w:rsidRDefault="00441274">
            <w:pPr>
              <w:jc w:val="right"/>
            </w:pPr>
            <w:r>
              <w:t>2 400 руб.</w:t>
            </w:r>
          </w:p>
        </w:tc>
      </w:tr>
      <w:tr w:rsidR="0009622B" w14:paraId="641E9750" w14:textId="77777777" w:rsidTr="00DF6623">
        <w:trPr>
          <w:jc w:val="center"/>
        </w:trPr>
        <w:tc>
          <w:tcPr>
            <w:tcW w:w="453" w:type="dxa"/>
            <w:tcMar>
              <w:top w:w="40" w:type="dxa"/>
              <w:left w:w="60" w:type="dxa"/>
              <w:bottom w:w="40" w:type="dxa"/>
              <w:right w:w="60" w:type="dxa"/>
            </w:tcMar>
            <w:vAlign w:val="center"/>
          </w:tcPr>
          <w:p w14:paraId="7694C09D" w14:textId="77777777" w:rsidR="0009622B" w:rsidRDefault="0009622B" w:rsidP="00DF6623">
            <w:pPr>
              <w:spacing w:after="0"/>
              <w:jc w:val="center"/>
            </w:pPr>
            <w:r>
              <w:t>335</w:t>
            </w:r>
          </w:p>
        </w:tc>
        <w:tc>
          <w:tcPr>
            <w:tcW w:w="7371" w:type="dxa"/>
            <w:tcMar>
              <w:top w:w="40" w:type="dxa"/>
              <w:left w:w="60" w:type="dxa"/>
              <w:bottom w:w="40" w:type="dxa"/>
              <w:right w:w="60" w:type="dxa"/>
            </w:tcMar>
            <w:vAlign w:val="center"/>
          </w:tcPr>
          <w:p w14:paraId="43AE4B0F" w14:textId="77777777" w:rsidR="0009622B" w:rsidRPr="00CA0274" w:rsidRDefault="0009622B" w:rsidP="00DF6623">
            <w:pPr>
              <w:spacing w:after="0"/>
              <w:rPr>
                <w:lang w:val="ru-RU"/>
              </w:rPr>
            </w:pPr>
            <w:r w:rsidRPr="00CA0274">
              <w:rPr>
                <w:rFonts w:cs="Times New Roman"/>
                <w:lang w:val="ru-RU"/>
              </w:rPr>
              <w:t>Костюм для мальчика — арт. 0229, р. 30</w:t>
            </w:r>
          </w:p>
        </w:tc>
        <w:tc>
          <w:tcPr>
            <w:tcW w:w="737" w:type="dxa"/>
            <w:tcMar>
              <w:top w:w="40" w:type="dxa"/>
              <w:left w:w="60" w:type="dxa"/>
              <w:bottom w:w="40" w:type="dxa"/>
              <w:right w:w="60" w:type="dxa"/>
            </w:tcMar>
            <w:vAlign w:val="center"/>
          </w:tcPr>
          <w:p w14:paraId="10825A64"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73D25CE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84415E9" w14:textId="77777777" w:rsidR="009C1061" w:rsidRDefault="00441274">
            <w:pPr>
              <w:jc w:val="right"/>
            </w:pPr>
            <w:r>
              <w:t>600 руб.</w:t>
            </w:r>
          </w:p>
        </w:tc>
        <w:tc>
          <w:tcPr>
            <w:tcW w:w="1587" w:type="dxa"/>
            <w:tcMar>
              <w:top w:w="40" w:type="dxa"/>
              <w:left w:w="60" w:type="dxa"/>
              <w:bottom w:w="40" w:type="dxa"/>
              <w:right w:w="60" w:type="dxa"/>
            </w:tcMar>
            <w:vAlign w:val="center"/>
          </w:tcPr>
          <w:p w14:paraId="17098ACD" w14:textId="77777777" w:rsidR="009C1061" w:rsidRDefault="00441274">
            <w:pPr>
              <w:jc w:val="right"/>
            </w:pPr>
            <w:r>
              <w:t>1 800 руб.</w:t>
            </w:r>
          </w:p>
        </w:tc>
      </w:tr>
      <w:tr w:rsidR="0009622B" w14:paraId="3E36A9BC" w14:textId="77777777" w:rsidTr="00DF6623">
        <w:trPr>
          <w:jc w:val="center"/>
        </w:trPr>
        <w:tc>
          <w:tcPr>
            <w:tcW w:w="453" w:type="dxa"/>
            <w:tcMar>
              <w:top w:w="40" w:type="dxa"/>
              <w:left w:w="60" w:type="dxa"/>
              <w:bottom w:w="40" w:type="dxa"/>
              <w:right w:w="60" w:type="dxa"/>
            </w:tcMar>
            <w:vAlign w:val="center"/>
          </w:tcPr>
          <w:p w14:paraId="049FC4CA" w14:textId="77777777" w:rsidR="0009622B" w:rsidRDefault="0009622B" w:rsidP="00DF6623">
            <w:pPr>
              <w:spacing w:after="0"/>
              <w:jc w:val="center"/>
            </w:pPr>
            <w:r>
              <w:t>336</w:t>
            </w:r>
          </w:p>
        </w:tc>
        <w:tc>
          <w:tcPr>
            <w:tcW w:w="7371" w:type="dxa"/>
            <w:tcMar>
              <w:top w:w="40" w:type="dxa"/>
              <w:left w:w="60" w:type="dxa"/>
              <w:bottom w:w="40" w:type="dxa"/>
              <w:right w:w="60" w:type="dxa"/>
            </w:tcMar>
            <w:vAlign w:val="center"/>
          </w:tcPr>
          <w:p w14:paraId="004D1C01" w14:textId="77777777" w:rsidR="0009622B" w:rsidRPr="00CA0274" w:rsidRDefault="0009622B" w:rsidP="00DF6623">
            <w:pPr>
              <w:spacing w:after="0"/>
              <w:rPr>
                <w:lang w:val="ru-RU"/>
              </w:rPr>
            </w:pPr>
            <w:r w:rsidRPr="00CA0274">
              <w:rPr>
                <w:rFonts w:cs="Times New Roman"/>
                <w:lang w:val="ru-RU"/>
              </w:rPr>
              <w:t>Двойка для мальчика (</w:t>
            </w:r>
            <w:proofErr w:type="spellStart"/>
            <w:r w:rsidRPr="00CA0274">
              <w:rPr>
                <w:rFonts w:cs="Times New Roman"/>
                <w:lang w:val="ru-RU"/>
              </w:rPr>
              <w:t>коричн</w:t>
            </w:r>
            <w:proofErr w:type="spellEnd"/>
            <w:r w:rsidRPr="00CA0274">
              <w:rPr>
                <w:rFonts w:cs="Times New Roman"/>
                <w:lang w:val="ru-RU"/>
              </w:rPr>
              <w:t>. вельвет) — арт. 0270, р. 28</w:t>
            </w:r>
          </w:p>
        </w:tc>
        <w:tc>
          <w:tcPr>
            <w:tcW w:w="737" w:type="dxa"/>
            <w:tcMar>
              <w:top w:w="40" w:type="dxa"/>
              <w:left w:w="60" w:type="dxa"/>
              <w:bottom w:w="40" w:type="dxa"/>
              <w:right w:w="60" w:type="dxa"/>
            </w:tcMar>
            <w:vAlign w:val="center"/>
          </w:tcPr>
          <w:p w14:paraId="293802B2"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64CC203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5FC8CAA" w14:textId="77777777" w:rsidR="009C1061" w:rsidRDefault="00441274">
            <w:pPr>
              <w:jc w:val="right"/>
            </w:pPr>
            <w:r>
              <w:t>500 руб.</w:t>
            </w:r>
          </w:p>
        </w:tc>
        <w:tc>
          <w:tcPr>
            <w:tcW w:w="1587" w:type="dxa"/>
            <w:tcMar>
              <w:top w:w="40" w:type="dxa"/>
              <w:left w:w="60" w:type="dxa"/>
              <w:bottom w:w="40" w:type="dxa"/>
              <w:right w:w="60" w:type="dxa"/>
            </w:tcMar>
            <w:vAlign w:val="center"/>
          </w:tcPr>
          <w:p w14:paraId="44AD0F74" w14:textId="77777777" w:rsidR="009C1061" w:rsidRDefault="00441274">
            <w:pPr>
              <w:jc w:val="right"/>
            </w:pPr>
            <w:r>
              <w:t>1 000 руб.</w:t>
            </w:r>
          </w:p>
        </w:tc>
      </w:tr>
      <w:tr w:rsidR="0009622B" w14:paraId="7EA2C2D6" w14:textId="77777777" w:rsidTr="00DF6623">
        <w:trPr>
          <w:jc w:val="center"/>
        </w:trPr>
        <w:tc>
          <w:tcPr>
            <w:tcW w:w="453" w:type="dxa"/>
            <w:tcMar>
              <w:top w:w="40" w:type="dxa"/>
              <w:left w:w="60" w:type="dxa"/>
              <w:bottom w:w="40" w:type="dxa"/>
              <w:right w:w="60" w:type="dxa"/>
            </w:tcMar>
            <w:vAlign w:val="center"/>
          </w:tcPr>
          <w:p w14:paraId="521A6DE8" w14:textId="77777777" w:rsidR="0009622B" w:rsidRDefault="0009622B" w:rsidP="00DF6623">
            <w:pPr>
              <w:spacing w:after="0"/>
              <w:jc w:val="center"/>
            </w:pPr>
            <w:r>
              <w:t>337</w:t>
            </w:r>
          </w:p>
        </w:tc>
        <w:tc>
          <w:tcPr>
            <w:tcW w:w="7371" w:type="dxa"/>
            <w:tcMar>
              <w:top w:w="40" w:type="dxa"/>
              <w:left w:w="60" w:type="dxa"/>
              <w:bottom w:w="40" w:type="dxa"/>
              <w:right w:w="60" w:type="dxa"/>
            </w:tcMar>
            <w:vAlign w:val="center"/>
          </w:tcPr>
          <w:p w14:paraId="5AF74A9A"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двойка</w:t>
            </w:r>
            <w:proofErr w:type="spellEnd"/>
            <w:r>
              <w:rPr>
                <w:rFonts w:cs="Times New Roman"/>
              </w:rPr>
              <w:t xml:space="preserve">) — </w:t>
            </w:r>
            <w:proofErr w:type="spellStart"/>
            <w:r>
              <w:rPr>
                <w:rFonts w:cs="Times New Roman"/>
              </w:rPr>
              <w:t>арт</w:t>
            </w:r>
            <w:proofErr w:type="spellEnd"/>
            <w:r>
              <w:rPr>
                <w:rFonts w:cs="Times New Roman"/>
              </w:rPr>
              <w:t>. 00035, р. 30</w:t>
            </w:r>
          </w:p>
        </w:tc>
        <w:tc>
          <w:tcPr>
            <w:tcW w:w="737" w:type="dxa"/>
            <w:tcMar>
              <w:top w:w="40" w:type="dxa"/>
              <w:left w:w="60" w:type="dxa"/>
              <w:bottom w:w="40" w:type="dxa"/>
              <w:right w:w="60" w:type="dxa"/>
            </w:tcMar>
            <w:vAlign w:val="center"/>
          </w:tcPr>
          <w:p w14:paraId="5BF5D04F"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004542C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C1FFBEC" w14:textId="77777777" w:rsidR="009C1061" w:rsidRDefault="00441274">
            <w:pPr>
              <w:jc w:val="right"/>
            </w:pPr>
            <w:r>
              <w:t>600 руб.</w:t>
            </w:r>
          </w:p>
        </w:tc>
        <w:tc>
          <w:tcPr>
            <w:tcW w:w="1587" w:type="dxa"/>
            <w:tcMar>
              <w:top w:w="40" w:type="dxa"/>
              <w:left w:w="60" w:type="dxa"/>
              <w:bottom w:w="40" w:type="dxa"/>
              <w:right w:w="60" w:type="dxa"/>
            </w:tcMar>
            <w:vAlign w:val="center"/>
          </w:tcPr>
          <w:p w14:paraId="721083F2" w14:textId="77777777" w:rsidR="009C1061" w:rsidRDefault="00441274">
            <w:pPr>
              <w:jc w:val="right"/>
            </w:pPr>
            <w:r>
              <w:t>1 200 руб.</w:t>
            </w:r>
          </w:p>
        </w:tc>
      </w:tr>
      <w:tr w:rsidR="0009622B" w14:paraId="26273140" w14:textId="77777777" w:rsidTr="00DF6623">
        <w:trPr>
          <w:jc w:val="center"/>
        </w:trPr>
        <w:tc>
          <w:tcPr>
            <w:tcW w:w="453" w:type="dxa"/>
            <w:tcMar>
              <w:top w:w="40" w:type="dxa"/>
              <w:left w:w="60" w:type="dxa"/>
              <w:bottom w:w="40" w:type="dxa"/>
              <w:right w:w="60" w:type="dxa"/>
            </w:tcMar>
            <w:vAlign w:val="center"/>
          </w:tcPr>
          <w:p w14:paraId="4519898C" w14:textId="77777777" w:rsidR="0009622B" w:rsidRDefault="0009622B" w:rsidP="00DF6623">
            <w:pPr>
              <w:spacing w:after="0"/>
              <w:jc w:val="center"/>
            </w:pPr>
            <w:r>
              <w:t>338</w:t>
            </w:r>
          </w:p>
        </w:tc>
        <w:tc>
          <w:tcPr>
            <w:tcW w:w="7371" w:type="dxa"/>
            <w:tcMar>
              <w:top w:w="40" w:type="dxa"/>
              <w:left w:w="60" w:type="dxa"/>
              <w:bottom w:w="40" w:type="dxa"/>
              <w:right w:w="60" w:type="dxa"/>
            </w:tcMar>
            <w:vAlign w:val="center"/>
          </w:tcPr>
          <w:p w14:paraId="7FBE98CC"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синий</w:t>
            </w:r>
            <w:proofErr w:type="spellEnd"/>
            <w:r>
              <w:rPr>
                <w:rFonts w:cs="Times New Roman"/>
              </w:rPr>
              <w:t xml:space="preserve">) — </w:t>
            </w:r>
            <w:proofErr w:type="spellStart"/>
            <w:r>
              <w:rPr>
                <w:rFonts w:cs="Times New Roman"/>
              </w:rPr>
              <w:t>арт</w:t>
            </w:r>
            <w:proofErr w:type="spellEnd"/>
            <w:r>
              <w:rPr>
                <w:rFonts w:cs="Times New Roman"/>
              </w:rPr>
              <w:t>. 00135, р. 30</w:t>
            </w:r>
          </w:p>
        </w:tc>
        <w:tc>
          <w:tcPr>
            <w:tcW w:w="737" w:type="dxa"/>
            <w:tcMar>
              <w:top w:w="40" w:type="dxa"/>
              <w:left w:w="60" w:type="dxa"/>
              <w:bottom w:w="40" w:type="dxa"/>
              <w:right w:w="60" w:type="dxa"/>
            </w:tcMar>
            <w:vAlign w:val="center"/>
          </w:tcPr>
          <w:p w14:paraId="4DF8BB40"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5A346AE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7F51168" w14:textId="77777777" w:rsidR="009C1061" w:rsidRDefault="00441274">
            <w:pPr>
              <w:jc w:val="right"/>
            </w:pPr>
            <w:r>
              <w:t>180 руб.</w:t>
            </w:r>
          </w:p>
        </w:tc>
        <w:tc>
          <w:tcPr>
            <w:tcW w:w="1587" w:type="dxa"/>
            <w:tcMar>
              <w:top w:w="40" w:type="dxa"/>
              <w:left w:w="60" w:type="dxa"/>
              <w:bottom w:w="40" w:type="dxa"/>
              <w:right w:w="60" w:type="dxa"/>
            </w:tcMar>
            <w:vAlign w:val="center"/>
          </w:tcPr>
          <w:p w14:paraId="7FA98A2F" w14:textId="77777777" w:rsidR="009C1061" w:rsidRDefault="00441274">
            <w:pPr>
              <w:jc w:val="right"/>
            </w:pPr>
            <w:r>
              <w:t>180 руб.</w:t>
            </w:r>
          </w:p>
        </w:tc>
      </w:tr>
      <w:tr w:rsidR="0009622B" w14:paraId="1EDE9A28" w14:textId="77777777" w:rsidTr="00DF6623">
        <w:trPr>
          <w:jc w:val="center"/>
        </w:trPr>
        <w:tc>
          <w:tcPr>
            <w:tcW w:w="453" w:type="dxa"/>
            <w:tcMar>
              <w:top w:w="40" w:type="dxa"/>
              <w:left w:w="60" w:type="dxa"/>
              <w:bottom w:w="40" w:type="dxa"/>
              <w:right w:w="60" w:type="dxa"/>
            </w:tcMar>
            <w:vAlign w:val="center"/>
          </w:tcPr>
          <w:p w14:paraId="4899279C" w14:textId="77777777" w:rsidR="0009622B" w:rsidRDefault="0009622B" w:rsidP="00DF6623">
            <w:pPr>
              <w:spacing w:after="0"/>
              <w:jc w:val="center"/>
            </w:pPr>
            <w:r>
              <w:t>339</w:t>
            </w:r>
          </w:p>
        </w:tc>
        <w:tc>
          <w:tcPr>
            <w:tcW w:w="7371" w:type="dxa"/>
            <w:tcMar>
              <w:top w:w="40" w:type="dxa"/>
              <w:left w:w="60" w:type="dxa"/>
              <w:bottom w:w="40" w:type="dxa"/>
              <w:right w:w="60" w:type="dxa"/>
            </w:tcMar>
            <w:vAlign w:val="center"/>
          </w:tcPr>
          <w:p w14:paraId="369170D3" w14:textId="77777777" w:rsidR="0009622B" w:rsidRPr="00CA0274" w:rsidRDefault="0009622B" w:rsidP="00DF6623">
            <w:pPr>
              <w:spacing w:after="0"/>
              <w:rPr>
                <w:lang w:val="ru-RU"/>
              </w:rPr>
            </w:pPr>
            <w:r w:rsidRPr="00CA0274">
              <w:rPr>
                <w:rFonts w:cs="Times New Roman"/>
                <w:lang w:val="ru-RU"/>
              </w:rPr>
              <w:t>Костюм для мальчика (серая двойка) — арт. 0134, р. 30</w:t>
            </w:r>
          </w:p>
        </w:tc>
        <w:tc>
          <w:tcPr>
            <w:tcW w:w="737" w:type="dxa"/>
            <w:tcMar>
              <w:top w:w="40" w:type="dxa"/>
              <w:left w:w="60" w:type="dxa"/>
              <w:bottom w:w="40" w:type="dxa"/>
              <w:right w:w="60" w:type="dxa"/>
            </w:tcMar>
            <w:vAlign w:val="center"/>
          </w:tcPr>
          <w:p w14:paraId="04A230BD"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D346D3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F4EDDC7" w14:textId="77777777" w:rsidR="009C1061" w:rsidRDefault="00441274">
            <w:pPr>
              <w:jc w:val="right"/>
            </w:pPr>
            <w:r>
              <w:t>600 руб.</w:t>
            </w:r>
          </w:p>
        </w:tc>
        <w:tc>
          <w:tcPr>
            <w:tcW w:w="1587" w:type="dxa"/>
            <w:tcMar>
              <w:top w:w="40" w:type="dxa"/>
              <w:left w:w="60" w:type="dxa"/>
              <w:bottom w:w="40" w:type="dxa"/>
              <w:right w:w="60" w:type="dxa"/>
            </w:tcMar>
            <w:vAlign w:val="center"/>
          </w:tcPr>
          <w:p w14:paraId="4F9EEC5D" w14:textId="77777777" w:rsidR="009C1061" w:rsidRDefault="00441274">
            <w:pPr>
              <w:jc w:val="right"/>
            </w:pPr>
            <w:r>
              <w:t>1 200 руб.</w:t>
            </w:r>
          </w:p>
        </w:tc>
      </w:tr>
      <w:tr w:rsidR="0009622B" w14:paraId="427DE239" w14:textId="77777777" w:rsidTr="00DF6623">
        <w:trPr>
          <w:jc w:val="center"/>
        </w:trPr>
        <w:tc>
          <w:tcPr>
            <w:tcW w:w="453" w:type="dxa"/>
            <w:tcMar>
              <w:top w:w="40" w:type="dxa"/>
              <w:left w:w="60" w:type="dxa"/>
              <w:bottom w:w="40" w:type="dxa"/>
              <w:right w:w="60" w:type="dxa"/>
            </w:tcMar>
            <w:vAlign w:val="center"/>
          </w:tcPr>
          <w:p w14:paraId="5CCCB95C" w14:textId="77777777" w:rsidR="0009622B" w:rsidRDefault="0009622B" w:rsidP="00DF6623">
            <w:pPr>
              <w:spacing w:after="0"/>
              <w:jc w:val="center"/>
            </w:pPr>
            <w:r>
              <w:t>340</w:t>
            </w:r>
          </w:p>
        </w:tc>
        <w:tc>
          <w:tcPr>
            <w:tcW w:w="7371" w:type="dxa"/>
            <w:tcMar>
              <w:top w:w="40" w:type="dxa"/>
              <w:left w:w="60" w:type="dxa"/>
              <w:bottom w:w="40" w:type="dxa"/>
              <w:right w:w="60" w:type="dxa"/>
            </w:tcMar>
            <w:vAlign w:val="center"/>
          </w:tcPr>
          <w:p w14:paraId="34EFED8B" w14:textId="77777777" w:rsidR="0009622B" w:rsidRPr="00CA0274" w:rsidRDefault="0009622B" w:rsidP="00DF6623">
            <w:pPr>
              <w:spacing w:after="0"/>
              <w:rPr>
                <w:lang w:val="ru-RU"/>
              </w:rPr>
            </w:pPr>
            <w:r w:rsidRPr="00CA0274">
              <w:rPr>
                <w:rFonts w:cs="Times New Roman"/>
                <w:lang w:val="ru-RU"/>
              </w:rPr>
              <w:t>Костюм для мальчика (серая двойка) — р. 30</w:t>
            </w:r>
          </w:p>
        </w:tc>
        <w:tc>
          <w:tcPr>
            <w:tcW w:w="737" w:type="dxa"/>
            <w:tcMar>
              <w:top w:w="40" w:type="dxa"/>
              <w:left w:w="60" w:type="dxa"/>
              <w:bottom w:w="40" w:type="dxa"/>
              <w:right w:w="60" w:type="dxa"/>
            </w:tcMar>
            <w:vAlign w:val="center"/>
          </w:tcPr>
          <w:p w14:paraId="7378AF48"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77E9496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BB2C692" w14:textId="77777777" w:rsidR="009C1061" w:rsidRDefault="00441274">
            <w:pPr>
              <w:jc w:val="right"/>
            </w:pPr>
            <w:r>
              <w:t>600 руб.</w:t>
            </w:r>
          </w:p>
        </w:tc>
        <w:tc>
          <w:tcPr>
            <w:tcW w:w="1587" w:type="dxa"/>
            <w:tcMar>
              <w:top w:w="40" w:type="dxa"/>
              <w:left w:w="60" w:type="dxa"/>
              <w:bottom w:w="40" w:type="dxa"/>
              <w:right w:w="60" w:type="dxa"/>
            </w:tcMar>
            <w:vAlign w:val="center"/>
          </w:tcPr>
          <w:p w14:paraId="24789F24" w14:textId="77777777" w:rsidR="009C1061" w:rsidRDefault="00441274">
            <w:pPr>
              <w:jc w:val="right"/>
            </w:pPr>
            <w:r>
              <w:t>1 800 руб.</w:t>
            </w:r>
          </w:p>
        </w:tc>
      </w:tr>
      <w:tr w:rsidR="0009622B" w14:paraId="4FB8CEF3" w14:textId="77777777" w:rsidTr="00DF6623">
        <w:trPr>
          <w:jc w:val="center"/>
        </w:trPr>
        <w:tc>
          <w:tcPr>
            <w:tcW w:w="453" w:type="dxa"/>
            <w:tcMar>
              <w:top w:w="40" w:type="dxa"/>
              <w:left w:w="60" w:type="dxa"/>
              <w:bottom w:w="40" w:type="dxa"/>
              <w:right w:w="60" w:type="dxa"/>
            </w:tcMar>
            <w:vAlign w:val="center"/>
          </w:tcPr>
          <w:p w14:paraId="725C7CBF" w14:textId="77777777" w:rsidR="0009622B" w:rsidRDefault="0009622B" w:rsidP="00DF6623">
            <w:pPr>
              <w:spacing w:after="0"/>
              <w:jc w:val="center"/>
            </w:pPr>
            <w:r>
              <w:t>341</w:t>
            </w:r>
          </w:p>
        </w:tc>
        <w:tc>
          <w:tcPr>
            <w:tcW w:w="7371" w:type="dxa"/>
            <w:tcMar>
              <w:top w:w="40" w:type="dxa"/>
              <w:left w:w="60" w:type="dxa"/>
              <w:bottom w:w="40" w:type="dxa"/>
              <w:right w:w="60" w:type="dxa"/>
            </w:tcMar>
            <w:vAlign w:val="center"/>
          </w:tcPr>
          <w:p w14:paraId="612A95A2"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мальчуковый</w:t>
            </w:r>
            <w:proofErr w:type="spellEnd"/>
            <w:r>
              <w:rPr>
                <w:rFonts w:cs="Times New Roman"/>
              </w:rPr>
              <w:t xml:space="preserve"> — </w:t>
            </w:r>
            <w:proofErr w:type="spellStart"/>
            <w:r>
              <w:rPr>
                <w:rFonts w:cs="Times New Roman"/>
              </w:rPr>
              <w:t>серый</w:t>
            </w:r>
            <w:proofErr w:type="spellEnd"/>
            <w:r>
              <w:rPr>
                <w:rFonts w:cs="Times New Roman"/>
              </w:rPr>
              <w:t>, р. 38</w:t>
            </w:r>
          </w:p>
        </w:tc>
        <w:tc>
          <w:tcPr>
            <w:tcW w:w="737" w:type="dxa"/>
            <w:tcMar>
              <w:top w:w="40" w:type="dxa"/>
              <w:left w:w="60" w:type="dxa"/>
              <w:bottom w:w="40" w:type="dxa"/>
              <w:right w:w="60" w:type="dxa"/>
            </w:tcMar>
            <w:vAlign w:val="center"/>
          </w:tcPr>
          <w:p w14:paraId="39BB579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631B4F3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9BA95EC" w14:textId="77777777" w:rsidR="009C1061" w:rsidRDefault="00441274">
            <w:pPr>
              <w:jc w:val="right"/>
            </w:pPr>
            <w:r>
              <w:t>180 руб.</w:t>
            </w:r>
          </w:p>
        </w:tc>
        <w:tc>
          <w:tcPr>
            <w:tcW w:w="1587" w:type="dxa"/>
            <w:tcMar>
              <w:top w:w="40" w:type="dxa"/>
              <w:left w:w="60" w:type="dxa"/>
              <w:bottom w:w="40" w:type="dxa"/>
              <w:right w:w="60" w:type="dxa"/>
            </w:tcMar>
            <w:vAlign w:val="center"/>
          </w:tcPr>
          <w:p w14:paraId="76164743" w14:textId="77777777" w:rsidR="009C1061" w:rsidRDefault="00441274">
            <w:pPr>
              <w:jc w:val="right"/>
            </w:pPr>
            <w:r>
              <w:t>180 руб.</w:t>
            </w:r>
          </w:p>
        </w:tc>
      </w:tr>
      <w:tr w:rsidR="0009622B" w14:paraId="31729478" w14:textId="77777777" w:rsidTr="00DF6623">
        <w:trPr>
          <w:jc w:val="center"/>
        </w:trPr>
        <w:tc>
          <w:tcPr>
            <w:tcW w:w="453" w:type="dxa"/>
            <w:tcMar>
              <w:top w:w="40" w:type="dxa"/>
              <w:left w:w="60" w:type="dxa"/>
              <w:bottom w:w="40" w:type="dxa"/>
              <w:right w:w="60" w:type="dxa"/>
            </w:tcMar>
            <w:vAlign w:val="center"/>
          </w:tcPr>
          <w:p w14:paraId="7FE8129F" w14:textId="77777777" w:rsidR="0009622B" w:rsidRDefault="0009622B" w:rsidP="00DF6623">
            <w:pPr>
              <w:spacing w:after="0"/>
              <w:jc w:val="center"/>
            </w:pPr>
            <w:r>
              <w:t>342</w:t>
            </w:r>
          </w:p>
        </w:tc>
        <w:tc>
          <w:tcPr>
            <w:tcW w:w="7371" w:type="dxa"/>
            <w:tcMar>
              <w:top w:w="40" w:type="dxa"/>
              <w:left w:w="60" w:type="dxa"/>
              <w:bottom w:w="40" w:type="dxa"/>
              <w:right w:w="60" w:type="dxa"/>
            </w:tcMar>
            <w:vAlign w:val="center"/>
          </w:tcPr>
          <w:p w14:paraId="051F4F82" w14:textId="77777777" w:rsidR="0009622B" w:rsidRPr="00CA0274" w:rsidRDefault="0009622B" w:rsidP="00DF6623">
            <w:pPr>
              <w:spacing w:after="0"/>
              <w:rPr>
                <w:lang w:val="ru-RU"/>
              </w:rPr>
            </w:pPr>
            <w:r w:rsidRPr="00CA0274">
              <w:rPr>
                <w:rFonts w:cs="Times New Roman"/>
                <w:lang w:val="ru-RU"/>
              </w:rPr>
              <w:t>Двойка велюр (бордо, без пуговиц) — Бишкек</w:t>
            </w:r>
          </w:p>
        </w:tc>
        <w:tc>
          <w:tcPr>
            <w:tcW w:w="737" w:type="dxa"/>
            <w:tcMar>
              <w:top w:w="40" w:type="dxa"/>
              <w:left w:w="60" w:type="dxa"/>
              <w:bottom w:w="40" w:type="dxa"/>
              <w:right w:w="60" w:type="dxa"/>
            </w:tcMar>
            <w:vAlign w:val="center"/>
          </w:tcPr>
          <w:p w14:paraId="1D39D784"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F0D99A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7CC6612" w14:textId="77777777" w:rsidR="009C1061" w:rsidRDefault="00441274">
            <w:pPr>
              <w:jc w:val="right"/>
            </w:pPr>
            <w:r>
              <w:t>500 руб.</w:t>
            </w:r>
          </w:p>
        </w:tc>
        <w:tc>
          <w:tcPr>
            <w:tcW w:w="1587" w:type="dxa"/>
            <w:tcMar>
              <w:top w:w="40" w:type="dxa"/>
              <w:left w:w="60" w:type="dxa"/>
              <w:bottom w:w="40" w:type="dxa"/>
              <w:right w:w="60" w:type="dxa"/>
            </w:tcMar>
            <w:vAlign w:val="center"/>
          </w:tcPr>
          <w:p w14:paraId="5774A88A" w14:textId="77777777" w:rsidR="009C1061" w:rsidRDefault="00441274">
            <w:pPr>
              <w:jc w:val="right"/>
            </w:pPr>
            <w:r>
              <w:t>500 руб.</w:t>
            </w:r>
          </w:p>
        </w:tc>
      </w:tr>
      <w:tr w:rsidR="0009622B" w14:paraId="37F61AF6" w14:textId="77777777" w:rsidTr="00DF6623">
        <w:trPr>
          <w:jc w:val="center"/>
        </w:trPr>
        <w:tc>
          <w:tcPr>
            <w:tcW w:w="453" w:type="dxa"/>
            <w:tcMar>
              <w:top w:w="40" w:type="dxa"/>
              <w:left w:w="60" w:type="dxa"/>
              <w:bottom w:w="40" w:type="dxa"/>
              <w:right w:w="60" w:type="dxa"/>
            </w:tcMar>
            <w:vAlign w:val="center"/>
          </w:tcPr>
          <w:p w14:paraId="13B68D5F" w14:textId="77777777" w:rsidR="0009622B" w:rsidRDefault="0009622B" w:rsidP="00DF6623">
            <w:pPr>
              <w:spacing w:after="0"/>
              <w:jc w:val="center"/>
            </w:pPr>
            <w:r>
              <w:lastRenderedPageBreak/>
              <w:t>343</w:t>
            </w:r>
          </w:p>
        </w:tc>
        <w:tc>
          <w:tcPr>
            <w:tcW w:w="7371" w:type="dxa"/>
            <w:tcMar>
              <w:top w:w="40" w:type="dxa"/>
              <w:left w:w="60" w:type="dxa"/>
              <w:bottom w:w="40" w:type="dxa"/>
              <w:right w:w="60" w:type="dxa"/>
            </w:tcMar>
            <w:vAlign w:val="center"/>
          </w:tcPr>
          <w:p w14:paraId="5D5A3DD1" w14:textId="77777777" w:rsidR="0009622B" w:rsidRDefault="0009622B" w:rsidP="00DF6623">
            <w:pPr>
              <w:spacing w:after="0"/>
            </w:pPr>
            <w:proofErr w:type="spellStart"/>
            <w:r>
              <w:rPr>
                <w:rFonts w:cs="Times New Roman"/>
              </w:rPr>
              <w:t>Двойка</w:t>
            </w:r>
            <w:proofErr w:type="spellEnd"/>
            <w:r>
              <w:rPr>
                <w:rFonts w:cs="Times New Roman"/>
              </w:rPr>
              <w:t xml:space="preserve"> </w:t>
            </w:r>
            <w:proofErr w:type="spellStart"/>
            <w:r>
              <w:rPr>
                <w:rFonts w:cs="Times New Roman"/>
              </w:rPr>
              <w:t>серая</w:t>
            </w:r>
            <w:proofErr w:type="spellEnd"/>
            <w:r>
              <w:rPr>
                <w:rFonts w:cs="Times New Roman"/>
              </w:rPr>
              <w:t xml:space="preserve"> — р. 32</w:t>
            </w:r>
          </w:p>
        </w:tc>
        <w:tc>
          <w:tcPr>
            <w:tcW w:w="737" w:type="dxa"/>
            <w:tcMar>
              <w:top w:w="40" w:type="dxa"/>
              <w:left w:w="60" w:type="dxa"/>
              <w:bottom w:w="40" w:type="dxa"/>
              <w:right w:w="60" w:type="dxa"/>
            </w:tcMar>
            <w:vAlign w:val="center"/>
          </w:tcPr>
          <w:p w14:paraId="6A025FA1"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781B821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25BC8E9" w14:textId="77777777" w:rsidR="009C1061" w:rsidRDefault="00441274">
            <w:pPr>
              <w:jc w:val="right"/>
            </w:pPr>
            <w:r>
              <w:t>600 руб.</w:t>
            </w:r>
          </w:p>
        </w:tc>
        <w:tc>
          <w:tcPr>
            <w:tcW w:w="1587" w:type="dxa"/>
            <w:tcMar>
              <w:top w:w="40" w:type="dxa"/>
              <w:left w:w="60" w:type="dxa"/>
              <w:bottom w:w="40" w:type="dxa"/>
              <w:right w:w="60" w:type="dxa"/>
            </w:tcMar>
            <w:vAlign w:val="center"/>
          </w:tcPr>
          <w:p w14:paraId="263770FB" w14:textId="77777777" w:rsidR="009C1061" w:rsidRDefault="00441274">
            <w:pPr>
              <w:jc w:val="right"/>
            </w:pPr>
            <w:r>
              <w:t>600 руб.</w:t>
            </w:r>
          </w:p>
        </w:tc>
      </w:tr>
      <w:tr w:rsidR="0009622B" w14:paraId="2B507A48" w14:textId="77777777" w:rsidTr="00DF6623">
        <w:trPr>
          <w:jc w:val="center"/>
        </w:trPr>
        <w:tc>
          <w:tcPr>
            <w:tcW w:w="453" w:type="dxa"/>
            <w:tcMar>
              <w:top w:w="40" w:type="dxa"/>
              <w:left w:w="60" w:type="dxa"/>
              <w:bottom w:w="40" w:type="dxa"/>
              <w:right w:w="60" w:type="dxa"/>
            </w:tcMar>
            <w:vAlign w:val="center"/>
          </w:tcPr>
          <w:p w14:paraId="777517AC" w14:textId="77777777" w:rsidR="0009622B" w:rsidRDefault="0009622B" w:rsidP="00DF6623">
            <w:pPr>
              <w:spacing w:after="0"/>
              <w:jc w:val="center"/>
            </w:pPr>
            <w:r>
              <w:t>344</w:t>
            </w:r>
          </w:p>
        </w:tc>
        <w:tc>
          <w:tcPr>
            <w:tcW w:w="7371" w:type="dxa"/>
            <w:tcMar>
              <w:top w:w="40" w:type="dxa"/>
              <w:left w:w="60" w:type="dxa"/>
              <w:bottom w:w="40" w:type="dxa"/>
              <w:right w:w="60" w:type="dxa"/>
            </w:tcMar>
            <w:vAlign w:val="center"/>
          </w:tcPr>
          <w:p w14:paraId="621A0630" w14:textId="77777777" w:rsidR="0009622B" w:rsidRDefault="0009622B" w:rsidP="00DF6623">
            <w:pPr>
              <w:spacing w:after="0"/>
            </w:pPr>
            <w:proofErr w:type="spellStart"/>
            <w:r>
              <w:rPr>
                <w:rFonts w:cs="Times New Roman"/>
              </w:rPr>
              <w:t>Двойка</w:t>
            </w:r>
            <w:proofErr w:type="spellEnd"/>
            <w:r>
              <w:rPr>
                <w:rFonts w:cs="Times New Roman"/>
              </w:rPr>
              <w:t xml:space="preserve"> </w:t>
            </w:r>
            <w:proofErr w:type="spellStart"/>
            <w:r>
              <w:rPr>
                <w:rFonts w:cs="Times New Roman"/>
              </w:rPr>
              <w:t>серая</w:t>
            </w:r>
            <w:proofErr w:type="spellEnd"/>
            <w:r>
              <w:rPr>
                <w:rFonts w:cs="Times New Roman"/>
              </w:rPr>
              <w:t xml:space="preserve"> — </w:t>
            </w:r>
            <w:proofErr w:type="spellStart"/>
            <w:r>
              <w:rPr>
                <w:rFonts w:cs="Times New Roman"/>
              </w:rPr>
              <w:t>арт</w:t>
            </w:r>
            <w:proofErr w:type="spellEnd"/>
            <w:r>
              <w:rPr>
                <w:rFonts w:cs="Times New Roman"/>
              </w:rPr>
              <w:t>. 00104, р. 32</w:t>
            </w:r>
          </w:p>
        </w:tc>
        <w:tc>
          <w:tcPr>
            <w:tcW w:w="737" w:type="dxa"/>
            <w:tcMar>
              <w:top w:w="40" w:type="dxa"/>
              <w:left w:w="60" w:type="dxa"/>
              <w:bottom w:w="40" w:type="dxa"/>
              <w:right w:w="60" w:type="dxa"/>
            </w:tcMar>
            <w:vAlign w:val="center"/>
          </w:tcPr>
          <w:p w14:paraId="1B6C3E13"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296223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4AA699F" w14:textId="77777777" w:rsidR="009C1061" w:rsidRDefault="00441274">
            <w:pPr>
              <w:jc w:val="right"/>
            </w:pPr>
            <w:r>
              <w:t>600 руб.</w:t>
            </w:r>
          </w:p>
        </w:tc>
        <w:tc>
          <w:tcPr>
            <w:tcW w:w="1587" w:type="dxa"/>
            <w:tcMar>
              <w:top w:w="40" w:type="dxa"/>
              <w:left w:w="60" w:type="dxa"/>
              <w:bottom w:w="40" w:type="dxa"/>
              <w:right w:w="60" w:type="dxa"/>
            </w:tcMar>
            <w:vAlign w:val="center"/>
          </w:tcPr>
          <w:p w14:paraId="48A2DEF7" w14:textId="77777777" w:rsidR="009C1061" w:rsidRDefault="00441274">
            <w:pPr>
              <w:jc w:val="right"/>
            </w:pPr>
            <w:r>
              <w:t>600 руб.</w:t>
            </w:r>
          </w:p>
        </w:tc>
      </w:tr>
      <w:tr w:rsidR="0009622B" w14:paraId="0F8D43EC" w14:textId="77777777" w:rsidTr="00DF6623">
        <w:trPr>
          <w:jc w:val="center"/>
        </w:trPr>
        <w:tc>
          <w:tcPr>
            <w:tcW w:w="453" w:type="dxa"/>
            <w:tcMar>
              <w:top w:w="40" w:type="dxa"/>
              <w:left w:w="60" w:type="dxa"/>
              <w:bottom w:w="40" w:type="dxa"/>
              <w:right w:w="60" w:type="dxa"/>
            </w:tcMar>
            <w:vAlign w:val="center"/>
          </w:tcPr>
          <w:p w14:paraId="496FD9BF" w14:textId="77777777" w:rsidR="0009622B" w:rsidRDefault="0009622B" w:rsidP="00DF6623">
            <w:pPr>
              <w:spacing w:after="0"/>
              <w:jc w:val="center"/>
            </w:pPr>
            <w:r>
              <w:t>345</w:t>
            </w:r>
          </w:p>
        </w:tc>
        <w:tc>
          <w:tcPr>
            <w:tcW w:w="7371" w:type="dxa"/>
            <w:tcMar>
              <w:top w:w="40" w:type="dxa"/>
              <w:left w:w="60" w:type="dxa"/>
              <w:bottom w:w="40" w:type="dxa"/>
              <w:right w:w="60" w:type="dxa"/>
            </w:tcMar>
            <w:vAlign w:val="center"/>
          </w:tcPr>
          <w:p w14:paraId="63015A10" w14:textId="77777777" w:rsidR="0009622B" w:rsidRDefault="0009622B" w:rsidP="00DF6623">
            <w:pPr>
              <w:spacing w:after="0"/>
            </w:pPr>
            <w:proofErr w:type="spellStart"/>
            <w:r>
              <w:rPr>
                <w:rFonts w:cs="Times New Roman"/>
              </w:rPr>
              <w:t>Двойка</w:t>
            </w:r>
            <w:proofErr w:type="spellEnd"/>
            <w:r>
              <w:rPr>
                <w:rFonts w:cs="Times New Roman"/>
              </w:rPr>
              <w:t xml:space="preserve"> — </w:t>
            </w:r>
            <w:proofErr w:type="spellStart"/>
            <w:r>
              <w:rPr>
                <w:rFonts w:cs="Times New Roman"/>
              </w:rPr>
              <w:t>арт</w:t>
            </w:r>
            <w:proofErr w:type="spellEnd"/>
            <w:r>
              <w:rPr>
                <w:rFonts w:cs="Times New Roman"/>
              </w:rPr>
              <w:t>. 00035</w:t>
            </w:r>
          </w:p>
        </w:tc>
        <w:tc>
          <w:tcPr>
            <w:tcW w:w="737" w:type="dxa"/>
            <w:tcMar>
              <w:top w:w="40" w:type="dxa"/>
              <w:left w:w="60" w:type="dxa"/>
              <w:bottom w:w="40" w:type="dxa"/>
              <w:right w:w="60" w:type="dxa"/>
            </w:tcMar>
            <w:vAlign w:val="center"/>
          </w:tcPr>
          <w:p w14:paraId="45E9044F"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17572524"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053892C6" w14:textId="77777777" w:rsidR="009C1061" w:rsidRDefault="00441274">
            <w:pPr>
              <w:jc w:val="right"/>
            </w:pPr>
            <w:r>
              <w:t>600 руб.</w:t>
            </w:r>
          </w:p>
        </w:tc>
        <w:tc>
          <w:tcPr>
            <w:tcW w:w="1587" w:type="dxa"/>
            <w:tcMar>
              <w:top w:w="40" w:type="dxa"/>
              <w:left w:w="60" w:type="dxa"/>
              <w:bottom w:w="40" w:type="dxa"/>
              <w:right w:w="60" w:type="dxa"/>
            </w:tcMar>
            <w:vAlign w:val="center"/>
          </w:tcPr>
          <w:p w14:paraId="66636E59" w14:textId="77777777" w:rsidR="009C1061" w:rsidRDefault="00441274">
            <w:pPr>
              <w:jc w:val="right"/>
            </w:pPr>
            <w:r>
              <w:t>2 400 руб.</w:t>
            </w:r>
          </w:p>
        </w:tc>
      </w:tr>
      <w:tr w:rsidR="0009622B" w14:paraId="389B0D7D" w14:textId="77777777" w:rsidTr="00DF6623">
        <w:trPr>
          <w:jc w:val="center"/>
        </w:trPr>
        <w:tc>
          <w:tcPr>
            <w:tcW w:w="453" w:type="dxa"/>
            <w:tcMar>
              <w:top w:w="40" w:type="dxa"/>
              <w:left w:w="60" w:type="dxa"/>
              <w:bottom w:w="40" w:type="dxa"/>
              <w:right w:w="60" w:type="dxa"/>
            </w:tcMar>
            <w:vAlign w:val="center"/>
          </w:tcPr>
          <w:p w14:paraId="39736451" w14:textId="77777777" w:rsidR="0009622B" w:rsidRDefault="0009622B" w:rsidP="00DF6623">
            <w:pPr>
              <w:spacing w:after="0"/>
              <w:jc w:val="center"/>
            </w:pPr>
            <w:r>
              <w:t>346</w:t>
            </w:r>
          </w:p>
        </w:tc>
        <w:tc>
          <w:tcPr>
            <w:tcW w:w="7371" w:type="dxa"/>
            <w:tcMar>
              <w:top w:w="40" w:type="dxa"/>
              <w:left w:w="60" w:type="dxa"/>
              <w:bottom w:w="40" w:type="dxa"/>
              <w:right w:w="60" w:type="dxa"/>
            </w:tcMar>
            <w:vAlign w:val="center"/>
          </w:tcPr>
          <w:p w14:paraId="1ADC3804" w14:textId="77777777" w:rsidR="0009622B" w:rsidRPr="00CA0274" w:rsidRDefault="0009622B" w:rsidP="00DF6623">
            <w:pPr>
              <w:spacing w:after="0"/>
              <w:rPr>
                <w:lang w:val="ru-RU"/>
              </w:rPr>
            </w:pPr>
            <w:r w:rsidRPr="00CA0274">
              <w:rPr>
                <w:rFonts w:cs="Times New Roman"/>
                <w:lang w:val="ru-RU"/>
              </w:rPr>
              <w:t>Костюм-двойка (мальчик) — Бишкек, р. 30</w:t>
            </w:r>
          </w:p>
        </w:tc>
        <w:tc>
          <w:tcPr>
            <w:tcW w:w="737" w:type="dxa"/>
            <w:tcMar>
              <w:top w:w="40" w:type="dxa"/>
              <w:left w:w="60" w:type="dxa"/>
              <w:bottom w:w="40" w:type="dxa"/>
              <w:right w:w="60" w:type="dxa"/>
            </w:tcMar>
            <w:vAlign w:val="center"/>
          </w:tcPr>
          <w:p w14:paraId="0D5DBAF6"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5FDA2A1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F8E5D98" w14:textId="77777777" w:rsidR="009C1061" w:rsidRDefault="00441274">
            <w:pPr>
              <w:jc w:val="right"/>
            </w:pPr>
            <w:r>
              <w:t>600 руб.</w:t>
            </w:r>
          </w:p>
        </w:tc>
        <w:tc>
          <w:tcPr>
            <w:tcW w:w="1587" w:type="dxa"/>
            <w:tcMar>
              <w:top w:w="40" w:type="dxa"/>
              <w:left w:w="60" w:type="dxa"/>
              <w:bottom w:w="40" w:type="dxa"/>
              <w:right w:w="60" w:type="dxa"/>
            </w:tcMar>
            <w:vAlign w:val="center"/>
          </w:tcPr>
          <w:p w14:paraId="23A97FDD" w14:textId="77777777" w:rsidR="009C1061" w:rsidRDefault="00441274">
            <w:pPr>
              <w:jc w:val="right"/>
            </w:pPr>
            <w:r>
              <w:t>1 200 руб.</w:t>
            </w:r>
          </w:p>
        </w:tc>
      </w:tr>
      <w:tr w:rsidR="0009622B" w14:paraId="2EE35707" w14:textId="77777777" w:rsidTr="00DF6623">
        <w:trPr>
          <w:jc w:val="center"/>
        </w:trPr>
        <w:tc>
          <w:tcPr>
            <w:tcW w:w="453" w:type="dxa"/>
            <w:tcMar>
              <w:top w:w="40" w:type="dxa"/>
              <w:left w:w="60" w:type="dxa"/>
              <w:bottom w:w="40" w:type="dxa"/>
              <w:right w:w="60" w:type="dxa"/>
            </w:tcMar>
            <w:vAlign w:val="center"/>
          </w:tcPr>
          <w:p w14:paraId="2F6143D6" w14:textId="77777777" w:rsidR="0009622B" w:rsidRDefault="0009622B" w:rsidP="00DF6623">
            <w:pPr>
              <w:spacing w:after="0"/>
              <w:jc w:val="center"/>
            </w:pPr>
            <w:r>
              <w:t>347</w:t>
            </w:r>
          </w:p>
        </w:tc>
        <w:tc>
          <w:tcPr>
            <w:tcW w:w="7371" w:type="dxa"/>
            <w:tcMar>
              <w:top w:w="40" w:type="dxa"/>
              <w:left w:w="60" w:type="dxa"/>
              <w:bottom w:w="40" w:type="dxa"/>
              <w:right w:w="60" w:type="dxa"/>
            </w:tcMar>
            <w:vAlign w:val="center"/>
          </w:tcPr>
          <w:p w14:paraId="417430E6" w14:textId="77777777" w:rsidR="0009622B" w:rsidRPr="00CA0274" w:rsidRDefault="0009622B" w:rsidP="00DF6623">
            <w:pPr>
              <w:spacing w:after="0"/>
              <w:rPr>
                <w:lang w:val="ru-RU"/>
              </w:rPr>
            </w:pPr>
            <w:r w:rsidRPr="00CA0274">
              <w:rPr>
                <w:rFonts w:cs="Times New Roman"/>
                <w:lang w:val="ru-RU"/>
              </w:rPr>
              <w:t>Костюм для мальчика — арт. 0273, серый</w:t>
            </w:r>
          </w:p>
        </w:tc>
        <w:tc>
          <w:tcPr>
            <w:tcW w:w="737" w:type="dxa"/>
            <w:tcMar>
              <w:top w:w="40" w:type="dxa"/>
              <w:left w:w="60" w:type="dxa"/>
              <w:bottom w:w="40" w:type="dxa"/>
              <w:right w:w="60" w:type="dxa"/>
            </w:tcMar>
            <w:vAlign w:val="center"/>
          </w:tcPr>
          <w:p w14:paraId="2184BE53"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7C8636A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3EC00A8" w14:textId="77777777" w:rsidR="009C1061" w:rsidRDefault="00441274">
            <w:pPr>
              <w:jc w:val="right"/>
            </w:pPr>
            <w:r>
              <w:t>600 руб.</w:t>
            </w:r>
          </w:p>
        </w:tc>
        <w:tc>
          <w:tcPr>
            <w:tcW w:w="1587" w:type="dxa"/>
            <w:tcMar>
              <w:top w:w="40" w:type="dxa"/>
              <w:left w:w="60" w:type="dxa"/>
              <w:bottom w:w="40" w:type="dxa"/>
              <w:right w:w="60" w:type="dxa"/>
            </w:tcMar>
            <w:vAlign w:val="center"/>
          </w:tcPr>
          <w:p w14:paraId="4FE21242" w14:textId="77777777" w:rsidR="009C1061" w:rsidRDefault="00441274">
            <w:pPr>
              <w:jc w:val="right"/>
            </w:pPr>
            <w:r>
              <w:t>1 800 руб.</w:t>
            </w:r>
          </w:p>
        </w:tc>
      </w:tr>
      <w:tr w:rsidR="0009622B" w14:paraId="193983E0" w14:textId="77777777" w:rsidTr="00DF6623">
        <w:trPr>
          <w:jc w:val="center"/>
        </w:trPr>
        <w:tc>
          <w:tcPr>
            <w:tcW w:w="453" w:type="dxa"/>
            <w:tcMar>
              <w:top w:w="40" w:type="dxa"/>
              <w:left w:w="60" w:type="dxa"/>
              <w:bottom w:w="40" w:type="dxa"/>
              <w:right w:w="60" w:type="dxa"/>
            </w:tcMar>
            <w:vAlign w:val="center"/>
          </w:tcPr>
          <w:p w14:paraId="628E7458" w14:textId="77777777" w:rsidR="0009622B" w:rsidRDefault="0009622B" w:rsidP="00DF6623">
            <w:pPr>
              <w:spacing w:after="0"/>
              <w:jc w:val="center"/>
            </w:pPr>
            <w:r>
              <w:t>348</w:t>
            </w:r>
          </w:p>
        </w:tc>
        <w:tc>
          <w:tcPr>
            <w:tcW w:w="7371" w:type="dxa"/>
            <w:tcMar>
              <w:top w:w="40" w:type="dxa"/>
              <w:left w:w="60" w:type="dxa"/>
              <w:bottom w:w="40" w:type="dxa"/>
              <w:right w:w="60" w:type="dxa"/>
            </w:tcMar>
            <w:vAlign w:val="center"/>
          </w:tcPr>
          <w:p w14:paraId="0E1234C8" w14:textId="77777777" w:rsidR="0009622B" w:rsidRPr="00CA0274" w:rsidRDefault="0009622B" w:rsidP="00DF6623">
            <w:pPr>
              <w:spacing w:after="0"/>
              <w:rPr>
                <w:lang w:val="ru-RU"/>
              </w:rPr>
            </w:pPr>
            <w:r w:rsidRPr="00CA0274">
              <w:rPr>
                <w:rFonts w:cs="Times New Roman"/>
                <w:lang w:val="ru-RU"/>
              </w:rPr>
              <w:t>Костюм для мальчика — арт. 0272, р. 34</w:t>
            </w:r>
          </w:p>
        </w:tc>
        <w:tc>
          <w:tcPr>
            <w:tcW w:w="737" w:type="dxa"/>
            <w:tcMar>
              <w:top w:w="40" w:type="dxa"/>
              <w:left w:w="60" w:type="dxa"/>
              <w:bottom w:w="40" w:type="dxa"/>
              <w:right w:w="60" w:type="dxa"/>
            </w:tcMar>
            <w:vAlign w:val="center"/>
          </w:tcPr>
          <w:p w14:paraId="6B7F83D7"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15F1CF3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8A7FBA6" w14:textId="77777777" w:rsidR="009C1061" w:rsidRDefault="00441274">
            <w:pPr>
              <w:jc w:val="right"/>
            </w:pPr>
            <w:r>
              <w:t>600 руб.</w:t>
            </w:r>
          </w:p>
        </w:tc>
        <w:tc>
          <w:tcPr>
            <w:tcW w:w="1587" w:type="dxa"/>
            <w:tcMar>
              <w:top w:w="40" w:type="dxa"/>
              <w:left w:w="60" w:type="dxa"/>
              <w:bottom w:w="40" w:type="dxa"/>
              <w:right w:w="60" w:type="dxa"/>
            </w:tcMar>
            <w:vAlign w:val="center"/>
          </w:tcPr>
          <w:p w14:paraId="5F6DFAC0" w14:textId="77777777" w:rsidR="009C1061" w:rsidRDefault="00441274">
            <w:pPr>
              <w:jc w:val="right"/>
            </w:pPr>
            <w:r>
              <w:t>600 руб.</w:t>
            </w:r>
          </w:p>
        </w:tc>
      </w:tr>
      <w:tr w:rsidR="0009622B" w14:paraId="2B24E91B" w14:textId="77777777" w:rsidTr="00DF6623">
        <w:trPr>
          <w:jc w:val="center"/>
        </w:trPr>
        <w:tc>
          <w:tcPr>
            <w:tcW w:w="453" w:type="dxa"/>
            <w:tcMar>
              <w:top w:w="40" w:type="dxa"/>
              <w:left w:w="60" w:type="dxa"/>
              <w:bottom w:w="40" w:type="dxa"/>
              <w:right w:w="60" w:type="dxa"/>
            </w:tcMar>
            <w:vAlign w:val="center"/>
          </w:tcPr>
          <w:p w14:paraId="4E84DFF9" w14:textId="77777777" w:rsidR="0009622B" w:rsidRDefault="0009622B" w:rsidP="00DF6623">
            <w:pPr>
              <w:spacing w:after="0"/>
              <w:jc w:val="center"/>
            </w:pPr>
            <w:r>
              <w:t>349</w:t>
            </w:r>
          </w:p>
        </w:tc>
        <w:tc>
          <w:tcPr>
            <w:tcW w:w="7371" w:type="dxa"/>
            <w:tcMar>
              <w:top w:w="40" w:type="dxa"/>
              <w:left w:w="60" w:type="dxa"/>
              <w:bottom w:w="40" w:type="dxa"/>
              <w:right w:w="60" w:type="dxa"/>
            </w:tcMar>
            <w:vAlign w:val="center"/>
          </w:tcPr>
          <w:p w14:paraId="5A9124C1"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мальчика</w:t>
            </w:r>
            <w:proofErr w:type="spellEnd"/>
            <w:r>
              <w:rPr>
                <w:rFonts w:cs="Times New Roman"/>
              </w:rPr>
              <w:t xml:space="preserve"> — </w:t>
            </w:r>
            <w:proofErr w:type="spellStart"/>
            <w:r>
              <w:rPr>
                <w:rFonts w:cs="Times New Roman"/>
              </w:rPr>
              <w:t>серый</w:t>
            </w:r>
            <w:proofErr w:type="spellEnd"/>
          </w:p>
        </w:tc>
        <w:tc>
          <w:tcPr>
            <w:tcW w:w="737" w:type="dxa"/>
            <w:tcMar>
              <w:top w:w="40" w:type="dxa"/>
              <w:left w:w="60" w:type="dxa"/>
              <w:bottom w:w="40" w:type="dxa"/>
              <w:right w:w="60" w:type="dxa"/>
            </w:tcMar>
            <w:vAlign w:val="center"/>
          </w:tcPr>
          <w:p w14:paraId="0D3BDD07"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4C9B120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40EC6F7" w14:textId="77777777" w:rsidR="009C1061" w:rsidRDefault="00441274">
            <w:pPr>
              <w:jc w:val="right"/>
            </w:pPr>
            <w:r>
              <w:t>180 руб.</w:t>
            </w:r>
          </w:p>
        </w:tc>
        <w:tc>
          <w:tcPr>
            <w:tcW w:w="1587" w:type="dxa"/>
            <w:tcMar>
              <w:top w:w="40" w:type="dxa"/>
              <w:left w:w="60" w:type="dxa"/>
              <w:bottom w:w="40" w:type="dxa"/>
              <w:right w:w="60" w:type="dxa"/>
            </w:tcMar>
            <w:vAlign w:val="center"/>
          </w:tcPr>
          <w:p w14:paraId="75F3F5AD" w14:textId="77777777" w:rsidR="009C1061" w:rsidRDefault="00441274">
            <w:pPr>
              <w:jc w:val="right"/>
            </w:pPr>
            <w:r>
              <w:t>720 руб.</w:t>
            </w:r>
          </w:p>
        </w:tc>
      </w:tr>
      <w:tr w:rsidR="0009622B" w14:paraId="6284CD7C" w14:textId="77777777" w:rsidTr="00DF6623">
        <w:trPr>
          <w:jc w:val="center"/>
        </w:trPr>
        <w:tc>
          <w:tcPr>
            <w:tcW w:w="453" w:type="dxa"/>
            <w:tcMar>
              <w:top w:w="40" w:type="dxa"/>
              <w:left w:w="60" w:type="dxa"/>
              <w:bottom w:w="40" w:type="dxa"/>
              <w:right w:w="60" w:type="dxa"/>
            </w:tcMar>
            <w:vAlign w:val="center"/>
          </w:tcPr>
          <w:p w14:paraId="420F8301" w14:textId="77777777" w:rsidR="0009622B" w:rsidRDefault="0009622B" w:rsidP="00DF6623">
            <w:pPr>
              <w:spacing w:after="0"/>
              <w:jc w:val="center"/>
            </w:pPr>
            <w:r>
              <w:t>350</w:t>
            </w:r>
          </w:p>
        </w:tc>
        <w:tc>
          <w:tcPr>
            <w:tcW w:w="7371" w:type="dxa"/>
            <w:tcMar>
              <w:top w:w="40" w:type="dxa"/>
              <w:left w:w="60" w:type="dxa"/>
              <w:bottom w:w="40" w:type="dxa"/>
              <w:right w:w="60" w:type="dxa"/>
            </w:tcMar>
            <w:vAlign w:val="center"/>
          </w:tcPr>
          <w:p w14:paraId="6821A12A" w14:textId="77777777" w:rsidR="0009622B" w:rsidRPr="00CA0274" w:rsidRDefault="0009622B" w:rsidP="00DF6623">
            <w:pPr>
              <w:spacing w:after="0"/>
              <w:rPr>
                <w:lang w:val="ru-RU"/>
              </w:rPr>
            </w:pPr>
            <w:r w:rsidRPr="00CA0274">
              <w:rPr>
                <w:rFonts w:cs="Times New Roman"/>
                <w:lang w:val="ru-RU"/>
              </w:rPr>
              <w:t>Комплект для мальчика (двойка) — арт. 0132, р. 32</w:t>
            </w:r>
          </w:p>
        </w:tc>
        <w:tc>
          <w:tcPr>
            <w:tcW w:w="737" w:type="dxa"/>
            <w:tcMar>
              <w:top w:w="40" w:type="dxa"/>
              <w:left w:w="60" w:type="dxa"/>
              <w:bottom w:w="40" w:type="dxa"/>
              <w:right w:w="60" w:type="dxa"/>
            </w:tcMar>
            <w:vAlign w:val="center"/>
          </w:tcPr>
          <w:p w14:paraId="6D30C65C"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0336AC2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3777ABB" w14:textId="77777777" w:rsidR="009C1061" w:rsidRDefault="00441274">
            <w:pPr>
              <w:jc w:val="right"/>
            </w:pPr>
            <w:r>
              <w:t>600 руб.</w:t>
            </w:r>
          </w:p>
        </w:tc>
        <w:tc>
          <w:tcPr>
            <w:tcW w:w="1587" w:type="dxa"/>
            <w:tcMar>
              <w:top w:w="40" w:type="dxa"/>
              <w:left w:w="60" w:type="dxa"/>
              <w:bottom w:w="40" w:type="dxa"/>
              <w:right w:w="60" w:type="dxa"/>
            </w:tcMar>
            <w:vAlign w:val="center"/>
          </w:tcPr>
          <w:p w14:paraId="79AC4FF8" w14:textId="77777777" w:rsidR="009C1061" w:rsidRDefault="00441274">
            <w:pPr>
              <w:jc w:val="right"/>
            </w:pPr>
            <w:r>
              <w:t>1 800 руб.</w:t>
            </w:r>
          </w:p>
        </w:tc>
      </w:tr>
      <w:tr w:rsidR="0009622B" w14:paraId="66819211" w14:textId="77777777" w:rsidTr="00DF6623">
        <w:trPr>
          <w:jc w:val="center"/>
        </w:trPr>
        <w:tc>
          <w:tcPr>
            <w:tcW w:w="453" w:type="dxa"/>
            <w:tcMar>
              <w:top w:w="40" w:type="dxa"/>
              <w:left w:w="60" w:type="dxa"/>
              <w:bottom w:w="40" w:type="dxa"/>
              <w:right w:w="60" w:type="dxa"/>
            </w:tcMar>
            <w:vAlign w:val="center"/>
          </w:tcPr>
          <w:p w14:paraId="1BCBF992" w14:textId="77777777" w:rsidR="0009622B" w:rsidRDefault="0009622B" w:rsidP="00DF6623">
            <w:pPr>
              <w:spacing w:after="0"/>
              <w:jc w:val="center"/>
            </w:pPr>
            <w:r>
              <w:t>351</w:t>
            </w:r>
          </w:p>
        </w:tc>
        <w:tc>
          <w:tcPr>
            <w:tcW w:w="7371" w:type="dxa"/>
            <w:tcMar>
              <w:top w:w="40" w:type="dxa"/>
              <w:left w:w="60" w:type="dxa"/>
              <w:bottom w:w="40" w:type="dxa"/>
              <w:right w:w="60" w:type="dxa"/>
            </w:tcMar>
            <w:vAlign w:val="center"/>
          </w:tcPr>
          <w:p w14:paraId="7B32229D" w14:textId="77777777" w:rsidR="0009622B" w:rsidRPr="00CA0274" w:rsidRDefault="0009622B" w:rsidP="00DF6623">
            <w:pPr>
              <w:spacing w:after="0"/>
              <w:rPr>
                <w:lang w:val="ru-RU"/>
              </w:rPr>
            </w:pPr>
            <w:r w:rsidRPr="00CA0274">
              <w:rPr>
                <w:rFonts w:cs="Times New Roman"/>
                <w:lang w:val="ru-RU"/>
              </w:rPr>
              <w:t>Комплект (брюки + жилет, мальчик) — Киргизия, арт. 105</w:t>
            </w:r>
          </w:p>
        </w:tc>
        <w:tc>
          <w:tcPr>
            <w:tcW w:w="737" w:type="dxa"/>
            <w:tcMar>
              <w:top w:w="40" w:type="dxa"/>
              <w:left w:w="60" w:type="dxa"/>
              <w:bottom w:w="40" w:type="dxa"/>
              <w:right w:w="60" w:type="dxa"/>
            </w:tcMar>
            <w:vAlign w:val="center"/>
          </w:tcPr>
          <w:p w14:paraId="4D66D34D" w14:textId="77777777" w:rsidR="0009622B" w:rsidRDefault="0009622B" w:rsidP="00DF6623">
            <w:pPr>
              <w:spacing w:after="0"/>
              <w:jc w:val="center"/>
            </w:pPr>
            <w:r>
              <w:rPr>
                <w:rFonts w:cs="Times New Roman"/>
              </w:rPr>
              <w:t>3</w:t>
            </w:r>
          </w:p>
        </w:tc>
        <w:tc>
          <w:tcPr>
            <w:tcW w:w="680" w:type="dxa"/>
            <w:tcMar>
              <w:top w:w="40" w:type="dxa"/>
              <w:left w:w="60" w:type="dxa"/>
              <w:bottom w:w="40" w:type="dxa"/>
              <w:right w:w="60" w:type="dxa"/>
            </w:tcMar>
            <w:vAlign w:val="center"/>
          </w:tcPr>
          <w:p w14:paraId="7CC50AF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E425EFA" w14:textId="77777777" w:rsidR="009C1061" w:rsidRDefault="00441274">
            <w:pPr>
              <w:jc w:val="right"/>
            </w:pPr>
            <w:r>
              <w:t>180 руб.</w:t>
            </w:r>
          </w:p>
        </w:tc>
        <w:tc>
          <w:tcPr>
            <w:tcW w:w="1587" w:type="dxa"/>
            <w:tcMar>
              <w:top w:w="40" w:type="dxa"/>
              <w:left w:w="60" w:type="dxa"/>
              <w:bottom w:w="40" w:type="dxa"/>
              <w:right w:w="60" w:type="dxa"/>
            </w:tcMar>
            <w:vAlign w:val="center"/>
          </w:tcPr>
          <w:p w14:paraId="43426DF8" w14:textId="77777777" w:rsidR="009C1061" w:rsidRDefault="00441274">
            <w:pPr>
              <w:jc w:val="right"/>
            </w:pPr>
            <w:r>
              <w:t>540 руб.</w:t>
            </w:r>
          </w:p>
        </w:tc>
      </w:tr>
      <w:tr w:rsidR="0009622B" w14:paraId="7C9EDC28" w14:textId="77777777" w:rsidTr="00DF6623">
        <w:trPr>
          <w:jc w:val="center"/>
        </w:trPr>
        <w:tc>
          <w:tcPr>
            <w:tcW w:w="453" w:type="dxa"/>
            <w:tcMar>
              <w:top w:w="40" w:type="dxa"/>
              <w:left w:w="60" w:type="dxa"/>
              <w:bottom w:w="40" w:type="dxa"/>
              <w:right w:w="60" w:type="dxa"/>
            </w:tcMar>
            <w:vAlign w:val="center"/>
          </w:tcPr>
          <w:p w14:paraId="13CD8140" w14:textId="77777777" w:rsidR="0009622B" w:rsidRDefault="0009622B" w:rsidP="00DF6623">
            <w:pPr>
              <w:spacing w:after="0"/>
              <w:jc w:val="center"/>
            </w:pPr>
            <w:r>
              <w:t>352</w:t>
            </w:r>
          </w:p>
        </w:tc>
        <w:tc>
          <w:tcPr>
            <w:tcW w:w="7371" w:type="dxa"/>
            <w:tcMar>
              <w:top w:w="40" w:type="dxa"/>
              <w:left w:w="60" w:type="dxa"/>
              <w:bottom w:w="40" w:type="dxa"/>
              <w:right w:w="60" w:type="dxa"/>
            </w:tcMar>
            <w:vAlign w:val="center"/>
          </w:tcPr>
          <w:p w14:paraId="4DE43D61"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девчачий</w:t>
            </w:r>
            <w:proofErr w:type="spellEnd"/>
            <w:r>
              <w:rPr>
                <w:rFonts w:cs="Times New Roman"/>
              </w:rPr>
              <w:t xml:space="preserve"> — </w:t>
            </w:r>
            <w:proofErr w:type="spellStart"/>
            <w:r>
              <w:rPr>
                <w:rFonts w:cs="Times New Roman"/>
              </w:rPr>
              <w:t>разные</w:t>
            </w:r>
            <w:proofErr w:type="spellEnd"/>
            <w:r>
              <w:rPr>
                <w:rFonts w:cs="Times New Roman"/>
              </w:rPr>
              <w:t xml:space="preserve"> </w:t>
            </w:r>
            <w:proofErr w:type="spellStart"/>
            <w:r>
              <w:rPr>
                <w:rFonts w:cs="Times New Roman"/>
              </w:rPr>
              <w:t>размеры</w:t>
            </w:r>
            <w:proofErr w:type="spellEnd"/>
          </w:p>
        </w:tc>
        <w:tc>
          <w:tcPr>
            <w:tcW w:w="737" w:type="dxa"/>
            <w:tcMar>
              <w:top w:w="40" w:type="dxa"/>
              <w:left w:w="60" w:type="dxa"/>
              <w:bottom w:w="40" w:type="dxa"/>
              <w:right w:w="60" w:type="dxa"/>
            </w:tcMar>
            <w:vAlign w:val="center"/>
          </w:tcPr>
          <w:p w14:paraId="481396DE" w14:textId="77777777" w:rsidR="0009622B" w:rsidRDefault="0009622B" w:rsidP="00DF6623">
            <w:pPr>
              <w:spacing w:after="0"/>
              <w:jc w:val="center"/>
            </w:pPr>
            <w:r>
              <w:rPr>
                <w:rFonts w:cs="Times New Roman"/>
              </w:rPr>
              <w:t>15</w:t>
            </w:r>
          </w:p>
        </w:tc>
        <w:tc>
          <w:tcPr>
            <w:tcW w:w="680" w:type="dxa"/>
            <w:tcMar>
              <w:top w:w="40" w:type="dxa"/>
              <w:left w:w="60" w:type="dxa"/>
              <w:bottom w:w="40" w:type="dxa"/>
              <w:right w:w="60" w:type="dxa"/>
            </w:tcMar>
            <w:vAlign w:val="center"/>
          </w:tcPr>
          <w:p w14:paraId="328F9A51"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4A1FDCD5" w14:textId="77777777" w:rsidR="009C1061" w:rsidRDefault="00441274">
            <w:pPr>
              <w:jc w:val="right"/>
            </w:pPr>
            <w:r>
              <w:t>180 руб.</w:t>
            </w:r>
          </w:p>
        </w:tc>
        <w:tc>
          <w:tcPr>
            <w:tcW w:w="1587" w:type="dxa"/>
            <w:tcMar>
              <w:top w:w="40" w:type="dxa"/>
              <w:left w:w="60" w:type="dxa"/>
              <w:bottom w:w="40" w:type="dxa"/>
              <w:right w:w="60" w:type="dxa"/>
            </w:tcMar>
            <w:vAlign w:val="center"/>
          </w:tcPr>
          <w:p w14:paraId="4367B530" w14:textId="77777777" w:rsidR="009C1061" w:rsidRDefault="00441274">
            <w:pPr>
              <w:jc w:val="right"/>
            </w:pPr>
            <w:r>
              <w:t>2 700 руб.</w:t>
            </w:r>
          </w:p>
        </w:tc>
      </w:tr>
      <w:tr w:rsidR="0009622B" w14:paraId="56EC48FB" w14:textId="77777777" w:rsidTr="00DF6623">
        <w:trPr>
          <w:jc w:val="center"/>
        </w:trPr>
        <w:tc>
          <w:tcPr>
            <w:tcW w:w="453" w:type="dxa"/>
            <w:tcMar>
              <w:top w:w="40" w:type="dxa"/>
              <w:left w:w="60" w:type="dxa"/>
              <w:bottom w:w="40" w:type="dxa"/>
              <w:right w:w="60" w:type="dxa"/>
            </w:tcMar>
            <w:vAlign w:val="center"/>
          </w:tcPr>
          <w:p w14:paraId="7570F60B" w14:textId="77777777" w:rsidR="0009622B" w:rsidRDefault="0009622B" w:rsidP="00DF6623">
            <w:pPr>
              <w:spacing w:after="0"/>
              <w:jc w:val="center"/>
            </w:pPr>
            <w:r>
              <w:t>353</w:t>
            </w:r>
          </w:p>
        </w:tc>
        <w:tc>
          <w:tcPr>
            <w:tcW w:w="7371" w:type="dxa"/>
            <w:tcMar>
              <w:top w:w="40" w:type="dxa"/>
              <w:left w:w="60" w:type="dxa"/>
              <w:bottom w:w="40" w:type="dxa"/>
              <w:right w:w="60" w:type="dxa"/>
            </w:tcMar>
            <w:vAlign w:val="center"/>
          </w:tcPr>
          <w:p w14:paraId="099C0C98"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для</w:t>
            </w:r>
            <w:proofErr w:type="spellEnd"/>
            <w:r>
              <w:rPr>
                <w:rFonts w:cs="Times New Roman"/>
              </w:rPr>
              <w:t xml:space="preserve"> </w:t>
            </w:r>
            <w:proofErr w:type="spellStart"/>
            <w:r>
              <w:rPr>
                <w:rFonts w:cs="Times New Roman"/>
              </w:rPr>
              <w:t>девочки</w:t>
            </w:r>
            <w:proofErr w:type="spellEnd"/>
            <w:r>
              <w:rPr>
                <w:rFonts w:cs="Times New Roman"/>
              </w:rPr>
              <w:t xml:space="preserve"> — </w:t>
            </w:r>
            <w:proofErr w:type="spellStart"/>
            <w:r>
              <w:rPr>
                <w:rFonts w:cs="Times New Roman"/>
              </w:rPr>
              <w:t>стандарт</w:t>
            </w:r>
            <w:proofErr w:type="spellEnd"/>
          </w:p>
        </w:tc>
        <w:tc>
          <w:tcPr>
            <w:tcW w:w="737" w:type="dxa"/>
            <w:tcMar>
              <w:top w:w="40" w:type="dxa"/>
              <w:left w:w="60" w:type="dxa"/>
              <w:bottom w:w="40" w:type="dxa"/>
              <w:right w:w="60" w:type="dxa"/>
            </w:tcMar>
            <w:vAlign w:val="center"/>
          </w:tcPr>
          <w:p w14:paraId="429BDBCA"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704BB38A"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333A933" w14:textId="77777777" w:rsidR="009C1061" w:rsidRDefault="00441274">
            <w:pPr>
              <w:jc w:val="right"/>
            </w:pPr>
            <w:r>
              <w:t>180 руб.</w:t>
            </w:r>
          </w:p>
        </w:tc>
        <w:tc>
          <w:tcPr>
            <w:tcW w:w="1587" w:type="dxa"/>
            <w:tcMar>
              <w:top w:w="40" w:type="dxa"/>
              <w:left w:w="60" w:type="dxa"/>
              <w:bottom w:w="40" w:type="dxa"/>
              <w:right w:w="60" w:type="dxa"/>
            </w:tcMar>
            <w:vAlign w:val="center"/>
          </w:tcPr>
          <w:p w14:paraId="0FEECAF1" w14:textId="77777777" w:rsidR="009C1061" w:rsidRDefault="00441274">
            <w:pPr>
              <w:jc w:val="right"/>
            </w:pPr>
            <w:r>
              <w:t>1 620 руб.</w:t>
            </w:r>
          </w:p>
        </w:tc>
      </w:tr>
      <w:tr w:rsidR="0009622B" w14:paraId="6A807072" w14:textId="77777777" w:rsidTr="00DF6623">
        <w:trPr>
          <w:jc w:val="center"/>
        </w:trPr>
        <w:tc>
          <w:tcPr>
            <w:tcW w:w="453" w:type="dxa"/>
            <w:tcMar>
              <w:top w:w="40" w:type="dxa"/>
              <w:left w:w="60" w:type="dxa"/>
              <w:bottom w:w="40" w:type="dxa"/>
              <w:right w:w="60" w:type="dxa"/>
            </w:tcMar>
            <w:vAlign w:val="center"/>
          </w:tcPr>
          <w:p w14:paraId="41B89F53" w14:textId="77777777" w:rsidR="0009622B" w:rsidRDefault="0009622B" w:rsidP="00DF6623">
            <w:pPr>
              <w:spacing w:after="0"/>
              <w:jc w:val="center"/>
            </w:pPr>
            <w:r>
              <w:t>354</w:t>
            </w:r>
          </w:p>
        </w:tc>
        <w:tc>
          <w:tcPr>
            <w:tcW w:w="7371" w:type="dxa"/>
            <w:tcMar>
              <w:top w:w="40" w:type="dxa"/>
              <w:left w:w="60" w:type="dxa"/>
              <w:bottom w:w="40" w:type="dxa"/>
              <w:right w:w="60" w:type="dxa"/>
            </w:tcMar>
            <w:vAlign w:val="center"/>
          </w:tcPr>
          <w:p w14:paraId="62C4FA55" w14:textId="77777777" w:rsidR="0009622B" w:rsidRPr="00CA0274" w:rsidRDefault="0009622B" w:rsidP="00DF6623">
            <w:pPr>
              <w:spacing w:after="0"/>
              <w:rPr>
                <w:lang w:val="ru-RU"/>
              </w:rPr>
            </w:pPr>
            <w:r w:rsidRPr="00CA0274">
              <w:rPr>
                <w:rFonts w:cs="Times New Roman"/>
                <w:lang w:val="ru-RU"/>
              </w:rPr>
              <w:t>Жилет для девочки (без воротника) — р. 32, 34, 36</w:t>
            </w:r>
          </w:p>
        </w:tc>
        <w:tc>
          <w:tcPr>
            <w:tcW w:w="737" w:type="dxa"/>
            <w:tcMar>
              <w:top w:w="40" w:type="dxa"/>
              <w:left w:w="60" w:type="dxa"/>
              <w:bottom w:w="40" w:type="dxa"/>
              <w:right w:w="60" w:type="dxa"/>
            </w:tcMar>
            <w:vAlign w:val="center"/>
          </w:tcPr>
          <w:p w14:paraId="39C47E26"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42284787"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E4CEA13" w14:textId="77777777" w:rsidR="009C1061" w:rsidRDefault="00441274">
            <w:pPr>
              <w:jc w:val="right"/>
            </w:pPr>
            <w:r>
              <w:t>180 руб.</w:t>
            </w:r>
          </w:p>
        </w:tc>
        <w:tc>
          <w:tcPr>
            <w:tcW w:w="1587" w:type="dxa"/>
            <w:tcMar>
              <w:top w:w="40" w:type="dxa"/>
              <w:left w:w="60" w:type="dxa"/>
              <w:bottom w:w="40" w:type="dxa"/>
              <w:right w:w="60" w:type="dxa"/>
            </w:tcMar>
            <w:vAlign w:val="center"/>
          </w:tcPr>
          <w:p w14:paraId="07BCA130" w14:textId="77777777" w:rsidR="009C1061" w:rsidRDefault="00441274">
            <w:pPr>
              <w:jc w:val="right"/>
            </w:pPr>
            <w:r>
              <w:t>720 руб.</w:t>
            </w:r>
          </w:p>
        </w:tc>
      </w:tr>
      <w:tr w:rsidR="0009622B" w14:paraId="0C291718" w14:textId="77777777" w:rsidTr="00DF6623">
        <w:trPr>
          <w:jc w:val="center"/>
        </w:trPr>
        <w:tc>
          <w:tcPr>
            <w:tcW w:w="453" w:type="dxa"/>
            <w:tcMar>
              <w:top w:w="40" w:type="dxa"/>
              <w:left w:w="60" w:type="dxa"/>
              <w:bottom w:w="40" w:type="dxa"/>
              <w:right w:w="60" w:type="dxa"/>
            </w:tcMar>
            <w:vAlign w:val="center"/>
          </w:tcPr>
          <w:p w14:paraId="5C66C697" w14:textId="77777777" w:rsidR="0009622B" w:rsidRDefault="0009622B" w:rsidP="00DF6623">
            <w:pPr>
              <w:spacing w:after="0"/>
              <w:jc w:val="center"/>
            </w:pPr>
            <w:r>
              <w:lastRenderedPageBreak/>
              <w:t>355</w:t>
            </w:r>
          </w:p>
        </w:tc>
        <w:tc>
          <w:tcPr>
            <w:tcW w:w="7371" w:type="dxa"/>
            <w:tcMar>
              <w:top w:w="40" w:type="dxa"/>
              <w:left w:w="60" w:type="dxa"/>
              <w:bottom w:w="40" w:type="dxa"/>
              <w:right w:w="60" w:type="dxa"/>
            </w:tcMar>
            <w:vAlign w:val="center"/>
          </w:tcPr>
          <w:p w14:paraId="6DDD6E63"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серый</w:t>
            </w:r>
            <w:proofErr w:type="spellEnd"/>
            <w:r>
              <w:rPr>
                <w:rFonts w:cs="Times New Roman"/>
              </w:rPr>
              <w:t xml:space="preserve"> — р. 30, 32, 34, 36, 38</w:t>
            </w:r>
          </w:p>
        </w:tc>
        <w:tc>
          <w:tcPr>
            <w:tcW w:w="737" w:type="dxa"/>
            <w:tcMar>
              <w:top w:w="40" w:type="dxa"/>
              <w:left w:w="60" w:type="dxa"/>
              <w:bottom w:w="40" w:type="dxa"/>
              <w:right w:w="60" w:type="dxa"/>
            </w:tcMar>
            <w:vAlign w:val="center"/>
          </w:tcPr>
          <w:p w14:paraId="62E0BC81"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62AC9A78"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2AEE63B" w14:textId="77777777" w:rsidR="009C1061" w:rsidRDefault="00441274">
            <w:pPr>
              <w:jc w:val="right"/>
            </w:pPr>
            <w:r>
              <w:t>180 руб.</w:t>
            </w:r>
          </w:p>
        </w:tc>
        <w:tc>
          <w:tcPr>
            <w:tcW w:w="1587" w:type="dxa"/>
            <w:tcMar>
              <w:top w:w="40" w:type="dxa"/>
              <w:left w:w="60" w:type="dxa"/>
              <w:bottom w:w="40" w:type="dxa"/>
              <w:right w:w="60" w:type="dxa"/>
            </w:tcMar>
            <w:vAlign w:val="center"/>
          </w:tcPr>
          <w:p w14:paraId="5AC329D8" w14:textId="77777777" w:rsidR="009C1061" w:rsidRDefault="00441274">
            <w:pPr>
              <w:jc w:val="right"/>
            </w:pPr>
            <w:r>
              <w:t>720 руб.</w:t>
            </w:r>
          </w:p>
        </w:tc>
      </w:tr>
      <w:tr w:rsidR="0009622B" w14:paraId="01C5E546" w14:textId="77777777" w:rsidTr="00DF6623">
        <w:trPr>
          <w:jc w:val="center"/>
        </w:trPr>
        <w:tc>
          <w:tcPr>
            <w:tcW w:w="453" w:type="dxa"/>
            <w:tcMar>
              <w:top w:w="40" w:type="dxa"/>
              <w:left w:w="60" w:type="dxa"/>
              <w:bottom w:w="40" w:type="dxa"/>
              <w:right w:w="60" w:type="dxa"/>
            </w:tcMar>
            <w:vAlign w:val="center"/>
          </w:tcPr>
          <w:p w14:paraId="1F679C1B" w14:textId="77777777" w:rsidR="0009622B" w:rsidRDefault="0009622B" w:rsidP="00DF6623">
            <w:pPr>
              <w:spacing w:after="0"/>
              <w:jc w:val="center"/>
            </w:pPr>
            <w:r>
              <w:t>356</w:t>
            </w:r>
          </w:p>
        </w:tc>
        <w:tc>
          <w:tcPr>
            <w:tcW w:w="7371" w:type="dxa"/>
            <w:tcMar>
              <w:top w:w="40" w:type="dxa"/>
              <w:left w:w="60" w:type="dxa"/>
              <w:bottom w:w="40" w:type="dxa"/>
              <w:right w:w="60" w:type="dxa"/>
            </w:tcMar>
            <w:vAlign w:val="center"/>
          </w:tcPr>
          <w:p w14:paraId="64DC8DF9"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синий</w:t>
            </w:r>
            <w:proofErr w:type="spellEnd"/>
            <w:r>
              <w:rPr>
                <w:rFonts w:cs="Times New Roman"/>
              </w:rPr>
              <w:t xml:space="preserve"> — </w:t>
            </w:r>
            <w:proofErr w:type="spellStart"/>
            <w:r>
              <w:rPr>
                <w:rFonts w:cs="Times New Roman"/>
              </w:rPr>
              <w:t>стандарт</w:t>
            </w:r>
            <w:proofErr w:type="spellEnd"/>
          </w:p>
        </w:tc>
        <w:tc>
          <w:tcPr>
            <w:tcW w:w="737" w:type="dxa"/>
            <w:tcMar>
              <w:top w:w="40" w:type="dxa"/>
              <w:left w:w="60" w:type="dxa"/>
              <w:bottom w:w="40" w:type="dxa"/>
              <w:right w:w="60" w:type="dxa"/>
            </w:tcMar>
            <w:vAlign w:val="center"/>
          </w:tcPr>
          <w:p w14:paraId="7C3F854F" w14:textId="77777777" w:rsidR="0009622B" w:rsidRDefault="0009622B" w:rsidP="00DF6623">
            <w:pPr>
              <w:spacing w:after="0"/>
              <w:jc w:val="center"/>
            </w:pPr>
            <w:r>
              <w:rPr>
                <w:rFonts w:cs="Times New Roman"/>
              </w:rPr>
              <w:t>10</w:t>
            </w:r>
          </w:p>
        </w:tc>
        <w:tc>
          <w:tcPr>
            <w:tcW w:w="680" w:type="dxa"/>
            <w:tcMar>
              <w:top w:w="40" w:type="dxa"/>
              <w:left w:w="60" w:type="dxa"/>
              <w:bottom w:w="40" w:type="dxa"/>
              <w:right w:w="60" w:type="dxa"/>
            </w:tcMar>
            <w:vAlign w:val="center"/>
          </w:tcPr>
          <w:p w14:paraId="2BEA3192"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527C69E8" w14:textId="77777777" w:rsidR="009C1061" w:rsidRDefault="00441274">
            <w:pPr>
              <w:jc w:val="right"/>
            </w:pPr>
            <w:r>
              <w:t>180 руб.</w:t>
            </w:r>
          </w:p>
        </w:tc>
        <w:tc>
          <w:tcPr>
            <w:tcW w:w="1587" w:type="dxa"/>
            <w:tcMar>
              <w:top w:w="40" w:type="dxa"/>
              <w:left w:w="60" w:type="dxa"/>
              <w:bottom w:w="40" w:type="dxa"/>
              <w:right w:w="60" w:type="dxa"/>
            </w:tcMar>
            <w:vAlign w:val="center"/>
          </w:tcPr>
          <w:p w14:paraId="09F7C825" w14:textId="77777777" w:rsidR="009C1061" w:rsidRDefault="00441274">
            <w:pPr>
              <w:jc w:val="right"/>
            </w:pPr>
            <w:r>
              <w:t>1 800 руб.</w:t>
            </w:r>
          </w:p>
        </w:tc>
      </w:tr>
      <w:tr w:rsidR="0009622B" w14:paraId="297AED9B" w14:textId="77777777" w:rsidTr="00DF6623">
        <w:trPr>
          <w:jc w:val="center"/>
        </w:trPr>
        <w:tc>
          <w:tcPr>
            <w:tcW w:w="453" w:type="dxa"/>
            <w:tcMar>
              <w:top w:w="40" w:type="dxa"/>
              <w:left w:w="60" w:type="dxa"/>
              <w:bottom w:w="40" w:type="dxa"/>
              <w:right w:w="60" w:type="dxa"/>
            </w:tcMar>
            <w:vAlign w:val="center"/>
          </w:tcPr>
          <w:p w14:paraId="1FF959E4" w14:textId="77777777" w:rsidR="0009622B" w:rsidRDefault="0009622B" w:rsidP="00DF6623">
            <w:pPr>
              <w:spacing w:after="0"/>
              <w:jc w:val="center"/>
            </w:pPr>
            <w:r>
              <w:t>357</w:t>
            </w:r>
          </w:p>
        </w:tc>
        <w:tc>
          <w:tcPr>
            <w:tcW w:w="7371" w:type="dxa"/>
            <w:tcMar>
              <w:top w:w="40" w:type="dxa"/>
              <w:left w:w="60" w:type="dxa"/>
              <w:bottom w:w="40" w:type="dxa"/>
              <w:right w:w="60" w:type="dxa"/>
            </w:tcMar>
            <w:vAlign w:val="center"/>
          </w:tcPr>
          <w:p w14:paraId="3BFA40CB" w14:textId="77777777" w:rsidR="0009622B" w:rsidRDefault="0009622B" w:rsidP="00DF6623">
            <w:pPr>
              <w:spacing w:after="0"/>
            </w:pPr>
            <w:proofErr w:type="spellStart"/>
            <w:r>
              <w:rPr>
                <w:rFonts w:cs="Times New Roman"/>
              </w:rPr>
              <w:t>Жилет</w:t>
            </w:r>
            <w:proofErr w:type="spellEnd"/>
            <w:r>
              <w:rPr>
                <w:rFonts w:cs="Times New Roman"/>
              </w:rPr>
              <w:t xml:space="preserve"> (</w:t>
            </w:r>
            <w:proofErr w:type="spellStart"/>
            <w:r>
              <w:rPr>
                <w:rFonts w:cs="Times New Roman"/>
              </w:rPr>
              <w:t>общий</w:t>
            </w:r>
            <w:proofErr w:type="spellEnd"/>
            <w:r>
              <w:rPr>
                <w:rFonts w:cs="Times New Roman"/>
              </w:rPr>
              <w:t>)</w:t>
            </w:r>
          </w:p>
        </w:tc>
        <w:tc>
          <w:tcPr>
            <w:tcW w:w="737" w:type="dxa"/>
            <w:tcMar>
              <w:top w:w="40" w:type="dxa"/>
              <w:left w:w="60" w:type="dxa"/>
              <w:bottom w:w="40" w:type="dxa"/>
              <w:right w:w="60" w:type="dxa"/>
            </w:tcMar>
            <w:vAlign w:val="center"/>
          </w:tcPr>
          <w:p w14:paraId="0A9488BC" w14:textId="77777777" w:rsidR="0009622B" w:rsidRDefault="0009622B" w:rsidP="00DF6623">
            <w:pPr>
              <w:spacing w:after="0"/>
              <w:jc w:val="center"/>
            </w:pPr>
            <w:r>
              <w:rPr>
                <w:rFonts w:cs="Times New Roman"/>
              </w:rPr>
              <w:t>9</w:t>
            </w:r>
          </w:p>
        </w:tc>
        <w:tc>
          <w:tcPr>
            <w:tcW w:w="680" w:type="dxa"/>
            <w:tcMar>
              <w:top w:w="40" w:type="dxa"/>
              <w:left w:w="60" w:type="dxa"/>
              <w:bottom w:w="40" w:type="dxa"/>
              <w:right w:w="60" w:type="dxa"/>
            </w:tcMar>
            <w:vAlign w:val="center"/>
          </w:tcPr>
          <w:p w14:paraId="7F4E57BB"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B888D0D" w14:textId="77777777" w:rsidR="009C1061" w:rsidRDefault="00441274">
            <w:pPr>
              <w:jc w:val="right"/>
            </w:pPr>
            <w:r>
              <w:t>180 руб.</w:t>
            </w:r>
          </w:p>
        </w:tc>
        <w:tc>
          <w:tcPr>
            <w:tcW w:w="1587" w:type="dxa"/>
            <w:tcMar>
              <w:top w:w="40" w:type="dxa"/>
              <w:left w:w="60" w:type="dxa"/>
              <w:bottom w:w="40" w:type="dxa"/>
              <w:right w:w="60" w:type="dxa"/>
            </w:tcMar>
            <w:vAlign w:val="center"/>
          </w:tcPr>
          <w:p w14:paraId="4098301F" w14:textId="77777777" w:rsidR="009C1061" w:rsidRDefault="00441274">
            <w:pPr>
              <w:jc w:val="right"/>
            </w:pPr>
            <w:r>
              <w:t>1 620 руб.</w:t>
            </w:r>
          </w:p>
        </w:tc>
      </w:tr>
      <w:tr w:rsidR="0009622B" w14:paraId="5F8F38CA" w14:textId="77777777" w:rsidTr="00DF6623">
        <w:trPr>
          <w:jc w:val="center"/>
        </w:trPr>
        <w:tc>
          <w:tcPr>
            <w:tcW w:w="7371" w:type="dxa"/>
            <w:gridSpan w:val="2"/>
            <w:shd w:val="clear" w:color="auto" w:fill="E2F0D9"/>
            <w:tcMar>
              <w:top w:w="40" w:type="dxa"/>
              <w:left w:w="60" w:type="dxa"/>
              <w:bottom w:w="40" w:type="dxa"/>
              <w:right w:w="60" w:type="dxa"/>
            </w:tcMar>
            <w:vAlign w:val="center"/>
          </w:tcPr>
          <w:p w14:paraId="6BFA0CB4" w14:textId="77777777" w:rsidR="0009622B" w:rsidRDefault="0009622B" w:rsidP="00DF6623">
            <w:pPr>
              <w:spacing w:after="0"/>
            </w:pPr>
            <w:r>
              <w:rPr>
                <w:b/>
              </w:rPr>
              <w:t>ИТОГО ПО ГРУППЕ 4</w:t>
            </w:r>
          </w:p>
        </w:tc>
        <w:tc>
          <w:tcPr>
            <w:tcW w:w="737" w:type="dxa"/>
            <w:shd w:val="clear" w:color="auto" w:fill="E2F0D9"/>
            <w:tcMar>
              <w:top w:w="40" w:type="dxa"/>
              <w:left w:w="60" w:type="dxa"/>
              <w:bottom w:w="40" w:type="dxa"/>
              <w:right w:w="60" w:type="dxa"/>
            </w:tcMar>
            <w:vAlign w:val="center"/>
          </w:tcPr>
          <w:p w14:paraId="72C63479" w14:textId="77777777" w:rsidR="0009622B" w:rsidRDefault="0009622B" w:rsidP="00DF6623">
            <w:pPr>
              <w:spacing w:after="0"/>
              <w:jc w:val="center"/>
            </w:pPr>
            <w:r>
              <w:rPr>
                <w:b/>
              </w:rPr>
              <w:t>2758</w:t>
            </w:r>
          </w:p>
        </w:tc>
        <w:tc>
          <w:tcPr>
            <w:tcW w:w="680" w:type="dxa"/>
            <w:shd w:val="clear" w:color="auto" w:fill="E2F0D9"/>
            <w:tcMar>
              <w:top w:w="40" w:type="dxa"/>
              <w:left w:w="60" w:type="dxa"/>
              <w:bottom w:w="40" w:type="dxa"/>
              <w:right w:w="60" w:type="dxa"/>
            </w:tcMar>
            <w:vAlign w:val="center"/>
          </w:tcPr>
          <w:p w14:paraId="38D7F321" w14:textId="77777777" w:rsidR="0009622B" w:rsidRDefault="0009622B" w:rsidP="00DF6623">
            <w:pPr>
              <w:spacing w:after="0"/>
              <w:jc w:val="center"/>
            </w:pPr>
            <w:proofErr w:type="spellStart"/>
            <w:r>
              <w:rPr>
                <w:b/>
              </w:rPr>
              <w:t>шт</w:t>
            </w:r>
            <w:proofErr w:type="spellEnd"/>
            <w:r>
              <w:rPr>
                <w:b/>
              </w:rPr>
              <w:t>.</w:t>
            </w:r>
          </w:p>
        </w:tc>
        <w:tc>
          <w:tcPr>
            <w:tcW w:w="1417" w:type="dxa"/>
            <w:shd w:val="clear" w:color="auto" w:fill="E2F0D9"/>
            <w:tcMar>
              <w:top w:w="40" w:type="dxa"/>
              <w:left w:w="60" w:type="dxa"/>
              <w:bottom w:w="40" w:type="dxa"/>
              <w:right w:w="60" w:type="dxa"/>
            </w:tcMar>
            <w:vAlign w:val="center"/>
          </w:tcPr>
          <w:p w14:paraId="4F97057D" w14:textId="77777777" w:rsidR="009C1061" w:rsidRDefault="00441274">
            <w:pPr>
              <w:jc w:val="center"/>
            </w:pPr>
            <w:r>
              <w:rPr>
                <w:b/>
              </w:rPr>
              <w:t>—</w:t>
            </w:r>
          </w:p>
        </w:tc>
        <w:tc>
          <w:tcPr>
            <w:tcW w:w="1587" w:type="dxa"/>
            <w:shd w:val="clear" w:color="auto" w:fill="E2F0D9"/>
            <w:tcMar>
              <w:top w:w="40" w:type="dxa"/>
              <w:left w:w="60" w:type="dxa"/>
              <w:bottom w:w="40" w:type="dxa"/>
              <w:right w:w="60" w:type="dxa"/>
            </w:tcMar>
            <w:vAlign w:val="center"/>
          </w:tcPr>
          <w:p w14:paraId="6FBA77B4" w14:textId="77777777" w:rsidR="009C1061" w:rsidRDefault="00441274">
            <w:pPr>
              <w:jc w:val="right"/>
            </w:pPr>
            <w:r>
              <w:rPr>
                <w:b/>
              </w:rPr>
              <w:t>629 640 руб.</w:t>
            </w:r>
          </w:p>
        </w:tc>
      </w:tr>
      <w:tr w:rsidR="0009622B" w14:paraId="6BEB19F7" w14:textId="77777777" w:rsidTr="00DF6623">
        <w:trPr>
          <w:jc w:val="center"/>
        </w:trPr>
        <w:tc>
          <w:tcPr>
            <w:tcW w:w="1587" w:type="dxa"/>
            <w:gridSpan w:val="6"/>
            <w:shd w:val="clear" w:color="auto" w:fill="EDEDED"/>
            <w:tcMar>
              <w:top w:w="40" w:type="dxa"/>
              <w:left w:w="60" w:type="dxa"/>
              <w:bottom w:w="40" w:type="dxa"/>
              <w:right w:w="60" w:type="dxa"/>
            </w:tcMar>
            <w:vAlign w:val="center"/>
          </w:tcPr>
          <w:p w14:paraId="148275BA" w14:textId="77777777" w:rsidR="0009622B" w:rsidRDefault="0009622B" w:rsidP="00DF6623">
            <w:pPr>
              <w:spacing w:after="0"/>
              <w:jc w:val="center"/>
            </w:pPr>
          </w:p>
        </w:tc>
      </w:tr>
      <w:tr w:rsidR="0009622B" w14:paraId="23AAE60A" w14:textId="77777777" w:rsidTr="00DF6623">
        <w:trPr>
          <w:jc w:val="center"/>
        </w:trPr>
        <w:tc>
          <w:tcPr>
            <w:tcW w:w="453" w:type="dxa"/>
            <w:tcMar>
              <w:top w:w="40" w:type="dxa"/>
              <w:left w:w="60" w:type="dxa"/>
              <w:bottom w:w="40" w:type="dxa"/>
              <w:right w:w="60" w:type="dxa"/>
            </w:tcMar>
            <w:vAlign w:val="center"/>
          </w:tcPr>
          <w:p w14:paraId="354FF7D1" w14:textId="77777777" w:rsidR="0009622B" w:rsidRDefault="0009622B" w:rsidP="00DF6623">
            <w:pPr>
              <w:spacing w:after="0"/>
              <w:jc w:val="center"/>
            </w:pPr>
            <w:r>
              <w:t>358</w:t>
            </w:r>
          </w:p>
        </w:tc>
        <w:tc>
          <w:tcPr>
            <w:tcW w:w="7371" w:type="dxa"/>
            <w:tcMar>
              <w:top w:w="40" w:type="dxa"/>
              <w:left w:w="60" w:type="dxa"/>
              <w:bottom w:w="40" w:type="dxa"/>
              <w:right w:w="60" w:type="dxa"/>
            </w:tcMar>
            <w:vAlign w:val="center"/>
          </w:tcPr>
          <w:p w14:paraId="57E2D3BB" w14:textId="77777777" w:rsidR="0009622B" w:rsidRDefault="0009622B" w:rsidP="00DF6623">
            <w:pPr>
              <w:spacing w:after="0"/>
            </w:pPr>
            <w:proofErr w:type="spellStart"/>
            <w:r>
              <w:rPr>
                <w:rFonts w:cs="Times New Roman"/>
              </w:rPr>
              <w:t>Сапоги</w:t>
            </w:r>
            <w:proofErr w:type="spellEnd"/>
            <w:r>
              <w:rPr>
                <w:rFonts w:cs="Times New Roman"/>
              </w:rPr>
              <w:t xml:space="preserve"> </w:t>
            </w:r>
            <w:proofErr w:type="spellStart"/>
            <w:r>
              <w:rPr>
                <w:rFonts w:cs="Times New Roman"/>
              </w:rPr>
              <w:t>резиновые</w:t>
            </w:r>
            <w:proofErr w:type="spellEnd"/>
          </w:p>
        </w:tc>
        <w:tc>
          <w:tcPr>
            <w:tcW w:w="737" w:type="dxa"/>
            <w:tcMar>
              <w:top w:w="40" w:type="dxa"/>
              <w:left w:w="60" w:type="dxa"/>
              <w:bottom w:w="40" w:type="dxa"/>
              <w:right w:w="60" w:type="dxa"/>
            </w:tcMar>
            <w:vAlign w:val="center"/>
          </w:tcPr>
          <w:p w14:paraId="33E19FBA" w14:textId="77777777" w:rsidR="0009622B" w:rsidRDefault="0009622B" w:rsidP="00DF6623">
            <w:pPr>
              <w:spacing w:after="0"/>
              <w:jc w:val="center"/>
            </w:pPr>
            <w:r>
              <w:rPr>
                <w:rFonts w:cs="Times New Roman"/>
              </w:rPr>
              <w:t>25</w:t>
            </w:r>
          </w:p>
        </w:tc>
        <w:tc>
          <w:tcPr>
            <w:tcW w:w="680" w:type="dxa"/>
            <w:tcMar>
              <w:top w:w="40" w:type="dxa"/>
              <w:left w:w="60" w:type="dxa"/>
              <w:bottom w:w="40" w:type="dxa"/>
              <w:right w:w="60" w:type="dxa"/>
            </w:tcMar>
            <w:vAlign w:val="center"/>
          </w:tcPr>
          <w:p w14:paraId="71B96089"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FB949EC" w14:textId="77777777" w:rsidR="009C1061" w:rsidRDefault="00441274">
            <w:pPr>
              <w:jc w:val="right"/>
            </w:pPr>
            <w:r>
              <w:t>300 руб.</w:t>
            </w:r>
          </w:p>
        </w:tc>
        <w:tc>
          <w:tcPr>
            <w:tcW w:w="1587" w:type="dxa"/>
            <w:tcMar>
              <w:top w:w="40" w:type="dxa"/>
              <w:left w:w="60" w:type="dxa"/>
              <w:bottom w:w="40" w:type="dxa"/>
              <w:right w:w="60" w:type="dxa"/>
            </w:tcMar>
            <w:vAlign w:val="center"/>
          </w:tcPr>
          <w:p w14:paraId="3255E124" w14:textId="77777777" w:rsidR="009C1061" w:rsidRDefault="00441274">
            <w:pPr>
              <w:jc w:val="right"/>
            </w:pPr>
            <w:r>
              <w:t>7 500 руб.</w:t>
            </w:r>
          </w:p>
        </w:tc>
      </w:tr>
      <w:tr w:rsidR="0009622B" w14:paraId="0DB18277" w14:textId="77777777" w:rsidTr="00DF6623">
        <w:trPr>
          <w:jc w:val="center"/>
        </w:trPr>
        <w:tc>
          <w:tcPr>
            <w:tcW w:w="453" w:type="dxa"/>
            <w:tcMar>
              <w:top w:w="40" w:type="dxa"/>
              <w:left w:w="60" w:type="dxa"/>
              <w:bottom w:w="40" w:type="dxa"/>
              <w:right w:w="60" w:type="dxa"/>
            </w:tcMar>
            <w:vAlign w:val="center"/>
          </w:tcPr>
          <w:p w14:paraId="6E47DDCE" w14:textId="77777777" w:rsidR="0009622B" w:rsidRDefault="0009622B" w:rsidP="00DF6623">
            <w:pPr>
              <w:spacing w:after="0"/>
              <w:jc w:val="center"/>
            </w:pPr>
            <w:r>
              <w:t>359</w:t>
            </w:r>
          </w:p>
        </w:tc>
        <w:tc>
          <w:tcPr>
            <w:tcW w:w="7371" w:type="dxa"/>
            <w:tcMar>
              <w:top w:w="40" w:type="dxa"/>
              <w:left w:w="60" w:type="dxa"/>
              <w:bottom w:w="40" w:type="dxa"/>
              <w:right w:w="60" w:type="dxa"/>
            </w:tcMar>
            <w:vAlign w:val="center"/>
          </w:tcPr>
          <w:p w14:paraId="56150F50" w14:textId="77777777" w:rsidR="0009622B" w:rsidRDefault="0009622B" w:rsidP="00DF6623">
            <w:pPr>
              <w:spacing w:after="0"/>
            </w:pPr>
            <w:proofErr w:type="spellStart"/>
            <w:r>
              <w:rPr>
                <w:rFonts w:cs="Times New Roman"/>
              </w:rPr>
              <w:t>Костюмы</w:t>
            </w:r>
            <w:proofErr w:type="spellEnd"/>
            <w:r>
              <w:rPr>
                <w:rFonts w:cs="Times New Roman"/>
              </w:rPr>
              <w:t xml:space="preserve"> </w:t>
            </w:r>
            <w:proofErr w:type="spellStart"/>
            <w:r>
              <w:rPr>
                <w:rFonts w:cs="Times New Roman"/>
              </w:rPr>
              <w:t>Бишкек</w:t>
            </w:r>
            <w:proofErr w:type="spellEnd"/>
          </w:p>
        </w:tc>
        <w:tc>
          <w:tcPr>
            <w:tcW w:w="737" w:type="dxa"/>
            <w:tcMar>
              <w:top w:w="40" w:type="dxa"/>
              <w:left w:w="60" w:type="dxa"/>
              <w:bottom w:w="40" w:type="dxa"/>
              <w:right w:w="60" w:type="dxa"/>
            </w:tcMar>
            <w:vAlign w:val="center"/>
          </w:tcPr>
          <w:p w14:paraId="00F94410" w14:textId="77777777" w:rsidR="0009622B" w:rsidRDefault="0009622B" w:rsidP="00DF6623">
            <w:pPr>
              <w:spacing w:after="0"/>
              <w:jc w:val="center"/>
            </w:pPr>
            <w:r>
              <w:rPr>
                <w:rFonts w:cs="Times New Roman"/>
              </w:rPr>
              <w:t>2</w:t>
            </w:r>
          </w:p>
        </w:tc>
        <w:tc>
          <w:tcPr>
            <w:tcW w:w="680" w:type="dxa"/>
            <w:tcMar>
              <w:top w:w="40" w:type="dxa"/>
              <w:left w:w="60" w:type="dxa"/>
              <w:bottom w:w="40" w:type="dxa"/>
              <w:right w:w="60" w:type="dxa"/>
            </w:tcMar>
            <w:vAlign w:val="center"/>
          </w:tcPr>
          <w:p w14:paraId="75B4BEAD"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203DAC7" w14:textId="77777777" w:rsidR="009C1061" w:rsidRDefault="00441274">
            <w:pPr>
              <w:jc w:val="right"/>
            </w:pPr>
            <w:r>
              <w:t>600 руб.</w:t>
            </w:r>
          </w:p>
        </w:tc>
        <w:tc>
          <w:tcPr>
            <w:tcW w:w="1587" w:type="dxa"/>
            <w:tcMar>
              <w:top w:w="40" w:type="dxa"/>
              <w:left w:w="60" w:type="dxa"/>
              <w:bottom w:w="40" w:type="dxa"/>
              <w:right w:w="60" w:type="dxa"/>
            </w:tcMar>
            <w:vAlign w:val="center"/>
          </w:tcPr>
          <w:p w14:paraId="58ECC0E9" w14:textId="77777777" w:rsidR="009C1061" w:rsidRDefault="00441274">
            <w:pPr>
              <w:jc w:val="right"/>
            </w:pPr>
            <w:r>
              <w:t>1 200 руб.</w:t>
            </w:r>
          </w:p>
        </w:tc>
      </w:tr>
      <w:tr w:rsidR="0009622B" w14:paraId="5A8C750B" w14:textId="77777777" w:rsidTr="00DF6623">
        <w:trPr>
          <w:jc w:val="center"/>
        </w:trPr>
        <w:tc>
          <w:tcPr>
            <w:tcW w:w="453" w:type="dxa"/>
            <w:tcMar>
              <w:top w:w="40" w:type="dxa"/>
              <w:left w:w="60" w:type="dxa"/>
              <w:bottom w:w="40" w:type="dxa"/>
              <w:right w:w="60" w:type="dxa"/>
            </w:tcMar>
            <w:vAlign w:val="center"/>
          </w:tcPr>
          <w:p w14:paraId="6DE6BE35" w14:textId="77777777" w:rsidR="0009622B" w:rsidRDefault="0009622B" w:rsidP="00DF6623">
            <w:pPr>
              <w:spacing w:after="0"/>
              <w:jc w:val="center"/>
            </w:pPr>
            <w:r>
              <w:t>360</w:t>
            </w:r>
          </w:p>
        </w:tc>
        <w:tc>
          <w:tcPr>
            <w:tcW w:w="7371" w:type="dxa"/>
            <w:tcMar>
              <w:top w:w="40" w:type="dxa"/>
              <w:left w:w="60" w:type="dxa"/>
              <w:bottom w:w="40" w:type="dxa"/>
              <w:right w:w="60" w:type="dxa"/>
            </w:tcMar>
            <w:vAlign w:val="center"/>
          </w:tcPr>
          <w:p w14:paraId="481BF32F" w14:textId="77777777" w:rsidR="0009622B" w:rsidRDefault="0009622B" w:rsidP="00DF6623">
            <w:pPr>
              <w:spacing w:after="0"/>
            </w:pPr>
            <w:r w:rsidRPr="00CA0274">
              <w:rPr>
                <w:rFonts w:cs="Times New Roman"/>
                <w:lang w:val="ru-RU"/>
              </w:rPr>
              <w:t xml:space="preserve">Юбка для девочек — арт. 208, </w:t>
            </w:r>
            <w:proofErr w:type="spellStart"/>
            <w:r w:rsidRPr="00CA0274">
              <w:rPr>
                <w:rFonts w:cs="Times New Roman"/>
                <w:lang w:val="ru-RU"/>
              </w:rPr>
              <w:t>разм</w:t>
            </w:r>
            <w:proofErr w:type="spellEnd"/>
            <w:r w:rsidRPr="00CA0274">
              <w:rPr>
                <w:rFonts w:cs="Times New Roman"/>
                <w:lang w:val="ru-RU"/>
              </w:rPr>
              <w:t xml:space="preserve">. </w:t>
            </w:r>
            <w:r>
              <w:rPr>
                <w:rFonts w:cs="Times New Roman"/>
              </w:rPr>
              <w:t>48</w:t>
            </w:r>
          </w:p>
        </w:tc>
        <w:tc>
          <w:tcPr>
            <w:tcW w:w="737" w:type="dxa"/>
            <w:tcMar>
              <w:top w:w="40" w:type="dxa"/>
              <w:left w:w="60" w:type="dxa"/>
              <w:bottom w:w="40" w:type="dxa"/>
              <w:right w:w="60" w:type="dxa"/>
            </w:tcMar>
            <w:vAlign w:val="center"/>
          </w:tcPr>
          <w:p w14:paraId="734D3CB2"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751E64B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2A0A7143" w14:textId="77777777" w:rsidR="009C1061" w:rsidRDefault="00441274">
            <w:pPr>
              <w:jc w:val="right"/>
            </w:pPr>
            <w:r>
              <w:t>250 руб.</w:t>
            </w:r>
          </w:p>
        </w:tc>
        <w:tc>
          <w:tcPr>
            <w:tcW w:w="1587" w:type="dxa"/>
            <w:tcMar>
              <w:top w:w="40" w:type="dxa"/>
              <w:left w:w="60" w:type="dxa"/>
              <w:bottom w:w="40" w:type="dxa"/>
              <w:right w:w="60" w:type="dxa"/>
            </w:tcMar>
            <w:vAlign w:val="center"/>
          </w:tcPr>
          <w:p w14:paraId="6DA7D467" w14:textId="77777777" w:rsidR="009C1061" w:rsidRDefault="00441274">
            <w:pPr>
              <w:jc w:val="right"/>
            </w:pPr>
            <w:r>
              <w:t>1 000 руб.</w:t>
            </w:r>
          </w:p>
        </w:tc>
      </w:tr>
      <w:tr w:rsidR="0009622B" w14:paraId="6DF7104B" w14:textId="77777777" w:rsidTr="00DF6623">
        <w:trPr>
          <w:jc w:val="center"/>
        </w:trPr>
        <w:tc>
          <w:tcPr>
            <w:tcW w:w="453" w:type="dxa"/>
            <w:tcMar>
              <w:top w:w="40" w:type="dxa"/>
              <w:left w:w="60" w:type="dxa"/>
              <w:bottom w:w="40" w:type="dxa"/>
              <w:right w:w="60" w:type="dxa"/>
            </w:tcMar>
            <w:vAlign w:val="center"/>
          </w:tcPr>
          <w:p w14:paraId="59730A20" w14:textId="77777777" w:rsidR="0009622B" w:rsidRDefault="0009622B" w:rsidP="00DF6623">
            <w:pPr>
              <w:spacing w:after="0"/>
              <w:jc w:val="center"/>
            </w:pPr>
            <w:r>
              <w:t>361</w:t>
            </w:r>
          </w:p>
        </w:tc>
        <w:tc>
          <w:tcPr>
            <w:tcW w:w="7371" w:type="dxa"/>
            <w:tcMar>
              <w:top w:w="40" w:type="dxa"/>
              <w:left w:w="60" w:type="dxa"/>
              <w:bottom w:w="40" w:type="dxa"/>
              <w:right w:w="60" w:type="dxa"/>
            </w:tcMar>
            <w:vAlign w:val="center"/>
          </w:tcPr>
          <w:p w14:paraId="2D585361" w14:textId="77777777" w:rsidR="0009622B" w:rsidRDefault="0009622B" w:rsidP="00DF6623">
            <w:pPr>
              <w:spacing w:after="0"/>
            </w:pPr>
            <w:proofErr w:type="spellStart"/>
            <w:r>
              <w:rPr>
                <w:rFonts w:cs="Times New Roman"/>
              </w:rPr>
              <w:t>Джинсы</w:t>
            </w:r>
            <w:proofErr w:type="spellEnd"/>
          </w:p>
        </w:tc>
        <w:tc>
          <w:tcPr>
            <w:tcW w:w="737" w:type="dxa"/>
            <w:tcMar>
              <w:top w:w="40" w:type="dxa"/>
              <w:left w:w="60" w:type="dxa"/>
              <w:bottom w:w="40" w:type="dxa"/>
              <w:right w:w="60" w:type="dxa"/>
            </w:tcMar>
            <w:vAlign w:val="center"/>
          </w:tcPr>
          <w:p w14:paraId="30837D57" w14:textId="77777777" w:rsidR="0009622B" w:rsidRDefault="0009622B" w:rsidP="00DF6623">
            <w:pPr>
              <w:spacing w:after="0"/>
              <w:jc w:val="center"/>
            </w:pPr>
            <w:r>
              <w:rPr>
                <w:rFonts w:cs="Times New Roman"/>
              </w:rPr>
              <w:t>8</w:t>
            </w:r>
          </w:p>
        </w:tc>
        <w:tc>
          <w:tcPr>
            <w:tcW w:w="680" w:type="dxa"/>
            <w:tcMar>
              <w:top w:w="40" w:type="dxa"/>
              <w:left w:w="60" w:type="dxa"/>
              <w:bottom w:w="40" w:type="dxa"/>
              <w:right w:w="60" w:type="dxa"/>
            </w:tcMar>
            <w:vAlign w:val="center"/>
          </w:tcPr>
          <w:p w14:paraId="3F6C48EC"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3836692A" w14:textId="77777777" w:rsidR="009C1061" w:rsidRDefault="00441274">
            <w:pPr>
              <w:jc w:val="right"/>
            </w:pPr>
            <w:r>
              <w:t>300 руб.</w:t>
            </w:r>
          </w:p>
        </w:tc>
        <w:tc>
          <w:tcPr>
            <w:tcW w:w="1587" w:type="dxa"/>
            <w:tcMar>
              <w:top w:w="40" w:type="dxa"/>
              <w:left w:w="60" w:type="dxa"/>
              <w:bottom w:w="40" w:type="dxa"/>
              <w:right w:w="60" w:type="dxa"/>
            </w:tcMar>
            <w:vAlign w:val="center"/>
          </w:tcPr>
          <w:p w14:paraId="1A6D4B86" w14:textId="77777777" w:rsidR="009C1061" w:rsidRDefault="00441274">
            <w:pPr>
              <w:jc w:val="right"/>
            </w:pPr>
            <w:r>
              <w:t>2 400 руб.</w:t>
            </w:r>
          </w:p>
        </w:tc>
      </w:tr>
      <w:tr w:rsidR="0009622B" w14:paraId="5BE1844E" w14:textId="77777777" w:rsidTr="00DF6623">
        <w:trPr>
          <w:jc w:val="center"/>
        </w:trPr>
        <w:tc>
          <w:tcPr>
            <w:tcW w:w="453" w:type="dxa"/>
            <w:tcMar>
              <w:top w:w="40" w:type="dxa"/>
              <w:left w:w="60" w:type="dxa"/>
              <w:bottom w:w="40" w:type="dxa"/>
              <w:right w:w="60" w:type="dxa"/>
            </w:tcMar>
            <w:vAlign w:val="center"/>
          </w:tcPr>
          <w:p w14:paraId="3A390B6D" w14:textId="77777777" w:rsidR="0009622B" w:rsidRDefault="0009622B" w:rsidP="00DF6623">
            <w:pPr>
              <w:spacing w:after="0"/>
              <w:jc w:val="center"/>
            </w:pPr>
            <w:r>
              <w:t>362</w:t>
            </w:r>
          </w:p>
        </w:tc>
        <w:tc>
          <w:tcPr>
            <w:tcW w:w="7371" w:type="dxa"/>
            <w:tcMar>
              <w:top w:w="40" w:type="dxa"/>
              <w:left w:w="60" w:type="dxa"/>
              <w:bottom w:w="40" w:type="dxa"/>
              <w:right w:w="60" w:type="dxa"/>
            </w:tcMar>
            <w:vAlign w:val="center"/>
          </w:tcPr>
          <w:p w14:paraId="397829F1" w14:textId="77777777" w:rsidR="0009622B" w:rsidRDefault="0009622B" w:rsidP="00DF6623">
            <w:pPr>
              <w:spacing w:after="0"/>
            </w:pPr>
            <w:proofErr w:type="spellStart"/>
            <w:r>
              <w:rPr>
                <w:rFonts w:cs="Times New Roman"/>
              </w:rPr>
              <w:t>Джинсы</w:t>
            </w:r>
            <w:proofErr w:type="spellEnd"/>
            <w:r>
              <w:rPr>
                <w:rFonts w:cs="Times New Roman"/>
              </w:rPr>
              <w:t xml:space="preserve"> </w:t>
            </w:r>
            <w:proofErr w:type="spellStart"/>
            <w:r>
              <w:rPr>
                <w:rFonts w:cs="Times New Roman"/>
              </w:rPr>
              <w:t>на</w:t>
            </w:r>
            <w:proofErr w:type="spellEnd"/>
            <w:r>
              <w:rPr>
                <w:rFonts w:cs="Times New Roman"/>
              </w:rPr>
              <w:t xml:space="preserve"> </w:t>
            </w:r>
            <w:proofErr w:type="spellStart"/>
            <w:r>
              <w:rPr>
                <w:rFonts w:cs="Times New Roman"/>
              </w:rPr>
              <w:t>флисе</w:t>
            </w:r>
            <w:proofErr w:type="spellEnd"/>
          </w:p>
        </w:tc>
        <w:tc>
          <w:tcPr>
            <w:tcW w:w="737" w:type="dxa"/>
            <w:tcMar>
              <w:top w:w="40" w:type="dxa"/>
              <w:left w:w="60" w:type="dxa"/>
              <w:bottom w:w="40" w:type="dxa"/>
              <w:right w:w="60" w:type="dxa"/>
            </w:tcMar>
            <w:vAlign w:val="center"/>
          </w:tcPr>
          <w:p w14:paraId="51EDD81E" w14:textId="77777777" w:rsidR="0009622B" w:rsidRDefault="0009622B" w:rsidP="00DF6623">
            <w:pPr>
              <w:spacing w:after="0"/>
              <w:jc w:val="center"/>
            </w:pPr>
            <w:r>
              <w:rPr>
                <w:rFonts w:cs="Times New Roman"/>
              </w:rPr>
              <w:t>7</w:t>
            </w:r>
          </w:p>
        </w:tc>
        <w:tc>
          <w:tcPr>
            <w:tcW w:w="680" w:type="dxa"/>
            <w:tcMar>
              <w:top w:w="40" w:type="dxa"/>
              <w:left w:w="60" w:type="dxa"/>
              <w:bottom w:w="40" w:type="dxa"/>
              <w:right w:w="60" w:type="dxa"/>
            </w:tcMar>
            <w:vAlign w:val="center"/>
          </w:tcPr>
          <w:p w14:paraId="2C88E160"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1A3AD7A0" w14:textId="77777777" w:rsidR="009C1061" w:rsidRDefault="00441274">
            <w:pPr>
              <w:jc w:val="right"/>
            </w:pPr>
            <w:r>
              <w:t>400 руб.</w:t>
            </w:r>
          </w:p>
        </w:tc>
        <w:tc>
          <w:tcPr>
            <w:tcW w:w="1587" w:type="dxa"/>
            <w:tcMar>
              <w:top w:w="40" w:type="dxa"/>
              <w:left w:w="60" w:type="dxa"/>
              <w:bottom w:w="40" w:type="dxa"/>
              <w:right w:w="60" w:type="dxa"/>
            </w:tcMar>
            <w:vAlign w:val="center"/>
          </w:tcPr>
          <w:p w14:paraId="5E6ECDFE" w14:textId="77777777" w:rsidR="009C1061" w:rsidRDefault="00441274">
            <w:pPr>
              <w:jc w:val="right"/>
            </w:pPr>
            <w:r>
              <w:t>2 800 руб.</w:t>
            </w:r>
          </w:p>
        </w:tc>
      </w:tr>
      <w:tr w:rsidR="0009622B" w14:paraId="65333272" w14:textId="77777777" w:rsidTr="00DF6623">
        <w:trPr>
          <w:jc w:val="center"/>
        </w:trPr>
        <w:tc>
          <w:tcPr>
            <w:tcW w:w="453" w:type="dxa"/>
            <w:tcMar>
              <w:top w:w="40" w:type="dxa"/>
              <w:left w:w="60" w:type="dxa"/>
              <w:bottom w:w="40" w:type="dxa"/>
              <w:right w:w="60" w:type="dxa"/>
            </w:tcMar>
            <w:vAlign w:val="center"/>
          </w:tcPr>
          <w:p w14:paraId="759D87EA" w14:textId="77777777" w:rsidR="0009622B" w:rsidRDefault="0009622B" w:rsidP="00DF6623">
            <w:pPr>
              <w:spacing w:after="0"/>
              <w:jc w:val="center"/>
            </w:pPr>
            <w:r>
              <w:t>363</w:t>
            </w:r>
          </w:p>
        </w:tc>
        <w:tc>
          <w:tcPr>
            <w:tcW w:w="7371" w:type="dxa"/>
            <w:tcMar>
              <w:top w:w="40" w:type="dxa"/>
              <w:left w:w="60" w:type="dxa"/>
              <w:bottom w:w="40" w:type="dxa"/>
              <w:right w:w="60" w:type="dxa"/>
            </w:tcMar>
            <w:vAlign w:val="center"/>
          </w:tcPr>
          <w:p w14:paraId="37740535" w14:textId="77777777" w:rsidR="0009622B" w:rsidRDefault="0009622B" w:rsidP="00DF6623">
            <w:pPr>
              <w:spacing w:after="0"/>
            </w:pPr>
            <w:proofErr w:type="spellStart"/>
            <w:r>
              <w:rPr>
                <w:rFonts w:cs="Times New Roman"/>
              </w:rPr>
              <w:t>Джинсы</w:t>
            </w:r>
            <w:proofErr w:type="spellEnd"/>
          </w:p>
        </w:tc>
        <w:tc>
          <w:tcPr>
            <w:tcW w:w="737" w:type="dxa"/>
            <w:tcMar>
              <w:top w:w="40" w:type="dxa"/>
              <w:left w:w="60" w:type="dxa"/>
              <w:bottom w:w="40" w:type="dxa"/>
              <w:right w:w="60" w:type="dxa"/>
            </w:tcMar>
            <w:vAlign w:val="center"/>
          </w:tcPr>
          <w:p w14:paraId="78F89CFD" w14:textId="77777777" w:rsidR="0009622B" w:rsidRDefault="0009622B" w:rsidP="00DF6623">
            <w:pPr>
              <w:spacing w:after="0"/>
              <w:jc w:val="center"/>
            </w:pPr>
            <w:r>
              <w:rPr>
                <w:rFonts w:cs="Times New Roman"/>
              </w:rPr>
              <w:t>7</w:t>
            </w:r>
          </w:p>
        </w:tc>
        <w:tc>
          <w:tcPr>
            <w:tcW w:w="680" w:type="dxa"/>
            <w:tcMar>
              <w:top w:w="40" w:type="dxa"/>
              <w:left w:w="60" w:type="dxa"/>
              <w:bottom w:w="40" w:type="dxa"/>
              <w:right w:w="60" w:type="dxa"/>
            </w:tcMar>
            <w:vAlign w:val="center"/>
          </w:tcPr>
          <w:p w14:paraId="74AB94D6"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579CA8D" w14:textId="77777777" w:rsidR="009C1061" w:rsidRDefault="00441274">
            <w:pPr>
              <w:jc w:val="right"/>
            </w:pPr>
            <w:r>
              <w:t>300 руб.</w:t>
            </w:r>
          </w:p>
        </w:tc>
        <w:tc>
          <w:tcPr>
            <w:tcW w:w="1587" w:type="dxa"/>
            <w:tcMar>
              <w:top w:w="40" w:type="dxa"/>
              <w:left w:w="60" w:type="dxa"/>
              <w:bottom w:w="40" w:type="dxa"/>
              <w:right w:w="60" w:type="dxa"/>
            </w:tcMar>
            <w:vAlign w:val="center"/>
          </w:tcPr>
          <w:p w14:paraId="5C5C8A51" w14:textId="77777777" w:rsidR="009C1061" w:rsidRDefault="00441274">
            <w:pPr>
              <w:jc w:val="right"/>
            </w:pPr>
            <w:r>
              <w:t>2 100 руб.</w:t>
            </w:r>
          </w:p>
        </w:tc>
      </w:tr>
      <w:tr w:rsidR="0009622B" w14:paraId="10D44652" w14:textId="77777777" w:rsidTr="00DF6623">
        <w:trPr>
          <w:jc w:val="center"/>
        </w:trPr>
        <w:tc>
          <w:tcPr>
            <w:tcW w:w="453" w:type="dxa"/>
            <w:tcMar>
              <w:top w:w="40" w:type="dxa"/>
              <w:left w:w="60" w:type="dxa"/>
              <w:bottom w:w="40" w:type="dxa"/>
              <w:right w:w="60" w:type="dxa"/>
            </w:tcMar>
            <w:vAlign w:val="center"/>
          </w:tcPr>
          <w:p w14:paraId="78232444" w14:textId="77777777" w:rsidR="0009622B" w:rsidRDefault="0009622B" w:rsidP="00DF6623">
            <w:pPr>
              <w:spacing w:after="0"/>
              <w:jc w:val="center"/>
            </w:pPr>
            <w:r>
              <w:t>364</w:t>
            </w:r>
          </w:p>
        </w:tc>
        <w:tc>
          <w:tcPr>
            <w:tcW w:w="7371" w:type="dxa"/>
            <w:tcMar>
              <w:top w:w="40" w:type="dxa"/>
              <w:left w:w="60" w:type="dxa"/>
              <w:bottom w:w="40" w:type="dxa"/>
              <w:right w:w="60" w:type="dxa"/>
            </w:tcMar>
            <w:vAlign w:val="center"/>
          </w:tcPr>
          <w:p w14:paraId="77333145" w14:textId="77777777" w:rsidR="0009622B" w:rsidRDefault="0009622B" w:rsidP="00DF6623">
            <w:pPr>
              <w:spacing w:after="0"/>
            </w:pPr>
            <w:proofErr w:type="spellStart"/>
            <w:r>
              <w:rPr>
                <w:rFonts w:cs="Times New Roman"/>
              </w:rPr>
              <w:t>Джинсовые</w:t>
            </w:r>
            <w:proofErr w:type="spellEnd"/>
            <w:r>
              <w:rPr>
                <w:rFonts w:cs="Times New Roman"/>
              </w:rPr>
              <w:t xml:space="preserve"> </w:t>
            </w:r>
            <w:proofErr w:type="spellStart"/>
            <w:r>
              <w:rPr>
                <w:rFonts w:cs="Times New Roman"/>
              </w:rPr>
              <w:t>рубашки</w:t>
            </w:r>
            <w:proofErr w:type="spellEnd"/>
          </w:p>
        </w:tc>
        <w:tc>
          <w:tcPr>
            <w:tcW w:w="737" w:type="dxa"/>
            <w:tcMar>
              <w:top w:w="40" w:type="dxa"/>
              <w:left w:w="60" w:type="dxa"/>
              <w:bottom w:w="40" w:type="dxa"/>
              <w:right w:w="60" w:type="dxa"/>
            </w:tcMar>
            <w:vAlign w:val="center"/>
          </w:tcPr>
          <w:p w14:paraId="01F62BEA" w14:textId="77777777" w:rsidR="0009622B" w:rsidRDefault="0009622B" w:rsidP="00DF6623">
            <w:pPr>
              <w:spacing w:after="0"/>
              <w:jc w:val="center"/>
            </w:pPr>
            <w:r>
              <w:rPr>
                <w:rFonts w:cs="Times New Roman"/>
              </w:rPr>
              <w:t>12</w:t>
            </w:r>
          </w:p>
        </w:tc>
        <w:tc>
          <w:tcPr>
            <w:tcW w:w="680" w:type="dxa"/>
            <w:tcMar>
              <w:top w:w="40" w:type="dxa"/>
              <w:left w:w="60" w:type="dxa"/>
              <w:bottom w:w="40" w:type="dxa"/>
              <w:right w:w="60" w:type="dxa"/>
            </w:tcMar>
            <w:vAlign w:val="center"/>
          </w:tcPr>
          <w:p w14:paraId="5BFF6F9F"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16A08C4" w14:textId="77777777" w:rsidR="009C1061" w:rsidRDefault="00441274">
            <w:pPr>
              <w:jc w:val="right"/>
            </w:pPr>
            <w:r>
              <w:t>300 руб.</w:t>
            </w:r>
          </w:p>
        </w:tc>
        <w:tc>
          <w:tcPr>
            <w:tcW w:w="1587" w:type="dxa"/>
            <w:tcMar>
              <w:top w:w="40" w:type="dxa"/>
              <w:left w:w="60" w:type="dxa"/>
              <w:bottom w:w="40" w:type="dxa"/>
              <w:right w:w="60" w:type="dxa"/>
            </w:tcMar>
            <w:vAlign w:val="center"/>
          </w:tcPr>
          <w:p w14:paraId="0BDF4E87" w14:textId="77777777" w:rsidR="009C1061" w:rsidRDefault="00441274">
            <w:pPr>
              <w:jc w:val="right"/>
            </w:pPr>
            <w:r>
              <w:t>3 600 руб.</w:t>
            </w:r>
          </w:p>
        </w:tc>
      </w:tr>
      <w:tr w:rsidR="0009622B" w14:paraId="55770D8B" w14:textId="77777777" w:rsidTr="00DF6623">
        <w:trPr>
          <w:jc w:val="center"/>
        </w:trPr>
        <w:tc>
          <w:tcPr>
            <w:tcW w:w="453" w:type="dxa"/>
            <w:tcMar>
              <w:top w:w="40" w:type="dxa"/>
              <w:left w:w="60" w:type="dxa"/>
              <w:bottom w:w="40" w:type="dxa"/>
              <w:right w:w="60" w:type="dxa"/>
            </w:tcMar>
            <w:vAlign w:val="center"/>
          </w:tcPr>
          <w:p w14:paraId="3A9A70E3" w14:textId="77777777" w:rsidR="0009622B" w:rsidRDefault="0009622B" w:rsidP="00DF6623">
            <w:pPr>
              <w:spacing w:after="0"/>
              <w:jc w:val="center"/>
            </w:pPr>
            <w:r>
              <w:t>365</w:t>
            </w:r>
          </w:p>
        </w:tc>
        <w:tc>
          <w:tcPr>
            <w:tcW w:w="7371" w:type="dxa"/>
            <w:tcMar>
              <w:top w:w="40" w:type="dxa"/>
              <w:left w:w="60" w:type="dxa"/>
              <w:bottom w:w="40" w:type="dxa"/>
              <w:right w:w="60" w:type="dxa"/>
            </w:tcMar>
            <w:vAlign w:val="center"/>
          </w:tcPr>
          <w:p w14:paraId="51E977AD" w14:textId="77777777" w:rsidR="0009622B" w:rsidRDefault="0009622B" w:rsidP="00DF6623">
            <w:pPr>
              <w:spacing w:after="0"/>
            </w:pPr>
            <w:proofErr w:type="spellStart"/>
            <w:r>
              <w:rPr>
                <w:rFonts w:cs="Times New Roman"/>
              </w:rPr>
              <w:t>Костюм</w:t>
            </w:r>
            <w:proofErr w:type="spellEnd"/>
            <w:r>
              <w:rPr>
                <w:rFonts w:cs="Times New Roman"/>
              </w:rPr>
              <w:t xml:space="preserve"> (</w:t>
            </w:r>
            <w:proofErr w:type="spellStart"/>
            <w:r>
              <w:rPr>
                <w:rFonts w:cs="Times New Roman"/>
              </w:rPr>
              <w:t>жакет</w:t>
            </w:r>
            <w:proofErr w:type="spellEnd"/>
            <w:r>
              <w:rPr>
                <w:rFonts w:cs="Times New Roman"/>
              </w:rPr>
              <w:t xml:space="preserve"> + </w:t>
            </w:r>
            <w:proofErr w:type="spellStart"/>
            <w:r>
              <w:rPr>
                <w:rFonts w:cs="Times New Roman"/>
              </w:rPr>
              <w:t>брюки</w:t>
            </w:r>
            <w:proofErr w:type="spellEnd"/>
            <w:r>
              <w:rPr>
                <w:rFonts w:cs="Times New Roman"/>
              </w:rPr>
              <w:t xml:space="preserve">) — </w:t>
            </w:r>
            <w:proofErr w:type="spellStart"/>
            <w:r>
              <w:rPr>
                <w:rFonts w:cs="Times New Roman"/>
              </w:rPr>
              <w:t>унисекс</w:t>
            </w:r>
            <w:proofErr w:type="spellEnd"/>
          </w:p>
        </w:tc>
        <w:tc>
          <w:tcPr>
            <w:tcW w:w="737" w:type="dxa"/>
            <w:tcMar>
              <w:top w:w="40" w:type="dxa"/>
              <w:left w:w="60" w:type="dxa"/>
              <w:bottom w:w="40" w:type="dxa"/>
              <w:right w:w="60" w:type="dxa"/>
            </w:tcMar>
            <w:vAlign w:val="center"/>
          </w:tcPr>
          <w:p w14:paraId="04A0FF11" w14:textId="77777777" w:rsidR="0009622B" w:rsidRDefault="0009622B" w:rsidP="00DF6623">
            <w:pPr>
              <w:spacing w:after="0"/>
              <w:jc w:val="center"/>
            </w:pPr>
            <w:r>
              <w:rPr>
                <w:rFonts w:cs="Times New Roman"/>
              </w:rPr>
              <w:t>4</w:t>
            </w:r>
          </w:p>
        </w:tc>
        <w:tc>
          <w:tcPr>
            <w:tcW w:w="680" w:type="dxa"/>
            <w:tcMar>
              <w:top w:w="40" w:type="dxa"/>
              <w:left w:w="60" w:type="dxa"/>
              <w:bottom w:w="40" w:type="dxa"/>
              <w:right w:w="60" w:type="dxa"/>
            </w:tcMar>
            <w:vAlign w:val="center"/>
          </w:tcPr>
          <w:p w14:paraId="2F65F323"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52D55E3" w14:textId="77777777" w:rsidR="009C1061" w:rsidRDefault="00441274">
            <w:pPr>
              <w:jc w:val="right"/>
            </w:pPr>
            <w:r>
              <w:t>600 руб.</w:t>
            </w:r>
          </w:p>
        </w:tc>
        <w:tc>
          <w:tcPr>
            <w:tcW w:w="1587" w:type="dxa"/>
            <w:tcMar>
              <w:top w:w="40" w:type="dxa"/>
              <w:left w:w="60" w:type="dxa"/>
              <w:bottom w:w="40" w:type="dxa"/>
              <w:right w:w="60" w:type="dxa"/>
            </w:tcMar>
            <w:vAlign w:val="center"/>
          </w:tcPr>
          <w:p w14:paraId="6744CCF0" w14:textId="77777777" w:rsidR="009C1061" w:rsidRDefault="00441274">
            <w:pPr>
              <w:jc w:val="right"/>
            </w:pPr>
            <w:r>
              <w:t>2 400 руб.</w:t>
            </w:r>
          </w:p>
        </w:tc>
      </w:tr>
      <w:tr w:rsidR="0009622B" w14:paraId="72E9F0AE" w14:textId="77777777" w:rsidTr="00DF6623">
        <w:trPr>
          <w:jc w:val="center"/>
        </w:trPr>
        <w:tc>
          <w:tcPr>
            <w:tcW w:w="453" w:type="dxa"/>
            <w:tcMar>
              <w:top w:w="40" w:type="dxa"/>
              <w:left w:w="60" w:type="dxa"/>
              <w:bottom w:w="40" w:type="dxa"/>
              <w:right w:w="60" w:type="dxa"/>
            </w:tcMar>
            <w:vAlign w:val="center"/>
          </w:tcPr>
          <w:p w14:paraId="534F7F16" w14:textId="77777777" w:rsidR="0009622B" w:rsidRDefault="0009622B" w:rsidP="00DF6623">
            <w:pPr>
              <w:spacing w:after="0"/>
              <w:jc w:val="center"/>
            </w:pPr>
            <w:r>
              <w:lastRenderedPageBreak/>
              <w:t>366</w:t>
            </w:r>
          </w:p>
        </w:tc>
        <w:tc>
          <w:tcPr>
            <w:tcW w:w="7371" w:type="dxa"/>
            <w:tcMar>
              <w:top w:w="40" w:type="dxa"/>
              <w:left w:w="60" w:type="dxa"/>
              <w:bottom w:w="40" w:type="dxa"/>
              <w:right w:w="60" w:type="dxa"/>
            </w:tcMar>
            <w:vAlign w:val="center"/>
          </w:tcPr>
          <w:p w14:paraId="2BCB56EB" w14:textId="77777777" w:rsidR="0009622B" w:rsidRDefault="0009622B" w:rsidP="00DF6623">
            <w:pPr>
              <w:spacing w:after="0"/>
            </w:pPr>
            <w:proofErr w:type="spellStart"/>
            <w:r>
              <w:rPr>
                <w:rFonts w:cs="Times New Roman"/>
              </w:rPr>
              <w:t>Жилет</w:t>
            </w:r>
            <w:proofErr w:type="spellEnd"/>
            <w:r>
              <w:rPr>
                <w:rFonts w:cs="Times New Roman"/>
              </w:rPr>
              <w:t xml:space="preserve"> — </w:t>
            </w:r>
            <w:proofErr w:type="spellStart"/>
            <w:r>
              <w:rPr>
                <w:rFonts w:cs="Times New Roman"/>
              </w:rPr>
              <w:t>разный</w:t>
            </w:r>
            <w:proofErr w:type="spellEnd"/>
          </w:p>
        </w:tc>
        <w:tc>
          <w:tcPr>
            <w:tcW w:w="737" w:type="dxa"/>
            <w:tcMar>
              <w:top w:w="40" w:type="dxa"/>
              <w:left w:w="60" w:type="dxa"/>
              <w:bottom w:w="40" w:type="dxa"/>
              <w:right w:w="60" w:type="dxa"/>
            </w:tcMar>
            <w:vAlign w:val="center"/>
          </w:tcPr>
          <w:p w14:paraId="32D24CBD"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48D6C08E"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71A5F5E1" w14:textId="77777777" w:rsidR="009C1061" w:rsidRDefault="00441274">
            <w:pPr>
              <w:jc w:val="right"/>
            </w:pPr>
            <w:r>
              <w:t>200 руб.</w:t>
            </w:r>
          </w:p>
        </w:tc>
        <w:tc>
          <w:tcPr>
            <w:tcW w:w="1587" w:type="dxa"/>
            <w:tcMar>
              <w:top w:w="40" w:type="dxa"/>
              <w:left w:w="60" w:type="dxa"/>
              <w:bottom w:w="40" w:type="dxa"/>
              <w:right w:w="60" w:type="dxa"/>
            </w:tcMar>
            <w:vAlign w:val="center"/>
          </w:tcPr>
          <w:p w14:paraId="06D6A0F8" w14:textId="77777777" w:rsidR="009C1061" w:rsidRDefault="00441274">
            <w:pPr>
              <w:jc w:val="right"/>
            </w:pPr>
            <w:r>
              <w:t>200 руб.</w:t>
            </w:r>
          </w:p>
        </w:tc>
      </w:tr>
      <w:tr w:rsidR="0009622B" w14:paraId="4D18D7B8" w14:textId="77777777" w:rsidTr="00DF6623">
        <w:trPr>
          <w:jc w:val="center"/>
        </w:trPr>
        <w:tc>
          <w:tcPr>
            <w:tcW w:w="453" w:type="dxa"/>
            <w:tcMar>
              <w:top w:w="40" w:type="dxa"/>
              <w:left w:w="60" w:type="dxa"/>
              <w:bottom w:w="40" w:type="dxa"/>
              <w:right w:w="60" w:type="dxa"/>
            </w:tcMar>
            <w:vAlign w:val="center"/>
          </w:tcPr>
          <w:p w14:paraId="13C331F5" w14:textId="77777777" w:rsidR="0009622B" w:rsidRDefault="0009622B" w:rsidP="00DF6623">
            <w:pPr>
              <w:spacing w:after="0"/>
              <w:jc w:val="center"/>
            </w:pPr>
            <w:r>
              <w:t>367</w:t>
            </w:r>
          </w:p>
        </w:tc>
        <w:tc>
          <w:tcPr>
            <w:tcW w:w="7371" w:type="dxa"/>
            <w:tcMar>
              <w:top w:w="40" w:type="dxa"/>
              <w:left w:w="60" w:type="dxa"/>
              <w:bottom w:w="40" w:type="dxa"/>
              <w:right w:w="60" w:type="dxa"/>
            </w:tcMar>
            <w:vAlign w:val="center"/>
          </w:tcPr>
          <w:p w14:paraId="42604976" w14:textId="77777777" w:rsidR="0009622B" w:rsidRDefault="0009622B" w:rsidP="00DF6623">
            <w:pPr>
              <w:spacing w:after="0"/>
            </w:pPr>
            <w:proofErr w:type="spellStart"/>
            <w:r>
              <w:rPr>
                <w:rFonts w:cs="Times New Roman"/>
              </w:rPr>
              <w:t>Брюки</w:t>
            </w:r>
            <w:proofErr w:type="spellEnd"/>
            <w:r>
              <w:rPr>
                <w:rFonts w:cs="Times New Roman"/>
              </w:rPr>
              <w:t xml:space="preserve"> </w:t>
            </w:r>
            <w:proofErr w:type="spellStart"/>
            <w:r>
              <w:rPr>
                <w:rFonts w:cs="Times New Roman"/>
              </w:rPr>
              <w:t>чёрные</w:t>
            </w:r>
            <w:proofErr w:type="spellEnd"/>
            <w:r>
              <w:rPr>
                <w:rFonts w:cs="Times New Roman"/>
              </w:rPr>
              <w:t xml:space="preserve"> — р. 36</w:t>
            </w:r>
          </w:p>
        </w:tc>
        <w:tc>
          <w:tcPr>
            <w:tcW w:w="737" w:type="dxa"/>
            <w:tcMar>
              <w:top w:w="40" w:type="dxa"/>
              <w:left w:w="60" w:type="dxa"/>
              <w:bottom w:w="40" w:type="dxa"/>
              <w:right w:w="60" w:type="dxa"/>
            </w:tcMar>
            <w:vAlign w:val="center"/>
          </w:tcPr>
          <w:p w14:paraId="02EF1C52" w14:textId="77777777" w:rsidR="0009622B" w:rsidRDefault="0009622B" w:rsidP="00DF6623">
            <w:pPr>
              <w:spacing w:after="0"/>
              <w:jc w:val="center"/>
            </w:pPr>
            <w:r>
              <w:rPr>
                <w:rFonts w:cs="Times New Roman"/>
              </w:rPr>
              <w:t>1</w:t>
            </w:r>
          </w:p>
        </w:tc>
        <w:tc>
          <w:tcPr>
            <w:tcW w:w="680" w:type="dxa"/>
            <w:tcMar>
              <w:top w:w="40" w:type="dxa"/>
              <w:left w:w="60" w:type="dxa"/>
              <w:bottom w:w="40" w:type="dxa"/>
              <w:right w:w="60" w:type="dxa"/>
            </w:tcMar>
            <w:vAlign w:val="center"/>
          </w:tcPr>
          <w:p w14:paraId="2A1E3135" w14:textId="77777777" w:rsidR="0009622B" w:rsidRDefault="0009622B" w:rsidP="00DF6623">
            <w:pPr>
              <w:spacing w:after="0"/>
              <w:jc w:val="center"/>
            </w:pPr>
            <w:proofErr w:type="spellStart"/>
            <w:r>
              <w:rPr>
                <w:rFonts w:cs="Times New Roman"/>
              </w:rPr>
              <w:t>шт</w:t>
            </w:r>
            <w:proofErr w:type="spellEnd"/>
            <w:r>
              <w:rPr>
                <w:rFonts w:cs="Times New Roman"/>
              </w:rPr>
              <w:t>.</w:t>
            </w:r>
          </w:p>
        </w:tc>
        <w:tc>
          <w:tcPr>
            <w:tcW w:w="1417" w:type="dxa"/>
            <w:tcMar>
              <w:top w:w="40" w:type="dxa"/>
              <w:left w:w="60" w:type="dxa"/>
              <w:bottom w:w="40" w:type="dxa"/>
              <w:right w:w="60" w:type="dxa"/>
            </w:tcMar>
            <w:vAlign w:val="center"/>
          </w:tcPr>
          <w:p w14:paraId="635299AB" w14:textId="77777777" w:rsidR="009C1061" w:rsidRDefault="00441274">
            <w:pPr>
              <w:jc w:val="right"/>
            </w:pPr>
            <w:r>
              <w:t>300 руб.</w:t>
            </w:r>
          </w:p>
        </w:tc>
        <w:tc>
          <w:tcPr>
            <w:tcW w:w="1587" w:type="dxa"/>
            <w:tcMar>
              <w:top w:w="40" w:type="dxa"/>
              <w:left w:w="60" w:type="dxa"/>
              <w:bottom w:w="40" w:type="dxa"/>
              <w:right w:w="60" w:type="dxa"/>
            </w:tcMar>
            <w:vAlign w:val="center"/>
          </w:tcPr>
          <w:p w14:paraId="72DE16AD" w14:textId="77777777" w:rsidR="009C1061" w:rsidRDefault="00441274">
            <w:pPr>
              <w:jc w:val="right"/>
            </w:pPr>
            <w:r>
              <w:t>300 руб.</w:t>
            </w:r>
          </w:p>
        </w:tc>
      </w:tr>
      <w:tr w:rsidR="0009622B" w14:paraId="297A2793" w14:textId="77777777" w:rsidTr="00DF6623">
        <w:trPr>
          <w:jc w:val="center"/>
        </w:trPr>
        <w:tc>
          <w:tcPr>
            <w:tcW w:w="7371" w:type="dxa"/>
            <w:gridSpan w:val="2"/>
            <w:shd w:val="clear" w:color="auto" w:fill="E2F0D9"/>
            <w:tcMar>
              <w:top w:w="40" w:type="dxa"/>
              <w:left w:w="60" w:type="dxa"/>
              <w:bottom w:w="40" w:type="dxa"/>
              <w:right w:w="60" w:type="dxa"/>
            </w:tcMar>
            <w:vAlign w:val="center"/>
          </w:tcPr>
          <w:p w14:paraId="4D1884D6" w14:textId="77777777" w:rsidR="0009622B" w:rsidRDefault="0009622B" w:rsidP="00DF6623">
            <w:pPr>
              <w:spacing w:after="0"/>
            </w:pPr>
            <w:r>
              <w:rPr>
                <w:b/>
              </w:rPr>
              <w:t>ИТОГО ПО ГРУППЕ 5</w:t>
            </w:r>
          </w:p>
        </w:tc>
        <w:tc>
          <w:tcPr>
            <w:tcW w:w="737" w:type="dxa"/>
            <w:shd w:val="clear" w:color="auto" w:fill="E2F0D9"/>
            <w:tcMar>
              <w:top w:w="40" w:type="dxa"/>
              <w:left w:w="60" w:type="dxa"/>
              <w:bottom w:w="40" w:type="dxa"/>
              <w:right w:w="60" w:type="dxa"/>
            </w:tcMar>
            <w:vAlign w:val="center"/>
          </w:tcPr>
          <w:p w14:paraId="40ACDB29" w14:textId="77777777" w:rsidR="0009622B" w:rsidRDefault="0009622B" w:rsidP="00DF6623">
            <w:pPr>
              <w:spacing w:after="0"/>
              <w:jc w:val="center"/>
            </w:pPr>
            <w:r>
              <w:rPr>
                <w:b/>
              </w:rPr>
              <w:t>71</w:t>
            </w:r>
          </w:p>
        </w:tc>
        <w:tc>
          <w:tcPr>
            <w:tcW w:w="680" w:type="dxa"/>
            <w:shd w:val="clear" w:color="auto" w:fill="E2F0D9"/>
            <w:tcMar>
              <w:top w:w="40" w:type="dxa"/>
              <w:left w:w="60" w:type="dxa"/>
              <w:bottom w:w="40" w:type="dxa"/>
              <w:right w:w="60" w:type="dxa"/>
            </w:tcMar>
            <w:vAlign w:val="center"/>
          </w:tcPr>
          <w:p w14:paraId="4260906E" w14:textId="77777777" w:rsidR="0009622B" w:rsidRDefault="0009622B" w:rsidP="00DF6623">
            <w:pPr>
              <w:spacing w:after="0"/>
              <w:jc w:val="center"/>
            </w:pPr>
            <w:proofErr w:type="spellStart"/>
            <w:r>
              <w:rPr>
                <w:b/>
              </w:rPr>
              <w:t>шт</w:t>
            </w:r>
            <w:proofErr w:type="spellEnd"/>
            <w:r>
              <w:rPr>
                <w:b/>
              </w:rPr>
              <w:t>.</w:t>
            </w:r>
          </w:p>
        </w:tc>
        <w:tc>
          <w:tcPr>
            <w:tcW w:w="1417" w:type="dxa"/>
            <w:shd w:val="clear" w:color="auto" w:fill="E2F0D9"/>
            <w:tcMar>
              <w:top w:w="40" w:type="dxa"/>
              <w:left w:w="60" w:type="dxa"/>
              <w:bottom w:w="40" w:type="dxa"/>
              <w:right w:w="60" w:type="dxa"/>
            </w:tcMar>
            <w:vAlign w:val="center"/>
          </w:tcPr>
          <w:p w14:paraId="0D91B251" w14:textId="77777777" w:rsidR="009C1061" w:rsidRDefault="00441274">
            <w:pPr>
              <w:jc w:val="center"/>
            </w:pPr>
            <w:r>
              <w:rPr>
                <w:b/>
              </w:rPr>
              <w:t>—</w:t>
            </w:r>
          </w:p>
        </w:tc>
        <w:tc>
          <w:tcPr>
            <w:tcW w:w="1587" w:type="dxa"/>
            <w:shd w:val="clear" w:color="auto" w:fill="E2F0D9"/>
            <w:tcMar>
              <w:top w:w="40" w:type="dxa"/>
              <w:left w:w="60" w:type="dxa"/>
              <w:bottom w:w="40" w:type="dxa"/>
              <w:right w:w="60" w:type="dxa"/>
            </w:tcMar>
            <w:vAlign w:val="center"/>
          </w:tcPr>
          <w:p w14:paraId="2972858C" w14:textId="77777777" w:rsidR="009C1061" w:rsidRDefault="00441274">
            <w:pPr>
              <w:jc w:val="right"/>
            </w:pPr>
            <w:r>
              <w:rPr>
                <w:b/>
              </w:rPr>
              <w:t>23 500 руб.</w:t>
            </w:r>
          </w:p>
        </w:tc>
      </w:tr>
      <w:tr w:rsidR="0009622B" w14:paraId="24AE547B" w14:textId="77777777" w:rsidTr="00DF6623">
        <w:trPr>
          <w:jc w:val="center"/>
        </w:trPr>
        <w:tc>
          <w:tcPr>
            <w:tcW w:w="7371" w:type="dxa"/>
            <w:gridSpan w:val="2"/>
            <w:shd w:val="clear" w:color="auto" w:fill="C6E0B4"/>
            <w:tcMar>
              <w:top w:w="40" w:type="dxa"/>
              <w:left w:w="60" w:type="dxa"/>
              <w:bottom w:w="40" w:type="dxa"/>
              <w:right w:w="60" w:type="dxa"/>
            </w:tcMar>
            <w:vAlign w:val="center"/>
          </w:tcPr>
          <w:p w14:paraId="4E4CF277" w14:textId="77777777" w:rsidR="0009622B" w:rsidRPr="00CA0274" w:rsidRDefault="0009622B" w:rsidP="00DF6623">
            <w:pPr>
              <w:spacing w:after="0"/>
              <w:rPr>
                <w:lang w:val="ru-RU"/>
              </w:rPr>
            </w:pPr>
            <w:r w:rsidRPr="00096B3D">
              <w:rPr>
                <w:b/>
                <w:lang w:val="ru-RU"/>
              </w:rPr>
              <w:t>ОБЩИЙ ИТОГ ПО ВСЕМ ГРУППАМ</w:t>
            </w:r>
          </w:p>
        </w:tc>
        <w:tc>
          <w:tcPr>
            <w:tcW w:w="737" w:type="dxa"/>
            <w:shd w:val="clear" w:color="auto" w:fill="C6E0B4"/>
            <w:tcMar>
              <w:top w:w="40" w:type="dxa"/>
              <w:left w:w="60" w:type="dxa"/>
              <w:bottom w:w="40" w:type="dxa"/>
              <w:right w:w="60" w:type="dxa"/>
            </w:tcMar>
            <w:vAlign w:val="center"/>
          </w:tcPr>
          <w:p w14:paraId="78FEA4AE" w14:textId="77777777" w:rsidR="0009622B" w:rsidRPr="00CD2C3A" w:rsidRDefault="0009622B" w:rsidP="00DF6623">
            <w:pPr>
              <w:spacing w:after="0"/>
              <w:jc w:val="center"/>
              <w:rPr>
                <w:lang w:val="ru-RU"/>
              </w:rPr>
            </w:pPr>
            <w:r>
              <w:rPr>
                <w:b/>
              </w:rPr>
              <w:t>4883</w:t>
            </w:r>
          </w:p>
        </w:tc>
        <w:tc>
          <w:tcPr>
            <w:tcW w:w="680" w:type="dxa"/>
            <w:shd w:val="clear" w:color="auto" w:fill="C6E0B4"/>
            <w:tcMar>
              <w:top w:w="40" w:type="dxa"/>
              <w:left w:w="60" w:type="dxa"/>
              <w:bottom w:w="40" w:type="dxa"/>
              <w:right w:w="60" w:type="dxa"/>
            </w:tcMar>
            <w:vAlign w:val="center"/>
          </w:tcPr>
          <w:p w14:paraId="5C00A52A" w14:textId="77777777" w:rsidR="0009622B" w:rsidRDefault="0009622B" w:rsidP="00DF6623">
            <w:pPr>
              <w:spacing w:after="0"/>
              <w:jc w:val="center"/>
            </w:pPr>
            <w:proofErr w:type="spellStart"/>
            <w:r>
              <w:rPr>
                <w:b/>
              </w:rPr>
              <w:t>шт</w:t>
            </w:r>
            <w:proofErr w:type="spellEnd"/>
            <w:r>
              <w:rPr>
                <w:b/>
              </w:rPr>
              <w:t>.</w:t>
            </w:r>
          </w:p>
        </w:tc>
        <w:tc>
          <w:tcPr>
            <w:tcW w:w="1417" w:type="dxa"/>
            <w:shd w:val="clear" w:color="auto" w:fill="C6E0B4"/>
            <w:tcMar>
              <w:top w:w="40" w:type="dxa"/>
              <w:left w:w="60" w:type="dxa"/>
              <w:bottom w:w="40" w:type="dxa"/>
              <w:right w:w="60" w:type="dxa"/>
            </w:tcMar>
            <w:vAlign w:val="center"/>
          </w:tcPr>
          <w:p w14:paraId="1FCD2323" w14:textId="77777777" w:rsidR="009C1061" w:rsidRDefault="00441274">
            <w:pPr>
              <w:jc w:val="center"/>
            </w:pPr>
            <w:r>
              <w:rPr>
                <w:b/>
              </w:rPr>
              <w:t>—</w:t>
            </w:r>
          </w:p>
        </w:tc>
        <w:tc>
          <w:tcPr>
            <w:tcW w:w="1587" w:type="dxa"/>
            <w:shd w:val="clear" w:color="auto" w:fill="C6E0B4"/>
            <w:tcMar>
              <w:top w:w="40" w:type="dxa"/>
              <w:left w:w="60" w:type="dxa"/>
              <w:bottom w:w="40" w:type="dxa"/>
              <w:right w:w="60" w:type="dxa"/>
            </w:tcMar>
            <w:vAlign w:val="center"/>
          </w:tcPr>
          <w:p w14:paraId="1BC9B841" w14:textId="77777777" w:rsidR="009C1061" w:rsidRDefault="00441274">
            <w:pPr>
              <w:jc w:val="right"/>
            </w:pPr>
            <w:r>
              <w:rPr>
                <w:b/>
              </w:rPr>
              <w:t>1 943 370 руб.</w:t>
            </w:r>
          </w:p>
        </w:tc>
      </w:tr>
    </w:tbl>
    <w:p w14:paraId="4EEBB55F" w14:textId="77777777" w:rsidR="0009622B" w:rsidRDefault="0009622B" w:rsidP="0009622B">
      <w:pPr>
        <w:rPr>
          <w:lang w:val="ru-RU"/>
        </w:rPr>
      </w:pPr>
    </w:p>
    <w:p w14:paraId="4399CA50" w14:textId="77777777" w:rsidR="0009622B" w:rsidRDefault="0009622B" w:rsidP="0009622B">
      <w:pPr>
        <w:rPr>
          <w:lang w:val="ru-RU"/>
        </w:rPr>
      </w:pPr>
    </w:p>
    <w:p w14:paraId="7DF33FDE" w14:textId="77777777" w:rsidR="0009622B" w:rsidRDefault="0009622B" w:rsidP="0009622B">
      <w:pPr>
        <w:spacing w:before="120" w:after="100" w:line="240" w:lineRule="auto"/>
      </w:pPr>
      <w:r>
        <w:rPr>
          <w:b/>
        </w:rPr>
        <w:t xml:space="preserve">1. </w:t>
      </w:r>
      <w:proofErr w:type="spellStart"/>
      <w:r>
        <w:rPr>
          <w:b/>
        </w:rPr>
        <w:t>Перечень</w:t>
      </w:r>
      <w:proofErr w:type="spellEnd"/>
      <w:r>
        <w:rPr>
          <w:b/>
        </w:rPr>
        <w:t xml:space="preserve"> </w:t>
      </w:r>
      <w:proofErr w:type="spellStart"/>
      <w:r>
        <w:rPr>
          <w:b/>
        </w:rPr>
        <w:t>передаваемого</w:t>
      </w:r>
      <w:proofErr w:type="spellEnd"/>
      <w:r>
        <w:rPr>
          <w:b/>
        </w:rPr>
        <w:t xml:space="preserve"> </w:t>
      </w:r>
      <w:proofErr w:type="spellStart"/>
      <w:r>
        <w:rPr>
          <w:b/>
        </w:rPr>
        <w:t>имущества</w:t>
      </w:r>
      <w:proofErr w:type="spellEnd"/>
    </w:p>
    <w:tbl>
      <w:tblPr>
        <w:tblStyle w:val="aff0"/>
        <w:tblW w:w="115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5"/>
        <w:gridCol w:w="1795"/>
        <w:gridCol w:w="2739"/>
        <w:gridCol w:w="605"/>
        <w:gridCol w:w="646"/>
        <w:gridCol w:w="1959"/>
        <w:gridCol w:w="1179"/>
        <w:gridCol w:w="968"/>
        <w:gridCol w:w="1091"/>
      </w:tblGrid>
      <w:tr w:rsidR="0009622B" w14:paraId="5DEB38C4" w14:textId="77777777" w:rsidTr="00DF6623">
        <w:trPr>
          <w:tblHeader/>
          <w:jc w:val="center"/>
        </w:trPr>
        <w:tc>
          <w:tcPr>
            <w:tcW w:w="680" w:type="dxa"/>
            <w:shd w:val="clear" w:color="auto" w:fill="D9EAF7"/>
            <w:tcMar>
              <w:top w:w="100" w:type="dxa"/>
              <w:left w:w="120" w:type="dxa"/>
              <w:bottom w:w="100" w:type="dxa"/>
              <w:right w:w="120" w:type="dxa"/>
            </w:tcMar>
            <w:vAlign w:val="center"/>
          </w:tcPr>
          <w:p w14:paraId="77E61B8F" w14:textId="77777777" w:rsidR="0086322D" w:rsidRDefault="00441274">
            <w:pPr>
              <w:spacing w:after="0"/>
              <w:jc w:val="center"/>
            </w:pPr>
            <w:r>
              <w:rPr>
                <w:b/>
              </w:rPr>
              <w:t>№</w:t>
            </w:r>
          </w:p>
        </w:tc>
        <w:tc>
          <w:tcPr>
            <w:tcW w:w="2268" w:type="dxa"/>
            <w:shd w:val="clear" w:color="auto" w:fill="D9EAF7"/>
            <w:tcMar>
              <w:top w:w="100" w:type="dxa"/>
              <w:left w:w="120" w:type="dxa"/>
              <w:bottom w:w="100" w:type="dxa"/>
              <w:right w:w="120" w:type="dxa"/>
            </w:tcMar>
            <w:vAlign w:val="center"/>
          </w:tcPr>
          <w:p w14:paraId="51BC3D27" w14:textId="77777777" w:rsidR="0086322D" w:rsidRDefault="00441274">
            <w:pPr>
              <w:spacing w:after="0"/>
              <w:jc w:val="center"/>
            </w:pPr>
            <w:proofErr w:type="spellStart"/>
            <w:r>
              <w:rPr>
                <w:b/>
              </w:rPr>
              <w:t>Наименование</w:t>
            </w:r>
            <w:proofErr w:type="spellEnd"/>
            <w:r>
              <w:rPr>
                <w:b/>
              </w:rPr>
              <w:t xml:space="preserve"> </w:t>
            </w:r>
            <w:proofErr w:type="spellStart"/>
            <w:r>
              <w:rPr>
                <w:b/>
              </w:rPr>
              <w:t>имущества</w:t>
            </w:r>
            <w:proofErr w:type="spellEnd"/>
          </w:p>
        </w:tc>
        <w:tc>
          <w:tcPr>
            <w:tcW w:w="3685" w:type="dxa"/>
            <w:shd w:val="clear" w:color="auto" w:fill="D9EAF7"/>
            <w:tcMar>
              <w:top w:w="100" w:type="dxa"/>
              <w:left w:w="120" w:type="dxa"/>
              <w:bottom w:w="100" w:type="dxa"/>
              <w:right w:w="120" w:type="dxa"/>
            </w:tcMar>
            <w:vAlign w:val="center"/>
          </w:tcPr>
          <w:p w14:paraId="3D82D2EA" w14:textId="77777777" w:rsidR="0086322D" w:rsidRDefault="00441274">
            <w:pPr>
              <w:spacing w:after="0"/>
              <w:jc w:val="center"/>
            </w:pPr>
            <w:proofErr w:type="spellStart"/>
            <w:r>
              <w:rPr>
                <w:b/>
              </w:rPr>
              <w:t>Характеристика</w:t>
            </w:r>
            <w:proofErr w:type="spellEnd"/>
            <w:r>
              <w:rPr>
                <w:b/>
              </w:rPr>
              <w:t xml:space="preserve"> / </w:t>
            </w:r>
            <w:proofErr w:type="spellStart"/>
            <w:r>
              <w:rPr>
                <w:b/>
              </w:rPr>
              <w:t>описание</w:t>
            </w:r>
            <w:proofErr w:type="spellEnd"/>
          </w:p>
        </w:tc>
        <w:tc>
          <w:tcPr>
            <w:tcW w:w="567" w:type="dxa"/>
            <w:shd w:val="clear" w:color="auto" w:fill="D9EAF7"/>
            <w:tcMar>
              <w:top w:w="100" w:type="dxa"/>
              <w:left w:w="120" w:type="dxa"/>
              <w:bottom w:w="100" w:type="dxa"/>
              <w:right w:w="120" w:type="dxa"/>
            </w:tcMar>
            <w:vAlign w:val="center"/>
          </w:tcPr>
          <w:p w14:paraId="5EE23B5D" w14:textId="77777777" w:rsidR="0086322D" w:rsidRDefault="00441274">
            <w:pPr>
              <w:spacing w:after="0"/>
              <w:jc w:val="center"/>
            </w:pPr>
            <w:proofErr w:type="spellStart"/>
            <w:r>
              <w:rPr>
                <w:b/>
              </w:rPr>
              <w:t>Кол-во</w:t>
            </w:r>
            <w:proofErr w:type="spellEnd"/>
          </w:p>
        </w:tc>
        <w:tc>
          <w:tcPr>
            <w:tcW w:w="567" w:type="dxa"/>
            <w:shd w:val="clear" w:color="auto" w:fill="D9EAF7"/>
            <w:tcMar>
              <w:top w:w="100" w:type="dxa"/>
              <w:left w:w="120" w:type="dxa"/>
              <w:bottom w:w="100" w:type="dxa"/>
              <w:right w:w="120" w:type="dxa"/>
            </w:tcMar>
            <w:vAlign w:val="center"/>
          </w:tcPr>
          <w:p w14:paraId="280C4F41" w14:textId="77777777" w:rsidR="0086322D" w:rsidRDefault="00441274">
            <w:pPr>
              <w:spacing w:after="0"/>
              <w:jc w:val="center"/>
            </w:pPr>
            <w:proofErr w:type="spellStart"/>
            <w:r>
              <w:rPr>
                <w:b/>
              </w:rPr>
              <w:t>Ед</w:t>
            </w:r>
            <w:proofErr w:type="spellEnd"/>
            <w:r>
              <w:rPr>
                <w:b/>
              </w:rPr>
              <w:t xml:space="preserve">. </w:t>
            </w:r>
            <w:proofErr w:type="spellStart"/>
            <w:r>
              <w:rPr>
                <w:b/>
              </w:rPr>
              <w:t>изм</w:t>
            </w:r>
            <w:proofErr w:type="spellEnd"/>
            <w:r>
              <w:rPr>
                <w:b/>
              </w:rPr>
              <w:t>.</w:t>
            </w:r>
          </w:p>
        </w:tc>
        <w:tc>
          <w:tcPr>
            <w:tcW w:w="2154" w:type="dxa"/>
            <w:shd w:val="clear" w:color="auto" w:fill="D9EAF7"/>
            <w:tcMar>
              <w:top w:w="100" w:type="dxa"/>
              <w:left w:w="120" w:type="dxa"/>
              <w:bottom w:w="100" w:type="dxa"/>
              <w:right w:w="120" w:type="dxa"/>
            </w:tcMar>
            <w:vAlign w:val="center"/>
          </w:tcPr>
          <w:p w14:paraId="7B493CBD" w14:textId="77777777" w:rsidR="0086322D" w:rsidRDefault="00441274">
            <w:pPr>
              <w:spacing w:after="0"/>
              <w:jc w:val="center"/>
            </w:pPr>
            <w:proofErr w:type="spellStart"/>
            <w:r>
              <w:rPr>
                <w:b/>
              </w:rPr>
              <w:t>Состояние</w:t>
            </w:r>
            <w:proofErr w:type="spellEnd"/>
          </w:p>
        </w:tc>
        <w:tc>
          <w:tcPr>
            <w:tcW w:w="1530" w:type="dxa"/>
            <w:shd w:val="clear" w:color="auto" w:fill="D9EAF7"/>
            <w:tcMar>
              <w:top w:w="100" w:type="dxa"/>
              <w:left w:w="120" w:type="dxa"/>
              <w:bottom w:w="100" w:type="dxa"/>
              <w:right w:w="120" w:type="dxa"/>
            </w:tcMar>
            <w:vAlign w:val="center"/>
          </w:tcPr>
          <w:p w14:paraId="43AC0D7B" w14:textId="77777777" w:rsidR="0086322D" w:rsidRDefault="00441274">
            <w:pPr>
              <w:spacing w:after="0"/>
              <w:jc w:val="center"/>
            </w:pPr>
            <w:proofErr w:type="spellStart"/>
            <w:r>
              <w:rPr>
                <w:b/>
              </w:rPr>
              <w:t>Примечание</w:t>
            </w:r>
            <w:proofErr w:type="spellEnd"/>
          </w:p>
        </w:tc>
        <w:tc>
          <w:tcPr>
            <w:tcW w:w="1134" w:type="dxa"/>
            <w:shd w:val="clear" w:color="auto" w:fill="D9EAF7"/>
            <w:vAlign w:val="center"/>
          </w:tcPr>
          <w:p w14:paraId="3A8DF409" w14:textId="77777777" w:rsidR="0086322D" w:rsidRDefault="00441274">
            <w:pPr>
              <w:spacing w:after="0"/>
              <w:jc w:val="center"/>
            </w:pPr>
            <w:proofErr w:type="spellStart"/>
            <w:r>
              <w:rPr>
                <w:b/>
              </w:rPr>
              <w:t>Цена</w:t>
            </w:r>
            <w:proofErr w:type="spellEnd"/>
          </w:p>
        </w:tc>
        <w:tc>
          <w:tcPr>
            <w:tcW w:w="1247" w:type="dxa"/>
            <w:shd w:val="clear" w:color="auto" w:fill="D9EAF7"/>
            <w:vAlign w:val="center"/>
          </w:tcPr>
          <w:p w14:paraId="72D7DAA1" w14:textId="77777777" w:rsidR="0086322D" w:rsidRDefault="00441274">
            <w:pPr>
              <w:spacing w:after="0"/>
              <w:jc w:val="center"/>
            </w:pPr>
            <w:proofErr w:type="spellStart"/>
            <w:r>
              <w:rPr>
                <w:b/>
              </w:rPr>
              <w:t>Сумма</w:t>
            </w:r>
            <w:proofErr w:type="spellEnd"/>
          </w:p>
        </w:tc>
      </w:tr>
      <w:tr w:rsidR="0009622B" w14:paraId="54475C40" w14:textId="77777777" w:rsidTr="00DF6623">
        <w:trPr>
          <w:jc w:val="center"/>
        </w:trPr>
        <w:tc>
          <w:tcPr>
            <w:tcW w:w="680" w:type="dxa"/>
            <w:tcMar>
              <w:top w:w="100" w:type="dxa"/>
              <w:left w:w="120" w:type="dxa"/>
              <w:bottom w:w="100" w:type="dxa"/>
              <w:right w:w="120" w:type="dxa"/>
            </w:tcMar>
            <w:vAlign w:val="center"/>
          </w:tcPr>
          <w:p w14:paraId="23ED8ECC" w14:textId="77777777" w:rsidR="0009622B" w:rsidRDefault="0009622B" w:rsidP="00DF6623">
            <w:pPr>
              <w:spacing w:after="0" w:line="252" w:lineRule="auto"/>
              <w:jc w:val="center"/>
            </w:pPr>
            <w:r>
              <w:t>1</w:t>
            </w:r>
          </w:p>
        </w:tc>
        <w:tc>
          <w:tcPr>
            <w:tcW w:w="2268" w:type="dxa"/>
            <w:tcMar>
              <w:top w:w="100" w:type="dxa"/>
              <w:left w:w="120" w:type="dxa"/>
              <w:bottom w:w="100" w:type="dxa"/>
              <w:right w:w="120" w:type="dxa"/>
            </w:tcMar>
            <w:vAlign w:val="center"/>
          </w:tcPr>
          <w:p w14:paraId="6B8BE88C" w14:textId="77777777" w:rsidR="0009622B" w:rsidRDefault="0009622B" w:rsidP="00DF6623">
            <w:pPr>
              <w:spacing w:after="0" w:line="252" w:lineRule="auto"/>
            </w:pPr>
            <w:proofErr w:type="spellStart"/>
            <w:r>
              <w:t>Манекены-торсы</w:t>
            </w:r>
            <w:proofErr w:type="spellEnd"/>
            <w:r>
              <w:t xml:space="preserve"> </w:t>
            </w:r>
            <w:proofErr w:type="spellStart"/>
            <w:r>
              <w:t>пластиковые</w:t>
            </w:r>
            <w:proofErr w:type="spellEnd"/>
          </w:p>
        </w:tc>
        <w:tc>
          <w:tcPr>
            <w:tcW w:w="3685" w:type="dxa"/>
            <w:tcMar>
              <w:top w:w="100" w:type="dxa"/>
              <w:left w:w="120" w:type="dxa"/>
              <w:bottom w:w="100" w:type="dxa"/>
              <w:right w:w="120" w:type="dxa"/>
            </w:tcMar>
            <w:vAlign w:val="center"/>
          </w:tcPr>
          <w:p w14:paraId="716524CA" w14:textId="77777777" w:rsidR="0009622B" w:rsidRPr="00707E0E" w:rsidRDefault="0009622B" w:rsidP="00DF6623">
            <w:pPr>
              <w:spacing w:after="0" w:line="252" w:lineRule="auto"/>
              <w:rPr>
                <w:lang w:val="ru-RU"/>
              </w:rPr>
            </w:pPr>
            <w:r w:rsidRPr="00707E0E">
              <w:rPr>
                <w:lang w:val="ru-RU"/>
              </w:rPr>
              <w:t>Для демонстрации джемперов, рубашек, блузок</w:t>
            </w:r>
          </w:p>
        </w:tc>
        <w:tc>
          <w:tcPr>
            <w:tcW w:w="567" w:type="dxa"/>
            <w:tcMar>
              <w:top w:w="100" w:type="dxa"/>
              <w:left w:w="120" w:type="dxa"/>
              <w:bottom w:w="100" w:type="dxa"/>
              <w:right w:w="120" w:type="dxa"/>
            </w:tcMar>
            <w:vAlign w:val="center"/>
          </w:tcPr>
          <w:p w14:paraId="504142CE" w14:textId="77777777" w:rsidR="0009622B" w:rsidRPr="00F502E9" w:rsidRDefault="0009622B" w:rsidP="00DF6623">
            <w:pPr>
              <w:spacing w:after="0" w:line="252" w:lineRule="auto"/>
              <w:jc w:val="center"/>
              <w:rPr>
                <w:lang w:val="ru-RU"/>
              </w:rPr>
            </w:pPr>
            <w:r>
              <w:rPr>
                <w:lang w:val="ru-RU"/>
              </w:rPr>
              <w:t>103</w:t>
            </w:r>
          </w:p>
        </w:tc>
        <w:tc>
          <w:tcPr>
            <w:tcW w:w="567" w:type="dxa"/>
            <w:tcMar>
              <w:top w:w="100" w:type="dxa"/>
              <w:left w:w="120" w:type="dxa"/>
              <w:bottom w:w="100" w:type="dxa"/>
              <w:right w:w="120" w:type="dxa"/>
            </w:tcMar>
            <w:vAlign w:val="center"/>
          </w:tcPr>
          <w:p w14:paraId="72ACC88D" w14:textId="77777777" w:rsidR="0009622B" w:rsidRDefault="0009622B" w:rsidP="00DF6623">
            <w:pPr>
              <w:spacing w:after="0" w:line="252" w:lineRule="auto"/>
              <w:jc w:val="center"/>
            </w:pPr>
            <w:proofErr w:type="spellStart"/>
            <w:r>
              <w:t>шт</w:t>
            </w:r>
            <w:proofErr w:type="spellEnd"/>
            <w:r>
              <w:t>.</w:t>
            </w:r>
          </w:p>
        </w:tc>
        <w:tc>
          <w:tcPr>
            <w:tcW w:w="2154" w:type="dxa"/>
            <w:tcMar>
              <w:top w:w="100" w:type="dxa"/>
              <w:left w:w="120" w:type="dxa"/>
              <w:bottom w:w="100" w:type="dxa"/>
              <w:right w:w="120" w:type="dxa"/>
            </w:tcMar>
            <w:vAlign w:val="center"/>
          </w:tcPr>
          <w:p w14:paraId="6996C2C1" w14:textId="77777777" w:rsidR="0009622B" w:rsidRPr="00707E0E" w:rsidRDefault="0009622B" w:rsidP="00DF6623">
            <w:pPr>
              <w:spacing w:after="0" w:line="252" w:lineRule="auto"/>
              <w:rPr>
                <w:lang w:val="ru-RU"/>
              </w:rPr>
            </w:pPr>
            <w:r w:rsidRPr="00707E0E">
              <w:rPr>
                <w:lang w:val="ru-RU"/>
              </w:rPr>
              <w:t>Бывшие в употреблении, в фактическом состоянии на дату передачи</w:t>
            </w:r>
          </w:p>
        </w:tc>
        <w:tc>
          <w:tcPr>
            <w:tcW w:w="1530" w:type="dxa"/>
            <w:tcMar>
              <w:top w:w="100" w:type="dxa"/>
              <w:left w:w="120" w:type="dxa"/>
              <w:bottom w:w="100" w:type="dxa"/>
              <w:right w:w="120" w:type="dxa"/>
            </w:tcMar>
            <w:vAlign w:val="center"/>
          </w:tcPr>
          <w:p w14:paraId="57BA57EE" w14:textId="77777777" w:rsidR="0009622B" w:rsidRDefault="0009622B" w:rsidP="00DF6623">
            <w:pPr>
              <w:spacing w:after="0" w:line="252" w:lineRule="auto"/>
            </w:pPr>
            <w:proofErr w:type="spellStart"/>
            <w:r>
              <w:t>Торговое</w:t>
            </w:r>
            <w:proofErr w:type="spellEnd"/>
            <w:r>
              <w:t xml:space="preserve"> </w:t>
            </w:r>
            <w:proofErr w:type="spellStart"/>
            <w:r>
              <w:t>оборудование</w:t>
            </w:r>
            <w:proofErr w:type="spellEnd"/>
          </w:p>
        </w:tc>
        <w:tc>
          <w:tcPr>
            <w:tcW w:w="1134" w:type="dxa"/>
            <w:vAlign w:val="center"/>
          </w:tcPr>
          <w:p w14:paraId="22CC1BEE" w14:textId="77777777" w:rsidR="009C1061" w:rsidRDefault="00441274">
            <w:pPr>
              <w:jc w:val="right"/>
            </w:pPr>
            <w:r>
              <w:t>80 руб.</w:t>
            </w:r>
          </w:p>
        </w:tc>
        <w:tc>
          <w:tcPr>
            <w:tcW w:w="1247" w:type="dxa"/>
            <w:vAlign w:val="center"/>
          </w:tcPr>
          <w:p w14:paraId="0B584478" w14:textId="77777777" w:rsidR="009C1061" w:rsidRDefault="00441274">
            <w:pPr>
              <w:jc w:val="right"/>
            </w:pPr>
            <w:r>
              <w:t>8 240 руб.</w:t>
            </w:r>
          </w:p>
        </w:tc>
      </w:tr>
      <w:tr w:rsidR="0009622B" w14:paraId="674369F4" w14:textId="77777777" w:rsidTr="00DF6623">
        <w:trPr>
          <w:jc w:val="center"/>
        </w:trPr>
        <w:tc>
          <w:tcPr>
            <w:tcW w:w="680" w:type="dxa"/>
            <w:tcMar>
              <w:top w:w="100" w:type="dxa"/>
              <w:left w:w="120" w:type="dxa"/>
              <w:bottom w:w="100" w:type="dxa"/>
              <w:right w:w="120" w:type="dxa"/>
            </w:tcMar>
            <w:vAlign w:val="center"/>
          </w:tcPr>
          <w:p w14:paraId="50AAE6FB" w14:textId="77777777" w:rsidR="0009622B" w:rsidRDefault="0009622B" w:rsidP="00DF6623">
            <w:pPr>
              <w:spacing w:after="0" w:line="252" w:lineRule="auto"/>
              <w:jc w:val="center"/>
            </w:pPr>
            <w:r>
              <w:t>2</w:t>
            </w:r>
          </w:p>
        </w:tc>
        <w:tc>
          <w:tcPr>
            <w:tcW w:w="2268" w:type="dxa"/>
            <w:tcMar>
              <w:top w:w="100" w:type="dxa"/>
              <w:left w:w="120" w:type="dxa"/>
              <w:bottom w:w="100" w:type="dxa"/>
              <w:right w:w="120" w:type="dxa"/>
            </w:tcMar>
            <w:vAlign w:val="center"/>
          </w:tcPr>
          <w:p w14:paraId="476BFBF5" w14:textId="77777777" w:rsidR="0009622B" w:rsidRDefault="0009622B" w:rsidP="00DF6623">
            <w:pPr>
              <w:spacing w:after="0" w:line="252" w:lineRule="auto"/>
            </w:pPr>
            <w:proofErr w:type="spellStart"/>
            <w:r>
              <w:t>Стеллажи</w:t>
            </w:r>
            <w:proofErr w:type="spellEnd"/>
            <w:r>
              <w:t xml:space="preserve"> </w:t>
            </w:r>
            <w:proofErr w:type="spellStart"/>
            <w:r>
              <w:t>секционные</w:t>
            </w:r>
            <w:proofErr w:type="spellEnd"/>
          </w:p>
        </w:tc>
        <w:tc>
          <w:tcPr>
            <w:tcW w:w="3685" w:type="dxa"/>
            <w:tcMar>
              <w:top w:w="100" w:type="dxa"/>
              <w:left w:w="120" w:type="dxa"/>
              <w:bottom w:w="100" w:type="dxa"/>
              <w:right w:w="120" w:type="dxa"/>
            </w:tcMar>
            <w:vAlign w:val="center"/>
          </w:tcPr>
          <w:p w14:paraId="14ADB881" w14:textId="77777777" w:rsidR="0009622B" w:rsidRPr="00707E0E" w:rsidRDefault="0009622B" w:rsidP="00DF6623">
            <w:pPr>
              <w:spacing w:after="0" w:line="252" w:lineRule="auto"/>
              <w:rPr>
                <w:lang w:val="ru-RU"/>
              </w:rPr>
            </w:pPr>
            <w:r w:rsidRPr="00707E0E">
              <w:rPr>
                <w:lang w:val="ru-RU"/>
              </w:rPr>
              <w:t>Пять полок по горизонтали, ширина — девять секций / полок</w:t>
            </w:r>
          </w:p>
        </w:tc>
        <w:tc>
          <w:tcPr>
            <w:tcW w:w="567" w:type="dxa"/>
            <w:tcMar>
              <w:top w:w="100" w:type="dxa"/>
              <w:left w:w="120" w:type="dxa"/>
              <w:bottom w:w="100" w:type="dxa"/>
              <w:right w:w="120" w:type="dxa"/>
            </w:tcMar>
            <w:vAlign w:val="center"/>
          </w:tcPr>
          <w:p w14:paraId="678BDFD0" w14:textId="77777777" w:rsidR="0009622B" w:rsidRDefault="0009622B" w:rsidP="00DF6623">
            <w:pPr>
              <w:spacing w:after="0" w:line="252" w:lineRule="auto"/>
              <w:jc w:val="center"/>
            </w:pPr>
            <w:r>
              <w:t>4</w:t>
            </w:r>
          </w:p>
        </w:tc>
        <w:tc>
          <w:tcPr>
            <w:tcW w:w="567" w:type="dxa"/>
            <w:tcMar>
              <w:top w:w="100" w:type="dxa"/>
              <w:left w:w="120" w:type="dxa"/>
              <w:bottom w:w="100" w:type="dxa"/>
              <w:right w:w="120" w:type="dxa"/>
            </w:tcMar>
            <w:vAlign w:val="center"/>
          </w:tcPr>
          <w:p w14:paraId="7C161C2E" w14:textId="77777777" w:rsidR="0009622B" w:rsidRDefault="0009622B" w:rsidP="00DF6623">
            <w:pPr>
              <w:spacing w:after="0" w:line="252" w:lineRule="auto"/>
              <w:jc w:val="center"/>
            </w:pPr>
            <w:proofErr w:type="spellStart"/>
            <w:r>
              <w:t>шт</w:t>
            </w:r>
            <w:proofErr w:type="spellEnd"/>
            <w:r>
              <w:t>.</w:t>
            </w:r>
          </w:p>
        </w:tc>
        <w:tc>
          <w:tcPr>
            <w:tcW w:w="2154" w:type="dxa"/>
            <w:tcMar>
              <w:top w:w="100" w:type="dxa"/>
              <w:left w:w="120" w:type="dxa"/>
              <w:bottom w:w="100" w:type="dxa"/>
              <w:right w:w="120" w:type="dxa"/>
            </w:tcMar>
            <w:vAlign w:val="center"/>
          </w:tcPr>
          <w:p w14:paraId="774406F2" w14:textId="77777777" w:rsidR="0009622B" w:rsidRPr="00707E0E" w:rsidRDefault="0009622B" w:rsidP="00DF6623">
            <w:pPr>
              <w:spacing w:after="0" w:line="252" w:lineRule="auto"/>
              <w:rPr>
                <w:lang w:val="ru-RU"/>
              </w:rPr>
            </w:pPr>
            <w:r w:rsidRPr="00707E0E">
              <w:rPr>
                <w:lang w:val="ru-RU"/>
              </w:rPr>
              <w:t>Бывшие в употреблении, в фактическом состоянии на дату передачи</w:t>
            </w:r>
          </w:p>
        </w:tc>
        <w:tc>
          <w:tcPr>
            <w:tcW w:w="1530" w:type="dxa"/>
            <w:tcMar>
              <w:top w:w="100" w:type="dxa"/>
              <w:left w:w="120" w:type="dxa"/>
              <w:bottom w:w="100" w:type="dxa"/>
              <w:right w:w="120" w:type="dxa"/>
            </w:tcMar>
            <w:vAlign w:val="center"/>
          </w:tcPr>
          <w:p w14:paraId="07CB6409" w14:textId="77777777" w:rsidR="0009622B" w:rsidRDefault="0009622B" w:rsidP="00DF6623">
            <w:pPr>
              <w:spacing w:after="0" w:line="252" w:lineRule="auto"/>
            </w:pPr>
            <w:proofErr w:type="spellStart"/>
            <w:r>
              <w:t>Торговое</w:t>
            </w:r>
            <w:proofErr w:type="spellEnd"/>
            <w:r>
              <w:t xml:space="preserve"> </w:t>
            </w:r>
            <w:proofErr w:type="spellStart"/>
            <w:r>
              <w:t>оборудование</w:t>
            </w:r>
            <w:proofErr w:type="spellEnd"/>
          </w:p>
        </w:tc>
        <w:tc>
          <w:tcPr>
            <w:tcW w:w="1134" w:type="dxa"/>
            <w:vAlign w:val="center"/>
          </w:tcPr>
          <w:p w14:paraId="20C952F6" w14:textId="77777777" w:rsidR="009C1061" w:rsidRDefault="00441274">
            <w:pPr>
              <w:jc w:val="right"/>
            </w:pPr>
            <w:r>
              <w:t>1 500 руб.</w:t>
            </w:r>
          </w:p>
        </w:tc>
        <w:tc>
          <w:tcPr>
            <w:tcW w:w="1247" w:type="dxa"/>
            <w:vAlign w:val="center"/>
          </w:tcPr>
          <w:p w14:paraId="668068DA" w14:textId="77777777" w:rsidR="009C1061" w:rsidRDefault="00441274">
            <w:pPr>
              <w:jc w:val="right"/>
            </w:pPr>
            <w:r>
              <w:t>6 000 руб.</w:t>
            </w:r>
          </w:p>
        </w:tc>
      </w:tr>
      <w:tr w:rsidR="0009622B" w14:paraId="6121A2E6" w14:textId="77777777" w:rsidTr="00DF6623">
        <w:trPr>
          <w:jc w:val="center"/>
        </w:trPr>
        <w:tc>
          <w:tcPr>
            <w:tcW w:w="680" w:type="dxa"/>
            <w:tcMar>
              <w:top w:w="100" w:type="dxa"/>
              <w:left w:w="120" w:type="dxa"/>
              <w:bottom w:w="100" w:type="dxa"/>
              <w:right w:w="120" w:type="dxa"/>
            </w:tcMar>
            <w:vAlign w:val="center"/>
          </w:tcPr>
          <w:p w14:paraId="2044B206" w14:textId="77777777" w:rsidR="0009622B" w:rsidRDefault="0009622B" w:rsidP="00DF6623">
            <w:pPr>
              <w:spacing w:after="0" w:line="252" w:lineRule="auto"/>
              <w:jc w:val="center"/>
            </w:pPr>
            <w:r>
              <w:lastRenderedPageBreak/>
              <w:t>3</w:t>
            </w:r>
          </w:p>
        </w:tc>
        <w:tc>
          <w:tcPr>
            <w:tcW w:w="2268" w:type="dxa"/>
            <w:tcMar>
              <w:top w:w="100" w:type="dxa"/>
              <w:left w:w="120" w:type="dxa"/>
              <w:bottom w:w="100" w:type="dxa"/>
              <w:right w:w="120" w:type="dxa"/>
            </w:tcMar>
            <w:vAlign w:val="center"/>
          </w:tcPr>
          <w:p w14:paraId="066E57BD" w14:textId="77777777" w:rsidR="0009622B" w:rsidRPr="00707E0E" w:rsidRDefault="0009622B" w:rsidP="00DF6623">
            <w:pPr>
              <w:spacing w:after="0" w:line="252" w:lineRule="auto"/>
              <w:rPr>
                <w:lang w:val="ru-RU"/>
              </w:rPr>
            </w:pPr>
            <w:r w:rsidRPr="00707E0E">
              <w:rPr>
                <w:lang w:val="ru-RU"/>
              </w:rPr>
              <w:t>Прилавок-стеллаж стеклянный с откидной крышкой</w:t>
            </w:r>
          </w:p>
        </w:tc>
        <w:tc>
          <w:tcPr>
            <w:tcW w:w="3685" w:type="dxa"/>
            <w:tcMar>
              <w:top w:w="100" w:type="dxa"/>
              <w:left w:w="120" w:type="dxa"/>
              <w:bottom w:w="100" w:type="dxa"/>
              <w:right w:w="120" w:type="dxa"/>
            </w:tcMar>
            <w:vAlign w:val="center"/>
          </w:tcPr>
          <w:p w14:paraId="5228B30B" w14:textId="77777777" w:rsidR="0009622B" w:rsidRPr="00707E0E" w:rsidRDefault="0009622B" w:rsidP="00DF6623">
            <w:pPr>
              <w:spacing w:after="0" w:line="252" w:lineRule="auto"/>
              <w:rPr>
                <w:lang w:val="ru-RU"/>
              </w:rPr>
            </w:pPr>
            <w:r w:rsidRPr="00707E0E">
              <w:rPr>
                <w:lang w:val="ru-RU"/>
              </w:rPr>
              <w:t>Стеклянный прилавок с откидной крышкой, обеспечивающий доступ продавца внутрь</w:t>
            </w:r>
          </w:p>
        </w:tc>
        <w:tc>
          <w:tcPr>
            <w:tcW w:w="567" w:type="dxa"/>
            <w:tcMar>
              <w:top w:w="100" w:type="dxa"/>
              <w:left w:w="120" w:type="dxa"/>
              <w:bottom w:w="100" w:type="dxa"/>
              <w:right w:w="120" w:type="dxa"/>
            </w:tcMar>
            <w:vAlign w:val="center"/>
          </w:tcPr>
          <w:p w14:paraId="7E698E79" w14:textId="77777777" w:rsidR="0009622B" w:rsidRDefault="0009622B" w:rsidP="00DF6623">
            <w:pPr>
              <w:spacing w:after="0" w:line="252" w:lineRule="auto"/>
              <w:jc w:val="center"/>
            </w:pPr>
            <w:r>
              <w:t>1</w:t>
            </w:r>
          </w:p>
        </w:tc>
        <w:tc>
          <w:tcPr>
            <w:tcW w:w="567" w:type="dxa"/>
            <w:tcMar>
              <w:top w:w="100" w:type="dxa"/>
              <w:left w:w="120" w:type="dxa"/>
              <w:bottom w:w="100" w:type="dxa"/>
              <w:right w:w="120" w:type="dxa"/>
            </w:tcMar>
            <w:vAlign w:val="center"/>
          </w:tcPr>
          <w:p w14:paraId="328BC439" w14:textId="77777777" w:rsidR="0009622B" w:rsidRDefault="0009622B" w:rsidP="00DF6623">
            <w:pPr>
              <w:spacing w:after="0" w:line="252" w:lineRule="auto"/>
              <w:jc w:val="center"/>
            </w:pPr>
            <w:proofErr w:type="spellStart"/>
            <w:r>
              <w:t>шт</w:t>
            </w:r>
            <w:proofErr w:type="spellEnd"/>
            <w:r>
              <w:t>.</w:t>
            </w:r>
          </w:p>
        </w:tc>
        <w:tc>
          <w:tcPr>
            <w:tcW w:w="2154" w:type="dxa"/>
            <w:tcMar>
              <w:top w:w="100" w:type="dxa"/>
              <w:left w:w="120" w:type="dxa"/>
              <w:bottom w:w="100" w:type="dxa"/>
              <w:right w:w="120" w:type="dxa"/>
            </w:tcMar>
            <w:vAlign w:val="center"/>
          </w:tcPr>
          <w:p w14:paraId="36F399BF" w14:textId="77777777" w:rsidR="0009622B" w:rsidRPr="00707E0E" w:rsidRDefault="0009622B" w:rsidP="00DF6623">
            <w:pPr>
              <w:spacing w:after="0" w:line="252" w:lineRule="auto"/>
              <w:rPr>
                <w:lang w:val="ru-RU"/>
              </w:rPr>
            </w:pPr>
            <w:r w:rsidRPr="00707E0E">
              <w:rPr>
                <w:lang w:val="ru-RU"/>
              </w:rPr>
              <w:t>Бывший в употреблении, в фактическом состоянии на дату передачи</w:t>
            </w:r>
          </w:p>
        </w:tc>
        <w:tc>
          <w:tcPr>
            <w:tcW w:w="1530" w:type="dxa"/>
            <w:tcMar>
              <w:top w:w="100" w:type="dxa"/>
              <w:left w:w="120" w:type="dxa"/>
              <w:bottom w:w="100" w:type="dxa"/>
              <w:right w:w="120" w:type="dxa"/>
            </w:tcMar>
            <w:vAlign w:val="center"/>
          </w:tcPr>
          <w:p w14:paraId="3A5E0276" w14:textId="77777777" w:rsidR="0009622B" w:rsidRDefault="0009622B" w:rsidP="00DF6623">
            <w:pPr>
              <w:spacing w:after="0" w:line="252" w:lineRule="auto"/>
            </w:pPr>
            <w:proofErr w:type="spellStart"/>
            <w:r>
              <w:t>Используется</w:t>
            </w:r>
            <w:proofErr w:type="spellEnd"/>
            <w:r>
              <w:t xml:space="preserve"> </w:t>
            </w:r>
            <w:proofErr w:type="spellStart"/>
            <w:r>
              <w:t>как</w:t>
            </w:r>
            <w:proofErr w:type="spellEnd"/>
            <w:r>
              <w:t xml:space="preserve"> </w:t>
            </w:r>
            <w:proofErr w:type="spellStart"/>
            <w:r>
              <w:t>торговый</w:t>
            </w:r>
            <w:proofErr w:type="spellEnd"/>
            <w:r>
              <w:t xml:space="preserve"> </w:t>
            </w:r>
            <w:proofErr w:type="spellStart"/>
            <w:r>
              <w:t>прилавок</w:t>
            </w:r>
            <w:proofErr w:type="spellEnd"/>
          </w:p>
        </w:tc>
        <w:tc>
          <w:tcPr>
            <w:tcW w:w="1134" w:type="dxa"/>
            <w:vAlign w:val="center"/>
          </w:tcPr>
          <w:p w14:paraId="43914D0C" w14:textId="77777777" w:rsidR="009C1061" w:rsidRDefault="00441274">
            <w:pPr>
              <w:jc w:val="right"/>
            </w:pPr>
            <w:r>
              <w:t>4 000 руб.</w:t>
            </w:r>
          </w:p>
        </w:tc>
        <w:tc>
          <w:tcPr>
            <w:tcW w:w="1247" w:type="dxa"/>
            <w:vAlign w:val="center"/>
          </w:tcPr>
          <w:p w14:paraId="38459994" w14:textId="77777777" w:rsidR="009C1061" w:rsidRDefault="00441274">
            <w:pPr>
              <w:jc w:val="right"/>
            </w:pPr>
            <w:r>
              <w:t>4 000 руб.</w:t>
            </w:r>
          </w:p>
        </w:tc>
      </w:tr>
      <w:tr w:rsidR="0009622B" w:rsidRPr="00F502E9" w14:paraId="095B1ED6" w14:textId="77777777" w:rsidTr="00DF6623">
        <w:trPr>
          <w:jc w:val="center"/>
        </w:trPr>
        <w:tc>
          <w:tcPr>
            <w:tcW w:w="680" w:type="dxa"/>
            <w:tcMar>
              <w:top w:w="100" w:type="dxa"/>
              <w:left w:w="120" w:type="dxa"/>
              <w:bottom w:w="100" w:type="dxa"/>
              <w:right w:w="120" w:type="dxa"/>
            </w:tcMar>
            <w:vAlign w:val="center"/>
          </w:tcPr>
          <w:p w14:paraId="62732D1E" w14:textId="77777777" w:rsidR="0009622B" w:rsidRDefault="0009622B" w:rsidP="00DF6623">
            <w:pPr>
              <w:spacing w:after="0" w:line="252" w:lineRule="auto"/>
              <w:jc w:val="center"/>
            </w:pPr>
            <w:r>
              <w:t>4</w:t>
            </w:r>
          </w:p>
        </w:tc>
        <w:tc>
          <w:tcPr>
            <w:tcW w:w="2268" w:type="dxa"/>
            <w:tcMar>
              <w:top w:w="100" w:type="dxa"/>
              <w:left w:w="120" w:type="dxa"/>
              <w:bottom w:w="100" w:type="dxa"/>
              <w:right w:w="120" w:type="dxa"/>
            </w:tcMar>
            <w:vAlign w:val="center"/>
          </w:tcPr>
          <w:p w14:paraId="7796B063" w14:textId="77777777" w:rsidR="0009622B" w:rsidRPr="00707E0E" w:rsidRDefault="0009622B" w:rsidP="00DF6623">
            <w:pPr>
              <w:spacing w:after="0" w:line="252" w:lineRule="auto"/>
              <w:rPr>
                <w:lang w:val="ru-RU"/>
              </w:rPr>
            </w:pPr>
            <w:r w:rsidRPr="00707E0E">
              <w:rPr>
                <w:lang w:val="ru-RU"/>
              </w:rPr>
              <w:t>Торговое оборудование настенное из металлических штанг</w:t>
            </w:r>
          </w:p>
        </w:tc>
        <w:tc>
          <w:tcPr>
            <w:tcW w:w="3685" w:type="dxa"/>
            <w:tcMar>
              <w:top w:w="100" w:type="dxa"/>
              <w:left w:w="120" w:type="dxa"/>
              <w:bottom w:w="100" w:type="dxa"/>
              <w:right w:w="120" w:type="dxa"/>
            </w:tcMar>
            <w:vAlign w:val="center"/>
          </w:tcPr>
          <w:p w14:paraId="6AF9B3A8" w14:textId="77777777" w:rsidR="0009622B" w:rsidRPr="00707E0E" w:rsidRDefault="0009622B" w:rsidP="00DF6623">
            <w:pPr>
              <w:spacing w:after="0" w:line="252" w:lineRule="auto"/>
              <w:rPr>
                <w:lang w:val="ru-RU"/>
              </w:rPr>
            </w:pPr>
            <w:r w:rsidRPr="00707E0E">
              <w:rPr>
                <w:lang w:val="ru-RU"/>
              </w:rPr>
              <w:t>Конструкция, крепящаяся к стене, для размещения одежды на плечиках</w:t>
            </w:r>
          </w:p>
        </w:tc>
        <w:tc>
          <w:tcPr>
            <w:tcW w:w="567" w:type="dxa"/>
            <w:tcMar>
              <w:top w:w="100" w:type="dxa"/>
              <w:left w:w="120" w:type="dxa"/>
              <w:bottom w:w="100" w:type="dxa"/>
              <w:right w:w="120" w:type="dxa"/>
            </w:tcMar>
            <w:vAlign w:val="center"/>
          </w:tcPr>
          <w:p w14:paraId="086E313D" w14:textId="77777777" w:rsidR="0009622B" w:rsidRDefault="0009622B" w:rsidP="00DF6623">
            <w:pPr>
              <w:spacing w:after="0" w:line="252" w:lineRule="auto"/>
              <w:jc w:val="center"/>
            </w:pPr>
            <w:r>
              <w:t>1</w:t>
            </w:r>
          </w:p>
        </w:tc>
        <w:tc>
          <w:tcPr>
            <w:tcW w:w="567" w:type="dxa"/>
            <w:tcMar>
              <w:top w:w="100" w:type="dxa"/>
              <w:left w:w="120" w:type="dxa"/>
              <w:bottom w:w="100" w:type="dxa"/>
              <w:right w:w="120" w:type="dxa"/>
            </w:tcMar>
            <w:vAlign w:val="center"/>
          </w:tcPr>
          <w:p w14:paraId="0663B8B8" w14:textId="77777777" w:rsidR="0009622B" w:rsidRDefault="0009622B" w:rsidP="00DF6623">
            <w:pPr>
              <w:spacing w:after="0" w:line="252" w:lineRule="auto"/>
              <w:jc w:val="center"/>
            </w:pPr>
            <w:proofErr w:type="spellStart"/>
            <w:r>
              <w:t>компл</w:t>
            </w:r>
            <w:proofErr w:type="spellEnd"/>
            <w:r>
              <w:t>.</w:t>
            </w:r>
          </w:p>
        </w:tc>
        <w:tc>
          <w:tcPr>
            <w:tcW w:w="2154" w:type="dxa"/>
            <w:tcMar>
              <w:top w:w="100" w:type="dxa"/>
              <w:left w:w="120" w:type="dxa"/>
              <w:bottom w:w="100" w:type="dxa"/>
              <w:right w:w="120" w:type="dxa"/>
            </w:tcMar>
            <w:vAlign w:val="center"/>
          </w:tcPr>
          <w:p w14:paraId="3AB2303A" w14:textId="77777777" w:rsidR="0009622B" w:rsidRPr="00707E0E" w:rsidRDefault="0009622B" w:rsidP="00DF6623">
            <w:pPr>
              <w:spacing w:after="0" w:line="252" w:lineRule="auto"/>
              <w:rPr>
                <w:lang w:val="ru-RU"/>
              </w:rPr>
            </w:pPr>
            <w:r w:rsidRPr="00707E0E">
              <w:rPr>
                <w:lang w:val="ru-RU"/>
              </w:rPr>
              <w:t>Бывшее в употреблении, в фактическом состоянии на дату передачи</w:t>
            </w:r>
          </w:p>
        </w:tc>
        <w:tc>
          <w:tcPr>
            <w:tcW w:w="1530" w:type="dxa"/>
            <w:tcMar>
              <w:top w:w="100" w:type="dxa"/>
              <w:left w:w="120" w:type="dxa"/>
              <w:bottom w:w="100" w:type="dxa"/>
              <w:right w:w="120" w:type="dxa"/>
            </w:tcMar>
            <w:vAlign w:val="center"/>
          </w:tcPr>
          <w:p w14:paraId="60F1028D" w14:textId="77777777" w:rsidR="0009622B" w:rsidRPr="00707E0E" w:rsidRDefault="0009622B" w:rsidP="00DF6623">
            <w:pPr>
              <w:spacing w:after="0" w:line="252" w:lineRule="auto"/>
              <w:rPr>
                <w:lang w:val="ru-RU"/>
              </w:rPr>
            </w:pPr>
            <w:r w:rsidRPr="00707E0E">
              <w:rPr>
                <w:lang w:val="ru-RU"/>
              </w:rPr>
              <w:t>Для размещения пиджаков и иной одежды</w:t>
            </w:r>
          </w:p>
        </w:tc>
        <w:tc>
          <w:tcPr>
            <w:tcW w:w="1134" w:type="dxa"/>
            <w:vAlign w:val="center"/>
          </w:tcPr>
          <w:p w14:paraId="18FBC121" w14:textId="77777777" w:rsidR="009C1061" w:rsidRDefault="00441274">
            <w:pPr>
              <w:jc w:val="right"/>
            </w:pPr>
            <w:r>
              <w:t>2 500 руб.</w:t>
            </w:r>
          </w:p>
        </w:tc>
        <w:tc>
          <w:tcPr>
            <w:tcW w:w="1247" w:type="dxa"/>
            <w:vAlign w:val="center"/>
          </w:tcPr>
          <w:p w14:paraId="0D2CC3AB" w14:textId="77777777" w:rsidR="009C1061" w:rsidRDefault="00441274">
            <w:pPr>
              <w:jc w:val="right"/>
            </w:pPr>
            <w:r>
              <w:t>2 500 руб.</w:t>
            </w:r>
          </w:p>
        </w:tc>
      </w:tr>
      <w:tr w:rsidR="0009622B" w14:paraId="51F22015" w14:textId="77777777" w:rsidTr="00DF6623">
        <w:trPr>
          <w:jc w:val="center"/>
        </w:trPr>
        <w:tc>
          <w:tcPr>
            <w:tcW w:w="680" w:type="dxa"/>
            <w:tcMar>
              <w:top w:w="100" w:type="dxa"/>
              <w:left w:w="120" w:type="dxa"/>
              <w:bottom w:w="100" w:type="dxa"/>
              <w:right w:w="120" w:type="dxa"/>
            </w:tcMar>
            <w:vAlign w:val="center"/>
          </w:tcPr>
          <w:p w14:paraId="07BAB590" w14:textId="77777777" w:rsidR="0009622B" w:rsidRDefault="0009622B" w:rsidP="00DF6623">
            <w:pPr>
              <w:spacing w:after="0" w:line="252" w:lineRule="auto"/>
              <w:jc w:val="center"/>
            </w:pPr>
            <w:r>
              <w:t>5</w:t>
            </w:r>
          </w:p>
        </w:tc>
        <w:tc>
          <w:tcPr>
            <w:tcW w:w="2268" w:type="dxa"/>
            <w:tcMar>
              <w:top w:w="100" w:type="dxa"/>
              <w:left w:w="120" w:type="dxa"/>
              <w:bottom w:w="100" w:type="dxa"/>
              <w:right w:w="120" w:type="dxa"/>
            </w:tcMar>
            <w:vAlign w:val="center"/>
          </w:tcPr>
          <w:p w14:paraId="20D4032C" w14:textId="77777777" w:rsidR="0009622B" w:rsidRPr="00707E0E" w:rsidRDefault="0009622B" w:rsidP="00DF6623">
            <w:pPr>
              <w:spacing w:after="0" w:line="252" w:lineRule="auto"/>
              <w:rPr>
                <w:lang w:val="ru-RU"/>
              </w:rPr>
            </w:pPr>
            <w:r w:rsidRPr="00707E0E">
              <w:rPr>
                <w:lang w:val="ru-RU"/>
              </w:rPr>
              <w:t>Торговое оборудование напольное из металлических штанг</w:t>
            </w:r>
          </w:p>
        </w:tc>
        <w:tc>
          <w:tcPr>
            <w:tcW w:w="3685" w:type="dxa"/>
            <w:tcMar>
              <w:top w:w="100" w:type="dxa"/>
              <w:left w:w="120" w:type="dxa"/>
              <w:bottom w:w="100" w:type="dxa"/>
              <w:right w:w="120" w:type="dxa"/>
            </w:tcMar>
            <w:vAlign w:val="center"/>
          </w:tcPr>
          <w:p w14:paraId="008A68C2" w14:textId="77777777" w:rsidR="0009622B" w:rsidRPr="00707E0E" w:rsidRDefault="0009622B" w:rsidP="00DF6623">
            <w:pPr>
              <w:spacing w:after="0" w:line="252" w:lineRule="auto"/>
              <w:rPr>
                <w:lang w:val="ru-RU"/>
              </w:rPr>
            </w:pPr>
            <w:r w:rsidRPr="00707E0E">
              <w:rPr>
                <w:lang w:val="ru-RU"/>
              </w:rPr>
              <w:t>Напольные конструкции для размещения одежды на плечиках</w:t>
            </w:r>
          </w:p>
        </w:tc>
        <w:tc>
          <w:tcPr>
            <w:tcW w:w="567" w:type="dxa"/>
            <w:tcMar>
              <w:top w:w="100" w:type="dxa"/>
              <w:left w:w="120" w:type="dxa"/>
              <w:bottom w:w="100" w:type="dxa"/>
              <w:right w:w="120" w:type="dxa"/>
            </w:tcMar>
            <w:vAlign w:val="center"/>
          </w:tcPr>
          <w:p w14:paraId="58E18FAD" w14:textId="77777777" w:rsidR="0009622B" w:rsidRDefault="0009622B" w:rsidP="00DF6623">
            <w:pPr>
              <w:spacing w:after="0" w:line="252" w:lineRule="auto"/>
              <w:jc w:val="center"/>
            </w:pPr>
            <w:r>
              <w:t>3</w:t>
            </w:r>
          </w:p>
        </w:tc>
        <w:tc>
          <w:tcPr>
            <w:tcW w:w="567" w:type="dxa"/>
            <w:tcMar>
              <w:top w:w="100" w:type="dxa"/>
              <w:left w:w="120" w:type="dxa"/>
              <w:bottom w:w="100" w:type="dxa"/>
              <w:right w:w="120" w:type="dxa"/>
            </w:tcMar>
            <w:vAlign w:val="center"/>
          </w:tcPr>
          <w:p w14:paraId="6051B856" w14:textId="77777777" w:rsidR="0009622B" w:rsidRDefault="0009622B" w:rsidP="00DF6623">
            <w:pPr>
              <w:spacing w:after="0" w:line="252" w:lineRule="auto"/>
              <w:jc w:val="center"/>
            </w:pPr>
            <w:proofErr w:type="spellStart"/>
            <w:r>
              <w:t>шт</w:t>
            </w:r>
            <w:proofErr w:type="spellEnd"/>
            <w:r>
              <w:t>.</w:t>
            </w:r>
          </w:p>
        </w:tc>
        <w:tc>
          <w:tcPr>
            <w:tcW w:w="2154" w:type="dxa"/>
            <w:tcMar>
              <w:top w:w="100" w:type="dxa"/>
              <w:left w:w="120" w:type="dxa"/>
              <w:bottom w:w="100" w:type="dxa"/>
              <w:right w:w="120" w:type="dxa"/>
            </w:tcMar>
            <w:vAlign w:val="center"/>
          </w:tcPr>
          <w:p w14:paraId="3A19B467" w14:textId="77777777" w:rsidR="0009622B" w:rsidRPr="00707E0E" w:rsidRDefault="0009622B" w:rsidP="00DF6623">
            <w:pPr>
              <w:spacing w:after="0" w:line="252" w:lineRule="auto"/>
              <w:rPr>
                <w:lang w:val="ru-RU"/>
              </w:rPr>
            </w:pPr>
            <w:r w:rsidRPr="00707E0E">
              <w:rPr>
                <w:lang w:val="ru-RU"/>
              </w:rPr>
              <w:t>Бывшие в употреблении, в фактическом состоянии на дату передачи</w:t>
            </w:r>
          </w:p>
        </w:tc>
        <w:tc>
          <w:tcPr>
            <w:tcW w:w="1530" w:type="dxa"/>
            <w:tcMar>
              <w:top w:w="100" w:type="dxa"/>
              <w:left w:w="120" w:type="dxa"/>
              <w:bottom w:w="100" w:type="dxa"/>
              <w:right w:w="120" w:type="dxa"/>
            </w:tcMar>
            <w:vAlign w:val="center"/>
          </w:tcPr>
          <w:p w14:paraId="072AA23F" w14:textId="77777777" w:rsidR="0009622B" w:rsidRDefault="0009622B" w:rsidP="00DF6623">
            <w:pPr>
              <w:spacing w:after="0" w:line="252" w:lineRule="auto"/>
            </w:pPr>
            <w:proofErr w:type="spellStart"/>
            <w:r>
              <w:t>Для</w:t>
            </w:r>
            <w:proofErr w:type="spellEnd"/>
            <w:r>
              <w:t xml:space="preserve"> </w:t>
            </w:r>
            <w:proofErr w:type="spellStart"/>
            <w:r>
              <w:t>размещения</w:t>
            </w:r>
            <w:proofErr w:type="spellEnd"/>
            <w:r>
              <w:t xml:space="preserve"> </w:t>
            </w:r>
            <w:proofErr w:type="spellStart"/>
            <w:r>
              <w:t>одежды</w:t>
            </w:r>
            <w:proofErr w:type="spellEnd"/>
          </w:p>
        </w:tc>
        <w:tc>
          <w:tcPr>
            <w:tcW w:w="1134" w:type="dxa"/>
            <w:vAlign w:val="center"/>
          </w:tcPr>
          <w:p w14:paraId="099F01AA" w14:textId="77777777" w:rsidR="009C1061" w:rsidRDefault="00441274">
            <w:pPr>
              <w:jc w:val="right"/>
            </w:pPr>
            <w:r>
              <w:t>1 500 руб.</w:t>
            </w:r>
          </w:p>
        </w:tc>
        <w:tc>
          <w:tcPr>
            <w:tcW w:w="1247" w:type="dxa"/>
            <w:vAlign w:val="center"/>
          </w:tcPr>
          <w:p w14:paraId="340F81C5" w14:textId="77777777" w:rsidR="009C1061" w:rsidRDefault="00441274">
            <w:pPr>
              <w:jc w:val="right"/>
            </w:pPr>
            <w:r>
              <w:t>4 500 руб.</w:t>
            </w:r>
          </w:p>
        </w:tc>
      </w:tr>
      <w:tr w:rsidR="0086322D" w14:paraId="081C1861" w14:textId="77777777">
        <w:trPr>
          <w:jc w:val="center"/>
        </w:trPr>
        <w:tc>
          <w:tcPr>
            <w:tcW w:w="260" w:type="dxa"/>
            <w:shd w:val="clear" w:color="auto" w:fill="E2F0D9"/>
            <w:vAlign w:val="center"/>
          </w:tcPr>
          <w:p w14:paraId="50C5A456" w14:textId="77777777" w:rsidR="0086322D" w:rsidRDefault="00441274">
            <w:pPr>
              <w:spacing w:after="0"/>
            </w:pPr>
            <w:r>
              <w:rPr>
                <w:b/>
              </w:rPr>
              <w:t>ИТОГО</w:t>
            </w:r>
          </w:p>
        </w:tc>
        <w:tc>
          <w:tcPr>
            <w:tcW w:w="2381" w:type="dxa"/>
            <w:shd w:val="clear" w:color="auto" w:fill="E2F0D9"/>
            <w:vAlign w:val="center"/>
          </w:tcPr>
          <w:p w14:paraId="493E67DC" w14:textId="77777777" w:rsidR="0086322D" w:rsidRDefault="0086322D">
            <w:pPr>
              <w:spacing w:after="0"/>
            </w:pPr>
          </w:p>
        </w:tc>
        <w:tc>
          <w:tcPr>
            <w:tcW w:w="3288" w:type="dxa"/>
            <w:shd w:val="clear" w:color="auto" w:fill="E2F0D9"/>
            <w:vAlign w:val="center"/>
          </w:tcPr>
          <w:p w14:paraId="7A233CFC" w14:textId="77777777" w:rsidR="0086322D" w:rsidRDefault="0086322D">
            <w:pPr>
              <w:spacing w:after="0"/>
            </w:pPr>
          </w:p>
        </w:tc>
        <w:tc>
          <w:tcPr>
            <w:tcW w:w="737" w:type="dxa"/>
            <w:shd w:val="clear" w:color="auto" w:fill="E2F0D9"/>
            <w:vAlign w:val="center"/>
          </w:tcPr>
          <w:p w14:paraId="34E77620" w14:textId="77777777" w:rsidR="0086322D" w:rsidRDefault="0086322D">
            <w:pPr>
              <w:spacing w:after="0"/>
            </w:pPr>
          </w:p>
        </w:tc>
        <w:tc>
          <w:tcPr>
            <w:tcW w:w="794" w:type="dxa"/>
            <w:shd w:val="clear" w:color="auto" w:fill="E2F0D9"/>
            <w:vAlign w:val="center"/>
          </w:tcPr>
          <w:p w14:paraId="2EAB76BA" w14:textId="77777777" w:rsidR="0086322D" w:rsidRDefault="0086322D">
            <w:pPr>
              <w:spacing w:after="0"/>
            </w:pPr>
          </w:p>
        </w:tc>
        <w:tc>
          <w:tcPr>
            <w:tcW w:w="2608" w:type="dxa"/>
            <w:shd w:val="clear" w:color="auto" w:fill="E2F0D9"/>
            <w:vAlign w:val="center"/>
          </w:tcPr>
          <w:p w14:paraId="02F693E4" w14:textId="77777777" w:rsidR="0086322D" w:rsidRDefault="0086322D">
            <w:pPr>
              <w:spacing w:after="0"/>
            </w:pPr>
          </w:p>
        </w:tc>
        <w:tc>
          <w:tcPr>
            <w:tcW w:w="1479" w:type="dxa"/>
            <w:shd w:val="clear" w:color="auto" w:fill="E2F0D9"/>
            <w:vAlign w:val="center"/>
          </w:tcPr>
          <w:p w14:paraId="48944EE5" w14:textId="77777777" w:rsidR="0086322D" w:rsidRDefault="0086322D">
            <w:pPr>
              <w:spacing w:after="0"/>
            </w:pPr>
          </w:p>
        </w:tc>
        <w:tc>
          <w:tcPr>
            <w:tcW w:w="1247" w:type="dxa"/>
            <w:shd w:val="clear" w:color="auto" w:fill="E2F0D9"/>
            <w:vAlign w:val="center"/>
          </w:tcPr>
          <w:p w14:paraId="7CA38274" w14:textId="77777777" w:rsidR="009C1061" w:rsidRDefault="00441274">
            <w:pPr>
              <w:jc w:val="center"/>
            </w:pPr>
            <w:r>
              <w:rPr>
                <w:b/>
              </w:rPr>
              <w:t>—</w:t>
            </w:r>
          </w:p>
        </w:tc>
        <w:tc>
          <w:tcPr>
            <w:tcW w:w="1417" w:type="dxa"/>
            <w:shd w:val="clear" w:color="auto" w:fill="E2F0D9"/>
            <w:vAlign w:val="center"/>
          </w:tcPr>
          <w:p w14:paraId="27D09620" w14:textId="77777777" w:rsidR="009C1061" w:rsidRDefault="00441274">
            <w:pPr>
              <w:jc w:val="right"/>
            </w:pPr>
            <w:r>
              <w:rPr>
                <w:b/>
              </w:rPr>
              <w:t>25 240 руб.</w:t>
            </w:r>
          </w:p>
        </w:tc>
      </w:tr>
    </w:tbl>
    <w:p w14:paraId="38DFF10B" w14:textId="77777777" w:rsidR="0009622B" w:rsidRDefault="0009622B" w:rsidP="0009622B">
      <w:pPr>
        <w:rPr>
          <w:lang w:val="ru-RU"/>
        </w:rPr>
      </w:pPr>
    </w:p>
    <w:p w14:paraId="022F087E" w14:textId="77777777" w:rsidR="0009622B" w:rsidRDefault="0009622B" w:rsidP="0009622B">
      <w:pPr>
        <w:rPr>
          <w:lang w:val="ru-RU"/>
        </w:rPr>
      </w:pPr>
    </w:p>
    <w:p w14:paraId="616586EA" w14:textId="77777777" w:rsidR="0009622B" w:rsidRPr="006E03F9" w:rsidRDefault="0009622B" w:rsidP="0009622B">
      <w:pPr>
        <w:shd w:val="clear" w:color="auto" w:fill="FFFFFF"/>
        <w:spacing w:after="0" w:line="240" w:lineRule="auto"/>
        <w:jc w:val="both"/>
        <w:rPr>
          <w:rFonts w:cs="Times New Roman"/>
          <w:color w:val="0F1115"/>
          <w:szCs w:val="24"/>
          <w:lang w:val="ru-RU" w:eastAsia="ru-RU"/>
        </w:rPr>
      </w:pPr>
      <w:r w:rsidRPr="006E03F9">
        <w:rPr>
          <w:szCs w:val="24"/>
          <w:lang w:val="ru-RU"/>
        </w:rPr>
        <w:t xml:space="preserve">Перечисленный Товар передается Финансовым управляющим </w:t>
      </w:r>
      <w:proofErr w:type="spellStart"/>
      <w:r w:rsidRPr="006E03F9">
        <w:rPr>
          <w:szCs w:val="24"/>
          <w:lang w:val="ru-RU"/>
        </w:rPr>
        <w:t>Корлыхановой</w:t>
      </w:r>
      <w:proofErr w:type="spellEnd"/>
      <w:r w:rsidRPr="006E03F9">
        <w:rPr>
          <w:szCs w:val="24"/>
          <w:lang w:val="ru-RU"/>
        </w:rPr>
        <w:t xml:space="preserve"> Таисы Ивановны Дитятковской Марией Владимировной на ответственное хранение </w:t>
      </w:r>
      <w:r>
        <w:rPr>
          <w:szCs w:val="24"/>
          <w:lang w:val="ru-RU"/>
        </w:rPr>
        <w:t xml:space="preserve">должнику </w:t>
      </w:r>
      <w:proofErr w:type="spellStart"/>
      <w:r>
        <w:rPr>
          <w:szCs w:val="24"/>
          <w:lang w:val="ru-RU"/>
        </w:rPr>
        <w:t>Корлыхановой</w:t>
      </w:r>
      <w:proofErr w:type="spellEnd"/>
      <w:r>
        <w:rPr>
          <w:szCs w:val="24"/>
          <w:lang w:val="ru-RU"/>
        </w:rPr>
        <w:t xml:space="preserve"> Таисе Ивановне </w:t>
      </w:r>
      <w:r w:rsidRPr="006E03F9">
        <w:rPr>
          <w:szCs w:val="24"/>
          <w:lang w:val="ru-RU"/>
        </w:rPr>
        <w:t xml:space="preserve">по адресу </w:t>
      </w:r>
      <w:r w:rsidRPr="006E03F9">
        <w:rPr>
          <w:rFonts w:cs="Times New Roman"/>
          <w:color w:val="0F1115"/>
          <w:szCs w:val="24"/>
          <w:lang w:val="ru-RU" w:eastAsia="ru-RU"/>
        </w:rPr>
        <w:t>г. Омск, ул. Магистральная, д. 3, пом. 1П.</w:t>
      </w:r>
    </w:p>
    <w:p w14:paraId="0EF5A13F" w14:textId="77777777" w:rsidR="0009622B" w:rsidRDefault="0009622B" w:rsidP="0009622B">
      <w:pPr>
        <w:spacing w:after="120"/>
        <w:jc w:val="both"/>
        <w:rPr>
          <w:lang w:val="ru-RU"/>
        </w:rPr>
      </w:pPr>
    </w:p>
    <w:p w14:paraId="00379707" w14:textId="77777777" w:rsidR="0009622B" w:rsidRPr="00DD5B37" w:rsidRDefault="0009622B" w:rsidP="0009622B">
      <w:pPr>
        <w:spacing w:after="120"/>
        <w:jc w:val="both"/>
        <w:rPr>
          <w:szCs w:val="24"/>
          <w:lang w:val="ru-RU"/>
        </w:rPr>
      </w:pPr>
      <w:r w:rsidRPr="00DD5B37">
        <w:rPr>
          <w:szCs w:val="24"/>
          <w:lang w:val="ru-RU"/>
        </w:rPr>
        <w:t>С момента подписания настоящего Акта обязанность по обеспечению сохранности переданного имущества, недопущению его утраты, повреждения, сокрытия, отчуждения либо передачи третьим лицам без надлежащих правовых оснований возлагается на принимающую сторону, если иное не установлено законом, судебным актом либо отдельным письменным соглашением.</w:t>
      </w:r>
    </w:p>
    <w:p w14:paraId="6FA9904D" w14:textId="77777777" w:rsidR="0009622B" w:rsidRPr="00707E0E" w:rsidRDefault="0009622B" w:rsidP="0009622B">
      <w:pPr>
        <w:spacing w:after="120"/>
        <w:jc w:val="both"/>
        <w:rPr>
          <w:lang w:val="ru-RU"/>
        </w:rPr>
      </w:pPr>
      <w:r w:rsidRPr="00DD5B37">
        <w:rPr>
          <w:szCs w:val="24"/>
          <w:lang w:val="ru-RU"/>
        </w:rPr>
        <w:t>Подписание настоящего Акта не означает разрешения спора о праве собственности на имущество и не подтверждает наличие либо отсутствие у принимающей стороны права собственности, владения или пользования имуществом сверх факта его передачи</w:t>
      </w:r>
      <w:r w:rsidRPr="00707E0E">
        <w:rPr>
          <w:lang w:val="ru-RU"/>
        </w:rPr>
        <w:t>.</w:t>
      </w:r>
    </w:p>
    <w:p w14:paraId="5711D2FB" w14:textId="77777777" w:rsidR="0009622B" w:rsidRPr="006E03F9" w:rsidRDefault="0009622B" w:rsidP="0009622B">
      <w:pPr>
        <w:jc w:val="both"/>
        <w:rPr>
          <w:szCs w:val="24"/>
          <w:lang w:val="ru-RU"/>
        </w:rPr>
      </w:pPr>
    </w:p>
    <w:p w14:paraId="61D7DCE5" w14:textId="77777777" w:rsidR="0009622B" w:rsidRPr="006E03F9" w:rsidRDefault="0009622B" w:rsidP="0009622B">
      <w:pPr>
        <w:jc w:val="both"/>
        <w:rPr>
          <w:szCs w:val="24"/>
          <w:lang w:val="ru-RU"/>
        </w:rPr>
      </w:pPr>
      <w:proofErr w:type="spellStart"/>
      <w:r w:rsidRPr="006E03F9">
        <w:rPr>
          <w:szCs w:val="24"/>
          <w:lang w:val="ru-RU"/>
        </w:rPr>
        <w:t>Корл</w:t>
      </w:r>
      <w:r>
        <w:rPr>
          <w:szCs w:val="24"/>
          <w:lang w:val="ru-RU"/>
        </w:rPr>
        <w:t>ы</w:t>
      </w:r>
      <w:r w:rsidRPr="006E03F9">
        <w:rPr>
          <w:szCs w:val="24"/>
          <w:lang w:val="ru-RU"/>
        </w:rPr>
        <w:t>ханова</w:t>
      </w:r>
      <w:proofErr w:type="spellEnd"/>
      <w:r w:rsidRPr="006E03F9">
        <w:rPr>
          <w:szCs w:val="24"/>
          <w:lang w:val="ru-RU"/>
        </w:rPr>
        <w:t xml:space="preserve"> </w:t>
      </w:r>
      <w:proofErr w:type="gramStart"/>
      <w:r w:rsidRPr="006E03F9">
        <w:rPr>
          <w:szCs w:val="24"/>
          <w:lang w:val="ru-RU"/>
        </w:rPr>
        <w:t>Т.И.</w:t>
      </w:r>
      <w:proofErr w:type="gramEnd"/>
      <w:r w:rsidRPr="006E03F9">
        <w:rPr>
          <w:szCs w:val="24"/>
          <w:lang w:val="ru-RU"/>
        </w:rPr>
        <w:t xml:space="preserve"> предупреждена об ответственности (материальной и уголовной) за утрату или повреждение Товара.</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5102"/>
        <w:gridCol w:w="5102"/>
      </w:tblGrid>
      <w:tr w:rsidR="0009622B" w:rsidRPr="002131FA" w14:paraId="79073C25" w14:textId="77777777" w:rsidTr="00DF6623">
        <w:trPr>
          <w:jc w:val="center"/>
        </w:trPr>
        <w:tc>
          <w:tcPr>
            <w:tcW w:w="5102" w:type="dxa"/>
            <w:tcMar>
              <w:top w:w="60" w:type="dxa"/>
              <w:left w:w="80" w:type="dxa"/>
              <w:bottom w:w="60" w:type="dxa"/>
              <w:right w:w="80" w:type="dxa"/>
            </w:tcMar>
            <w:vAlign w:val="center"/>
          </w:tcPr>
          <w:p w14:paraId="314224BE" w14:textId="77777777" w:rsidR="0009622B" w:rsidRPr="006E03F9" w:rsidRDefault="0009622B" w:rsidP="00DF6623">
            <w:pPr>
              <w:spacing w:after="0" w:line="240" w:lineRule="auto"/>
              <w:jc w:val="both"/>
              <w:rPr>
                <w:szCs w:val="24"/>
                <w:lang w:val="ru-RU"/>
              </w:rPr>
            </w:pPr>
            <w:r w:rsidRPr="006E03F9">
              <w:rPr>
                <w:rFonts w:cs="Times New Roman"/>
                <w:szCs w:val="24"/>
                <w:lang w:val="ru-RU"/>
              </w:rPr>
              <w:t>Передающая сторона: __________________ /</w:t>
            </w:r>
            <w:proofErr w:type="spellStart"/>
            <w:r w:rsidRPr="006E03F9">
              <w:rPr>
                <w:rFonts w:cs="Times New Roman"/>
                <w:szCs w:val="24"/>
                <w:lang w:val="ru-RU"/>
              </w:rPr>
              <w:t>М.В.Дитятковская</w:t>
            </w:r>
            <w:proofErr w:type="spellEnd"/>
            <w:r w:rsidRPr="006E03F9">
              <w:rPr>
                <w:rFonts w:cs="Times New Roman"/>
                <w:szCs w:val="24"/>
                <w:lang w:val="ru-RU"/>
              </w:rPr>
              <w:t>/</w:t>
            </w:r>
          </w:p>
        </w:tc>
        <w:tc>
          <w:tcPr>
            <w:tcW w:w="5102" w:type="dxa"/>
            <w:tcMar>
              <w:top w:w="60" w:type="dxa"/>
              <w:left w:w="80" w:type="dxa"/>
              <w:bottom w:w="60" w:type="dxa"/>
              <w:right w:w="80" w:type="dxa"/>
            </w:tcMar>
            <w:vAlign w:val="center"/>
          </w:tcPr>
          <w:p w14:paraId="518867E9" w14:textId="77777777" w:rsidR="0009622B" w:rsidRPr="006E03F9" w:rsidRDefault="0009622B" w:rsidP="00DF6623">
            <w:pPr>
              <w:spacing w:after="0" w:line="240" w:lineRule="auto"/>
              <w:jc w:val="both"/>
              <w:rPr>
                <w:szCs w:val="24"/>
                <w:lang w:val="ru-RU"/>
              </w:rPr>
            </w:pPr>
            <w:r w:rsidRPr="006E03F9">
              <w:rPr>
                <w:rFonts w:cs="Times New Roman"/>
                <w:szCs w:val="24"/>
                <w:lang w:val="ru-RU"/>
              </w:rPr>
              <w:t>Принимающая сторона: __________________ /</w:t>
            </w:r>
            <w:proofErr w:type="gramStart"/>
            <w:r w:rsidRPr="006E03F9">
              <w:rPr>
                <w:rFonts w:cs="Times New Roman"/>
                <w:szCs w:val="24"/>
                <w:lang w:val="ru-RU"/>
              </w:rPr>
              <w:t>Т.И.</w:t>
            </w:r>
            <w:proofErr w:type="gramEnd"/>
            <w:r w:rsidRPr="006E03F9">
              <w:rPr>
                <w:rFonts w:cs="Times New Roman"/>
                <w:szCs w:val="24"/>
                <w:lang w:val="ru-RU"/>
              </w:rPr>
              <w:t xml:space="preserve"> </w:t>
            </w:r>
            <w:proofErr w:type="spellStart"/>
            <w:r w:rsidRPr="006E03F9">
              <w:rPr>
                <w:rFonts w:cs="Times New Roman"/>
                <w:szCs w:val="24"/>
                <w:lang w:val="ru-RU"/>
              </w:rPr>
              <w:t>Корлыханова</w:t>
            </w:r>
            <w:proofErr w:type="spellEnd"/>
            <w:r w:rsidRPr="006E03F9">
              <w:rPr>
                <w:rFonts w:cs="Times New Roman"/>
                <w:szCs w:val="24"/>
                <w:lang w:val="ru-RU"/>
              </w:rPr>
              <w:t>/</w:t>
            </w:r>
          </w:p>
        </w:tc>
      </w:tr>
      <w:tr w:rsidR="0009622B" w:rsidRPr="002131FA" w14:paraId="7101DB28" w14:textId="77777777" w:rsidTr="00DF6623">
        <w:trPr>
          <w:jc w:val="center"/>
        </w:trPr>
        <w:tc>
          <w:tcPr>
            <w:tcW w:w="5102" w:type="dxa"/>
            <w:tcMar>
              <w:top w:w="60" w:type="dxa"/>
              <w:left w:w="80" w:type="dxa"/>
              <w:bottom w:w="60" w:type="dxa"/>
              <w:right w:w="80" w:type="dxa"/>
            </w:tcMar>
            <w:vAlign w:val="center"/>
          </w:tcPr>
          <w:p w14:paraId="259B43DD" w14:textId="77777777" w:rsidR="0009622B" w:rsidRPr="008E5111" w:rsidRDefault="0009622B" w:rsidP="00DF6623">
            <w:pPr>
              <w:spacing w:after="0" w:line="240" w:lineRule="auto"/>
              <w:jc w:val="both"/>
              <w:rPr>
                <w:szCs w:val="24"/>
                <w:lang w:val="ru-RU"/>
              </w:rPr>
            </w:pPr>
          </w:p>
        </w:tc>
        <w:tc>
          <w:tcPr>
            <w:tcW w:w="5102" w:type="dxa"/>
            <w:tcMar>
              <w:top w:w="60" w:type="dxa"/>
              <w:left w:w="80" w:type="dxa"/>
              <w:bottom w:w="60" w:type="dxa"/>
              <w:right w:w="80" w:type="dxa"/>
            </w:tcMar>
            <w:vAlign w:val="center"/>
          </w:tcPr>
          <w:p w14:paraId="508748D4" w14:textId="77777777" w:rsidR="0009622B" w:rsidRPr="008E5111" w:rsidRDefault="0009622B" w:rsidP="00DF6623">
            <w:pPr>
              <w:spacing w:after="0" w:line="240" w:lineRule="auto"/>
              <w:jc w:val="both"/>
              <w:rPr>
                <w:szCs w:val="24"/>
                <w:lang w:val="ru-RU"/>
              </w:rPr>
            </w:pPr>
          </w:p>
        </w:tc>
      </w:tr>
    </w:tbl>
    <w:p w14:paraId="6F418E2E" w14:textId="77777777" w:rsidR="0009622B" w:rsidRPr="007933C0" w:rsidRDefault="0009622B" w:rsidP="0009622B">
      <w:pPr>
        <w:rPr>
          <w:szCs w:val="24"/>
          <w:lang w:val="ru-RU"/>
        </w:rPr>
      </w:pPr>
    </w:p>
    <w:p w14:paraId="40F87645" w14:textId="77777777" w:rsidR="0009622B" w:rsidRPr="004E2B77" w:rsidRDefault="0009622B" w:rsidP="0009622B">
      <w:pPr>
        <w:rPr>
          <w:lang w:val="ru-RU"/>
        </w:rPr>
      </w:pPr>
    </w:p>
    <w:p w14:paraId="16DDFCC7" w14:textId="77777777" w:rsidR="00FC0796" w:rsidRPr="0009622B" w:rsidRDefault="00FC0796">
      <w:pPr>
        <w:rPr>
          <w:lang w:val="ru-RU"/>
        </w:rPr>
      </w:pPr>
    </w:p>
    <w:p w14:paraId="5D370B40" w14:textId="77777777" w:rsidR="009C1061" w:rsidRPr="002131FA" w:rsidRDefault="009C1061">
      <w:pPr>
        <w:rPr>
          <w:lang w:val="ru-RU"/>
        </w:rPr>
      </w:pPr>
    </w:p>
    <w:p w14:paraId="23B76F7E" w14:textId="77777777" w:rsidR="009C1061" w:rsidRDefault="00441274">
      <w:pPr>
        <w:jc w:val="center"/>
      </w:pPr>
      <w:r>
        <w:rPr>
          <w:b/>
        </w:rPr>
        <w:t>Источники ценовой информации и методика определения ликвидационных цен</w:t>
      </w:r>
    </w:p>
    <w:p w14:paraId="4F3CF510" w14:textId="77777777" w:rsidR="009C1061" w:rsidRDefault="00441274">
      <w:r>
        <w:t>Цены, внесенные в настоящий акт, являются ориентировочными ликвидационными ценами, а не розничной рыночной стоимостью. При расчете учитывались необходимость реализации имущества в процедуре банкротства, ограниченный срок экспозиции, отсутствие гарантий, возможное устаревание ассортимента, неполная детализация части позиций и предполагаемая продажа партиями/оптом. Итоговая ликвидационная стоимость товарного перечня составляет 1 943 370 руб.; торгового оборудования — 25 240 руб.; всего с учетом оборудования —</w:t>
      </w:r>
      <w:r>
        <w:t xml:space="preserve"> 1 968 610 руб..</w:t>
      </w:r>
    </w:p>
    <w:tbl>
      <w:tblPr>
        <w:tblStyle w:val="aff0"/>
        <w:tblW w:w="0" w:type="auto"/>
        <w:jc w:val="center"/>
        <w:tblLook w:val="04A0" w:firstRow="1" w:lastRow="0" w:firstColumn="1" w:lastColumn="0" w:noHBand="0" w:noVBand="1"/>
      </w:tblPr>
      <w:tblGrid>
        <w:gridCol w:w="385"/>
        <w:gridCol w:w="1213"/>
        <w:gridCol w:w="1584"/>
        <w:gridCol w:w="1550"/>
        <w:gridCol w:w="1587"/>
        <w:gridCol w:w="1509"/>
        <w:gridCol w:w="6642"/>
      </w:tblGrid>
      <w:tr w:rsidR="009C1061" w14:paraId="6B9C541A" w14:textId="77777777">
        <w:trPr>
          <w:tblHeader/>
          <w:jc w:val="center"/>
        </w:trPr>
        <w:tc>
          <w:tcPr>
            <w:tcW w:w="2069" w:type="dxa"/>
            <w:shd w:val="clear" w:color="auto" w:fill="D9EAD3"/>
            <w:vAlign w:val="center"/>
          </w:tcPr>
          <w:p w14:paraId="70923ACE" w14:textId="77777777" w:rsidR="009C1061" w:rsidRDefault="00441274">
            <w:pPr>
              <w:jc w:val="center"/>
            </w:pPr>
            <w:r>
              <w:rPr>
                <w:b/>
              </w:rPr>
              <w:lastRenderedPageBreak/>
              <w:t>№</w:t>
            </w:r>
          </w:p>
        </w:tc>
        <w:tc>
          <w:tcPr>
            <w:tcW w:w="2069" w:type="dxa"/>
            <w:shd w:val="clear" w:color="auto" w:fill="D9EAD3"/>
            <w:vAlign w:val="center"/>
          </w:tcPr>
          <w:p w14:paraId="34E6E26E" w14:textId="77777777" w:rsidR="009C1061" w:rsidRDefault="00441274">
            <w:pPr>
              <w:jc w:val="center"/>
            </w:pPr>
            <w:r>
              <w:rPr>
                <w:b/>
              </w:rPr>
              <w:t>Категория товара</w:t>
            </w:r>
          </w:p>
        </w:tc>
        <w:tc>
          <w:tcPr>
            <w:tcW w:w="2069" w:type="dxa"/>
            <w:shd w:val="clear" w:color="auto" w:fill="D9EAD3"/>
            <w:vAlign w:val="center"/>
          </w:tcPr>
          <w:p w14:paraId="18895787" w14:textId="77777777" w:rsidR="009C1061" w:rsidRDefault="00441274">
            <w:pPr>
              <w:jc w:val="center"/>
            </w:pPr>
            <w:r>
              <w:rPr>
                <w:b/>
              </w:rPr>
              <w:t>Источник / аналог</w:t>
            </w:r>
          </w:p>
        </w:tc>
        <w:tc>
          <w:tcPr>
            <w:tcW w:w="2069" w:type="dxa"/>
            <w:shd w:val="clear" w:color="auto" w:fill="D9EAD3"/>
            <w:vAlign w:val="center"/>
          </w:tcPr>
          <w:p w14:paraId="67EF870B" w14:textId="77777777" w:rsidR="009C1061" w:rsidRDefault="00441274">
            <w:pPr>
              <w:jc w:val="center"/>
            </w:pPr>
            <w:r>
              <w:rPr>
                <w:b/>
              </w:rPr>
              <w:t>Диапазон цен по источникам</w:t>
            </w:r>
          </w:p>
        </w:tc>
        <w:tc>
          <w:tcPr>
            <w:tcW w:w="2069" w:type="dxa"/>
            <w:shd w:val="clear" w:color="auto" w:fill="D9EAD3"/>
            <w:vAlign w:val="center"/>
          </w:tcPr>
          <w:p w14:paraId="6B1CA941" w14:textId="77777777" w:rsidR="009C1061" w:rsidRDefault="00441274">
            <w:pPr>
              <w:jc w:val="center"/>
            </w:pPr>
            <w:r>
              <w:rPr>
                <w:b/>
              </w:rPr>
              <w:t>Ликвидационный дисконт</w:t>
            </w:r>
          </w:p>
        </w:tc>
        <w:tc>
          <w:tcPr>
            <w:tcW w:w="2069" w:type="dxa"/>
            <w:shd w:val="clear" w:color="auto" w:fill="D9EAD3"/>
            <w:vAlign w:val="center"/>
          </w:tcPr>
          <w:p w14:paraId="459610E8" w14:textId="77777777" w:rsidR="009C1061" w:rsidRDefault="00441274">
            <w:pPr>
              <w:jc w:val="center"/>
            </w:pPr>
            <w:r>
              <w:rPr>
                <w:b/>
              </w:rPr>
              <w:t>Ориентир ликвидационной цены</w:t>
            </w:r>
          </w:p>
        </w:tc>
        <w:tc>
          <w:tcPr>
            <w:tcW w:w="2069" w:type="dxa"/>
            <w:shd w:val="clear" w:color="auto" w:fill="D9EAD3"/>
            <w:vAlign w:val="center"/>
          </w:tcPr>
          <w:p w14:paraId="29137C82" w14:textId="77777777" w:rsidR="009C1061" w:rsidRDefault="00441274">
            <w:pPr>
              <w:jc w:val="center"/>
            </w:pPr>
            <w:r>
              <w:rPr>
                <w:b/>
              </w:rPr>
              <w:t>Ссылка</w:t>
            </w:r>
          </w:p>
        </w:tc>
      </w:tr>
      <w:tr w:rsidR="009C1061" w14:paraId="5404CB7F" w14:textId="77777777">
        <w:trPr>
          <w:jc w:val="center"/>
        </w:trPr>
        <w:tc>
          <w:tcPr>
            <w:tcW w:w="2069" w:type="dxa"/>
            <w:vAlign w:val="center"/>
          </w:tcPr>
          <w:p w14:paraId="67535138" w14:textId="77777777" w:rsidR="009C1061" w:rsidRDefault="00441274">
            <w:pPr>
              <w:jc w:val="center"/>
            </w:pPr>
            <w:r>
              <w:t>1</w:t>
            </w:r>
          </w:p>
        </w:tc>
        <w:tc>
          <w:tcPr>
            <w:tcW w:w="2069" w:type="dxa"/>
            <w:vAlign w:val="center"/>
          </w:tcPr>
          <w:p w14:paraId="025FC137" w14:textId="77777777" w:rsidR="009C1061" w:rsidRDefault="00441274">
            <w:r>
              <w:t>Мужские костюмы</w:t>
            </w:r>
          </w:p>
        </w:tc>
        <w:tc>
          <w:tcPr>
            <w:tcW w:w="2069" w:type="dxa"/>
            <w:vAlign w:val="center"/>
          </w:tcPr>
          <w:p w14:paraId="2E8415BA" w14:textId="77777777" w:rsidR="009C1061" w:rsidRDefault="00441274">
            <w:r>
              <w:t>Ozon: мужские костюмы до 5 000 руб.; Ozon: классический костюм-двойка</w:t>
            </w:r>
          </w:p>
        </w:tc>
        <w:tc>
          <w:tcPr>
            <w:tcW w:w="2069" w:type="dxa"/>
            <w:vAlign w:val="center"/>
          </w:tcPr>
          <w:p w14:paraId="1C4243A3" w14:textId="77777777" w:rsidR="009C1061" w:rsidRDefault="00441274">
            <w:r>
              <w:t>примерно 1 056–12 119 руб.</w:t>
            </w:r>
          </w:p>
        </w:tc>
        <w:tc>
          <w:tcPr>
            <w:tcW w:w="2069" w:type="dxa"/>
            <w:vAlign w:val="center"/>
          </w:tcPr>
          <w:p w14:paraId="35297E23" w14:textId="77777777" w:rsidR="009C1061" w:rsidRDefault="00441274">
            <w:r>
              <w:t>60–75%</w:t>
            </w:r>
          </w:p>
        </w:tc>
        <w:tc>
          <w:tcPr>
            <w:tcW w:w="2069" w:type="dxa"/>
            <w:vAlign w:val="center"/>
          </w:tcPr>
          <w:p w14:paraId="13D8C7DB" w14:textId="77777777" w:rsidR="009C1061" w:rsidRDefault="00441274">
            <w:r>
              <w:t>1 500–1 800 руб.</w:t>
            </w:r>
          </w:p>
        </w:tc>
        <w:tc>
          <w:tcPr>
            <w:tcW w:w="2069" w:type="dxa"/>
            <w:vAlign w:val="center"/>
          </w:tcPr>
          <w:p w14:paraId="7E77C671" w14:textId="77777777" w:rsidR="009C1061" w:rsidRDefault="00441274">
            <w:r>
              <w:t>https://www.ozon.ru/category/kostyumy-muzhskie-do-5000-rubley/; https://www.ozon.ru/category/kostyum-muzhskoy-klassicheskiy-dvoyka/</w:t>
            </w:r>
          </w:p>
        </w:tc>
      </w:tr>
      <w:tr w:rsidR="009C1061" w14:paraId="20C6C7F5" w14:textId="77777777">
        <w:trPr>
          <w:jc w:val="center"/>
        </w:trPr>
        <w:tc>
          <w:tcPr>
            <w:tcW w:w="2069" w:type="dxa"/>
            <w:vAlign w:val="center"/>
          </w:tcPr>
          <w:p w14:paraId="56FF9716" w14:textId="77777777" w:rsidR="009C1061" w:rsidRDefault="00441274">
            <w:pPr>
              <w:jc w:val="center"/>
            </w:pPr>
            <w:r>
              <w:t>2</w:t>
            </w:r>
          </w:p>
        </w:tc>
        <w:tc>
          <w:tcPr>
            <w:tcW w:w="2069" w:type="dxa"/>
            <w:vAlign w:val="center"/>
          </w:tcPr>
          <w:p w14:paraId="2653F991" w14:textId="77777777" w:rsidR="009C1061" w:rsidRDefault="00441274">
            <w:r>
              <w:t>Мужские брюки</w:t>
            </w:r>
          </w:p>
        </w:tc>
        <w:tc>
          <w:tcPr>
            <w:tcW w:w="2069" w:type="dxa"/>
            <w:vAlign w:val="center"/>
          </w:tcPr>
          <w:p w14:paraId="7E99E998" w14:textId="77777777" w:rsidR="009C1061" w:rsidRDefault="00441274">
            <w:r>
              <w:t>Ozon: мужские классические брюки, в т.ч. размеры 52–54 и 58/182</w:t>
            </w:r>
          </w:p>
        </w:tc>
        <w:tc>
          <w:tcPr>
            <w:tcW w:w="2069" w:type="dxa"/>
            <w:vAlign w:val="center"/>
          </w:tcPr>
          <w:p w14:paraId="71A355B7" w14:textId="77777777" w:rsidR="009C1061" w:rsidRDefault="00441274">
            <w:r>
              <w:t>примерно 850–5 495 руб.</w:t>
            </w:r>
          </w:p>
        </w:tc>
        <w:tc>
          <w:tcPr>
            <w:tcW w:w="2069" w:type="dxa"/>
            <w:vAlign w:val="center"/>
          </w:tcPr>
          <w:p w14:paraId="221C4418" w14:textId="77777777" w:rsidR="009C1061" w:rsidRDefault="00441274">
            <w:r>
              <w:t>60–75%</w:t>
            </w:r>
          </w:p>
        </w:tc>
        <w:tc>
          <w:tcPr>
            <w:tcW w:w="2069" w:type="dxa"/>
            <w:vAlign w:val="center"/>
          </w:tcPr>
          <w:p w14:paraId="316D14E0" w14:textId="77777777" w:rsidR="009C1061" w:rsidRDefault="00441274">
            <w:r>
              <w:t>500–550 руб.</w:t>
            </w:r>
          </w:p>
        </w:tc>
        <w:tc>
          <w:tcPr>
            <w:tcW w:w="2069" w:type="dxa"/>
            <w:vAlign w:val="center"/>
          </w:tcPr>
          <w:p w14:paraId="40C6AC24" w14:textId="77777777" w:rsidR="009C1061" w:rsidRDefault="00441274">
            <w:r>
              <w:t>https://www.ozon.ru/category/bryuki-muzhskie-klassicheskie/; https://www.ozon.ru/category/bryuki-muzhskie-klassicheskie5254/</w:t>
            </w:r>
          </w:p>
        </w:tc>
      </w:tr>
      <w:tr w:rsidR="009C1061" w14:paraId="3893CB0A" w14:textId="77777777">
        <w:trPr>
          <w:jc w:val="center"/>
        </w:trPr>
        <w:tc>
          <w:tcPr>
            <w:tcW w:w="2069" w:type="dxa"/>
            <w:vAlign w:val="center"/>
          </w:tcPr>
          <w:p w14:paraId="04F1C48B" w14:textId="77777777" w:rsidR="009C1061" w:rsidRDefault="00441274">
            <w:pPr>
              <w:jc w:val="center"/>
            </w:pPr>
            <w:r>
              <w:t>3</w:t>
            </w:r>
          </w:p>
        </w:tc>
        <w:tc>
          <w:tcPr>
            <w:tcW w:w="2069" w:type="dxa"/>
            <w:vAlign w:val="center"/>
          </w:tcPr>
          <w:p w14:paraId="4A0DC75C" w14:textId="77777777" w:rsidR="009C1061" w:rsidRDefault="00441274">
            <w:r>
              <w:t>Мужские сорочки, рубашки, футболки, джемперы</w:t>
            </w:r>
          </w:p>
        </w:tc>
        <w:tc>
          <w:tcPr>
            <w:tcW w:w="2069" w:type="dxa"/>
            <w:vAlign w:val="center"/>
          </w:tcPr>
          <w:p w14:paraId="0DA5FD7A" w14:textId="77777777" w:rsidR="009C1061" w:rsidRDefault="00441274">
            <w:r>
              <w:t>Ozon/Wildberries: мужская одежда; сопоставимые категории рубашек, футболок и джемперов</w:t>
            </w:r>
          </w:p>
        </w:tc>
        <w:tc>
          <w:tcPr>
            <w:tcW w:w="2069" w:type="dxa"/>
            <w:vAlign w:val="center"/>
          </w:tcPr>
          <w:p w14:paraId="33F9D7C2" w14:textId="77777777" w:rsidR="009C1061" w:rsidRDefault="00441274">
            <w:r>
              <w:t>примерно 700–3 500 руб.</w:t>
            </w:r>
          </w:p>
        </w:tc>
        <w:tc>
          <w:tcPr>
            <w:tcW w:w="2069" w:type="dxa"/>
            <w:vAlign w:val="center"/>
          </w:tcPr>
          <w:p w14:paraId="12D70E49" w14:textId="77777777" w:rsidR="009C1061" w:rsidRDefault="00441274">
            <w:r>
              <w:t>65–85%</w:t>
            </w:r>
          </w:p>
        </w:tc>
        <w:tc>
          <w:tcPr>
            <w:tcW w:w="2069" w:type="dxa"/>
            <w:vAlign w:val="center"/>
          </w:tcPr>
          <w:p w14:paraId="5F4BD412" w14:textId="77777777" w:rsidR="009C1061" w:rsidRDefault="00441274">
            <w:r>
              <w:t>180–450 руб.</w:t>
            </w:r>
          </w:p>
        </w:tc>
        <w:tc>
          <w:tcPr>
            <w:tcW w:w="2069" w:type="dxa"/>
            <w:vAlign w:val="center"/>
          </w:tcPr>
          <w:p w14:paraId="7B13904D" w14:textId="77777777" w:rsidR="009C1061" w:rsidRDefault="00441274">
            <w:r>
              <w:t>https://www.wildberries.ru/catalog/muzhchinam/odezhda; https://www.ozon.ru/category/muzhskaya-odezhda/</w:t>
            </w:r>
          </w:p>
        </w:tc>
      </w:tr>
      <w:tr w:rsidR="009C1061" w14:paraId="21844C7D" w14:textId="77777777">
        <w:trPr>
          <w:jc w:val="center"/>
        </w:trPr>
        <w:tc>
          <w:tcPr>
            <w:tcW w:w="2069" w:type="dxa"/>
            <w:vAlign w:val="center"/>
          </w:tcPr>
          <w:p w14:paraId="18E11C39" w14:textId="77777777" w:rsidR="009C1061" w:rsidRDefault="00441274">
            <w:pPr>
              <w:jc w:val="center"/>
            </w:pPr>
            <w:r>
              <w:lastRenderedPageBreak/>
              <w:t>4</w:t>
            </w:r>
          </w:p>
        </w:tc>
        <w:tc>
          <w:tcPr>
            <w:tcW w:w="2069" w:type="dxa"/>
            <w:vAlign w:val="center"/>
          </w:tcPr>
          <w:p w14:paraId="0F04652A" w14:textId="77777777" w:rsidR="009C1061" w:rsidRDefault="00441274">
            <w:r>
              <w:t>Женские юбки, блузки, брюки</w:t>
            </w:r>
          </w:p>
        </w:tc>
        <w:tc>
          <w:tcPr>
            <w:tcW w:w="2069" w:type="dxa"/>
            <w:vAlign w:val="center"/>
          </w:tcPr>
          <w:p w14:paraId="36A9C769" w14:textId="77777777" w:rsidR="009C1061" w:rsidRDefault="00441274">
            <w:r>
              <w:t>Wildberries/Ozon: женская одежда, юбки, блузки, брюки</w:t>
            </w:r>
          </w:p>
        </w:tc>
        <w:tc>
          <w:tcPr>
            <w:tcW w:w="2069" w:type="dxa"/>
            <w:vAlign w:val="center"/>
          </w:tcPr>
          <w:p w14:paraId="2A53E81A" w14:textId="77777777" w:rsidR="009C1061" w:rsidRDefault="00441274">
            <w:r>
              <w:t>примерно 700–3 000 руб.</w:t>
            </w:r>
          </w:p>
        </w:tc>
        <w:tc>
          <w:tcPr>
            <w:tcW w:w="2069" w:type="dxa"/>
            <w:vAlign w:val="center"/>
          </w:tcPr>
          <w:p w14:paraId="6FFC08EE" w14:textId="77777777" w:rsidR="009C1061" w:rsidRDefault="00441274">
            <w:r>
              <w:t>65–85%</w:t>
            </w:r>
          </w:p>
        </w:tc>
        <w:tc>
          <w:tcPr>
            <w:tcW w:w="2069" w:type="dxa"/>
            <w:vAlign w:val="center"/>
          </w:tcPr>
          <w:p w14:paraId="32EF8A59" w14:textId="77777777" w:rsidR="009C1061" w:rsidRDefault="00441274">
            <w:r>
              <w:t>250–350 руб.</w:t>
            </w:r>
          </w:p>
        </w:tc>
        <w:tc>
          <w:tcPr>
            <w:tcW w:w="2069" w:type="dxa"/>
            <w:vAlign w:val="center"/>
          </w:tcPr>
          <w:p w14:paraId="2A9B43C9" w14:textId="77777777" w:rsidR="009C1061" w:rsidRDefault="00441274">
            <w:r>
              <w:t>https://www.wildberries.ru/catalog/zhenshchinam/odezhda; https://www.ozon.ru/category/zhenskaya-odezhda/</w:t>
            </w:r>
          </w:p>
        </w:tc>
      </w:tr>
      <w:tr w:rsidR="009C1061" w14:paraId="44CA38E2" w14:textId="77777777">
        <w:trPr>
          <w:jc w:val="center"/>
        </w:trPr>
        <w:tc>
          <w:tcPr>
            <w:tcW w:w="2069" w:type="dxa"/>
            <w:vAlign w:val="center"/>
          </w:tcPr>
          <w:p w14:paraId="6B772269" w14:textId="77777777" w:rsidR="009C1061" w:rsidRDefault="00441274">
            <w:pPr>
              <w:jc w:val="center"/>
            </w:pPr>
            <w:r>
              <w:t>5</w:t>
            </w:r>
          </w:p>
        </w:tc>
        <w:tc>
          <w:tcPr>
            <w:tcW w:w="2069" w:type="dxa"/>
            <w:vAlign w:val="center"/>
          </w:tcPr>
          <w:p w14:paraId="54700F87" w14:textId="77777777" w:rsidR="009C1061" w:rsidRDefault="00441274">
            <w:r>
              <w:t>Школьная форма и подростковая одежда</w:t>
            </w:r>
          </w:p>
        </w:tc>
        <w:tc>
          <w:tcPr>
            <w:tcW w:w="2069" w:type="dxa"/>
            <w:vAlign w:val="center"/>
          </w:tcPr>
          <w:p w14:paraId="6A1091C5" w14:textId="77777777" w:rsidR="009C1061" w:rsidRDefault="00441274">
            <w:r>
              <w:t>2ГИС: магазины школьной формы в Омске; Ozon: школьные костюмы; Wildberries: школьная форма</w:t>
            </w:r>
          </w:p>
        </w:tc>
        <w:tc>
          <w:tcPr>
            <w:tcW w:w="2069" w:type="dxa"/>
            <w:vAlign w:val="center"/>
          </w:tcPr>
          <w:p w14:paraId="18B529B5" w14:textId="77777777" w:rsidR="009C1061" w:rsidRDefault="00441274">
            <w:r>
              <w:t>примерно 849–8 585 руб.</w:t>
            </w:r>
          </w:p>
        </w:tc>
        <w:tc>
          <w:tcPr>
            <w:tcW w:w="2069" w:type="dxa"/>
            <w:vAlign w:val="center"/>
          </w:tcPr>
          <w:p w14:paraId="790DB0E2" w14:textId="77777777" w:rsidR="009C1061" w:rsidRDefault="00441274">
            <w:r>
              <w:t>60–80%</w:t>
            </w:r>
          </w:p>
        </w:tc>
        <w:tc>
          <w:tcPr>
            <w:tcW w:w="2069" w:type="dxa"/>
            <w:vAlign w:val="center"/>
          </w:tcPr>
          <w:p w14:paraId="1D47CDC8" w14:textId="77777777" w:rsidR="009C1061" w:rsidRDefault="00441274">
            <w:r>
              <w:t>250–800 руб.</w:t>
            </w:r>
          </w:p>
        </w:tc>
        <w:tc>
          <w:tcPr>
            <w:tcW w:w="2069" w:type="dxa"/>
            <w:vAlign w:val="center"/>
          </w:tcPr>
          <w:p w14:paraId="66AE38E9" w14:textId="77777777" w:rsidR="009C1061" w:rsidRDefault="00441274">
            <w:r>
              <w:t>https://2gis.ru/omsk/search/Школьная%20форма/rubricId/110404; https://www.ozon.ru/category/shkolnye-kostyumy-dlya-malchikov-temno-korichnevye/; https://www.wildberries.ru/catalog/detyam/shkola/odezhda-dlya-devochek</w:t>
            </w:r>
          </w:p>
        </w:tc>
      </w:tr>
      <w:tr w:rsidR="009C1061" w14:paraId="3C74669F" w14:textId="77777777">
        <w:trPr>
          <w:jc w:val="center"/>
        </w:trPr>
        <w:tc>
          <w:tcPr>
            <w:tcW w:w="2069" w:type="dxa"/>
            <w:vAlign w:val="center"/>
          </w:tcPr>
          <w:p w14:paraId="1CF501B5" w14:textId="77777777" w:rsidR="009C1061" w:rsidRDefault="00441274">
            <w:pPr>
              <w:jc w:val="center"/>
            </w:pPr>
            <w:r>
              <w:t>6</w:t>
            </w:r>
          </w:p>
        </w:tc>
        <w:tc>
          <w:tcPr>
            <w:tcW w:w="2069" w:type="dxa"/>
            <w:vAlign w:val="center"/>
          </w:tcPr>
          <w:p w14:paraId="7E4F3ACB" w14:textId="77777777" w:rsidR="009C1061" w:rsidRDefault="00441274">
            <w:r>
              <w:t>Детская одежда: костюмы, платья, комплекты, брюки</w:t>
            </w:r>
          </w:p>
        </w:tc>
        <w:tc>
          <w:tcPr>
            <w:tcW w:w="2069" w:type="dxa"/>
            <w:vAlign w:val="center"/>
          </w:tcPr>
          <w:p w14:paraId="408F66DF" w14:textId="77777777" w:rsidR="009C1061" w:rsidRDefault="00441274">
            <w:r>
              <w:t xml:space="preserve">Ozon/Wildberries: детская одежда, комплекты для малышей, одежда для </w:t>
            </w:r>
            <w:r>
              <w:lastRenderedPageBreak/>
              <w:t>мальчиков/девочек</w:t>
            </w:r>
          </w:p>
        </w:tc>
        <w:tc>
          <w:tcPr>
            <w:tcW w:w="2069" w:type="dxa"/>
            <w:vAlign w:val="center"/>
          </w:tcPr>
          <w:p w14:paraId="586A4CDB" w14:textId="77777777" w:rsidR="009C1061" w:rsidRDefault="00441274">
            <w:r>
              <w:lastRenderedPageBreak/>
              <w:t>примерно 456–5 500 руб.</w:t>
            </w:r>
          </w:p>
        </w:tc>
        <w:tc>
          <w:tcPr>
            <w:tcW w:w="2069" w:type="dxa"/>
            <w:vAlign w:val="center"/>
          </w:tcPr>
          <w:p w14:paraId="01135138" w14:textId="77777777" w:rsidR="009C1061" w:rsidRDefault="00441274">
            <w:r>
              <w:t>65–90%</w:t>
            </w:r>
          </w:p>
        </w:tc>
        <w:tc>
          <w:tcPr>
            <w:tcW w:w="2069" w:type="dxa"/>
            <w:vAlign w:val="center"/>
          </w:tcPr>
          <w:p w14:paraId="5D1F74C9" w14:textId="77777777" w:rsidR="009C1061" w:rsidRDefault="00441274">
            <w:r>
              <w:t>60–600 руб.</w:t>
            </w:r>
          </w:p>
        </w:tc>
        <w:tc>
          <w:tcPr>
            <w:tcW w:w="2069" w:type="dxa"/>
            <w:vAlign w:val="center"/>
          </w:tcPr>
          <w:p w14:paraId="1AD019A4" w14:textId="77777777" w:rsidR="009C1061" w:rsidRDefault="00441274">
            <w:r>
              <w:t>https://www.ozon.ru/category/odezhda-dlya-malchikov-dlya-shkoly/; https://www.wildberries.ru/catalog/detyam/odezhda; https://www.wildberries.ru/catalog/detyam/odezhda/dlya-novorozhdennyh/komplekty-odezhdy-dlya-malyshey</w:t>
            </w:r>
          </w:p>
        </w:tc>
      </w:tr>
      <w:tr w:rsidR="009C1061" w14:paraId="3EED0AB9" w14:textId="77777777">
        <w:trPr>
          <w:jc w:val="center"/>
        </w:trPr>
        <w:tc>
          <w:tcPr>
            <w:tcW w:w="2069" w:type="dxa"/>
            <w:vAlign w:val="center"/>
          </w:tcPr>
          <w:p w14:paraId="5891A486" w14:textId="77777777" w:rsidR="009C1061" w:rsidRDefault="00441274">
            <w:pPr>
              <w:jc w:val="center"/>
            </w:pPr>
            <w:r>
              <w:t>7</w:t>
            </w:r>
          </w:p>
        </w:tc>
        <w:tc>
          <w:tcPr>
            <w:tcW w:w="2069" w:type="dxa"/>
            <w:vAlign w:val="center"/>
          </w:tcPr>
          <w:p w14:paraId="66617C73" w14:textId="77777777" w:rsidR="009C1061" w:rsidRDefault="00441274">
            <w:r>
              <w:t>Детская обувь, чешки, сандалии, сапоги</w:t>
            </w:r>
          </w:p>
        </w:tc>
        <w:tc>
          <w:tcPr>
            <w:tcW w:w="2069" w:type="dxa"/>
            <w:vAlign w:val="center"/>
          </w:tcPr>
          <w:p w14:paraId="44F02477" w14:textId="77777777" w:rsidR="009C1061" w:rsidRDefault="00441274">
            <w:r>
              <w:t>Ozon: чешки и детские сандалии; маркетплейсы детской обуви</w:t>
            </w:r>
          </w:p>
        </w:tc>
        <w:tc>
          <w:tcPr>
            <w:tcW w:w="2069" w:type="dxa"/>
            <w:vAlign w:val="center"/>
          </w:tcPr>
          <w:p w14:paraId="4BB3B728" w14:textId="77777777" w:rsidR="009C1061" w:rsidRDefault="00441274">
            <w:r>
              <w:t>примерно 300–2 500 руб.</w:t>
            </w:r>
          </w:p>
        </w:tc>
        <w:tc>
          <w:tcPr>
            <w:tcW w:w="2069" w:type="dxa"/>
            <w:vAlign w:val="center"/>
          </w:tcPr>
          <w:p w14:paraId="48864FC6" w14:textId="77777777" w:rsidR="009C1061" w:rsidRDefault="00441274">
            <w:r>
              <w:t>60–80%</w:t>
            </w:r>
          </w:p>
        </w:tc>
        <w:tc>
          <w:tcPr>
            <w:tcW w:w="2069" w:type="dxa"/>
            <w:vAlign w:val="center"/>
          </w:tcPr>
          <w:p w14:paraId="63AF3B64" w14:textId="77777777" w:rsidR="009C1061" w:rsidRDefault="00441274">
            <w:r>
              <w:t>120–350 руб.</w:t>
            </w:r>
          </w:p>
        </w:tc>
        <w:tc>
          <w:tcPr>
            <w:tcW w:w="2069" w:type="dxa"/>
            <w:vAlign w:val="center"/>
          </w:tcPr>
          <w:p w14:paraId="54864AB6" w14:textId="77777777" w:rsidR="009C1061" w:rsidRDefault="00441274">
            <w:r>
              <w:t>https://www.ozon.ru/category/cheshki-detskie/; https://www.ozon.ru/category/sandalii-detskie/</w:t>
            </w:r>
          </w:p>
        </w:tc>
      </w:tr>
      <w:tr w:rsidR="009C1061" w14:paraId="7661BDD9" w14:textId="77777777">
        <w:trPr>
          <w:jc w:val="center"/>
        </w:trPr>
        <w:tc>
          <w:tcPr>
            <w:tcW w:w="2069" w:type="dxa"/>
            <w:vAlign w:val="center"/>
          </w:tcPr>
          <w:p w14:paraId="26C1368C" w14:textId="77777777" w:rsidR="009C1061" w:rsidRDefault="00441274">
            <w:pPr>
              <w:jc w:val="center"/>
            </w:pPr>
            <w:r>
              <w:t>8</w:t>
            </w:r>
          </w:p>
        </w:tc>
        <w:tc>
          <w:tcPr>
            <w:tcW w:w="2069" w:type="dxa"/>
            <w:vAlign w:val="center"/>
          </w:tcPr>
          <w:p w14:paraId="5D565C71" w14:textId="77777777" w:rsidR="009C1061" w:rsidRDefault="00441274">
            <w:r>
              <w:t>Детские мелкие товары: носки, колготки, трусы, шарфы, перчатки</w:t>
            </w:r>
          </w:p>
        </w:tc>
        <w:tc>
          <w:tcPr>
            <w:tcW w:w="2069" w:type="dxa"/>
            <w:vAlign w:val="center"/>
          </w:tcPr>
          <w:p w14:paraId="5525551C" w14:textId="77777777" w:rsidR="009C1061" w:rsidRDefault="00441274">
            <w:r>
              <w:t>Ozon/Wildberries: детские аксессуары и белье</w:t>
            </w:r>
          </w:p>
        </w:tc>
        <w:tc>
          <w:tcPr>
            <w:tcW w:w="2069" w:type="dxa"/>
            <w:vAlign w:val="center"/>
          </w:tcPr>
          <w:p w14:paraId="143EE8E5" w14:textId="77777777" w:rsidR="009C1061" w:rsidRDefault="00441274">
            <w:r>
              <w:t>примерно 100–700 руб.</w:t>
            </w:r>
          </w:p>
        </w:tc>
        <w:tc>
          <w:tcPr>
            <w:tcW w:w="2069" w:type="dxa"/>
            <w:vAlign w:val="center"/>
          </w:tcPr>
          <w:p w14:paraId="4C7944E0" w14:textId="77777777" w:rsidR="009C1061" w:rsidRDefault="00441274">
            <w:r>
              <w:t>60–90%</w:t>
            </w:r>
          </w:p>
        </w:tc>
        <w:tc>
          <w:tcPr>
            <w:tcW w:w="2069" w:type="dxa"/>
            <w:vAlign w:val="center"/>
          </w:tcPr>
          <w:p w14:paraId="63541B3E" w14:textId="77777777" w:rsidR="009C1061" w:rsidRDefault="00441274">
            <w:r>
              <w:t>30–120 руб.</w:t>
            </w:r>
          </w:p>
        </w:tc>
        <w:tc>
          <w:tcPr>
            <w:tcW w:w="2069" w:type="dxa"/>
            <w:vAlign w:val="center"/>
          </w:tcPr>
          <w:p w14:paraId="2CA5F982" w14:textId="77777777" w:rsidR="009C1061" w:rsidRDefault="00441274">
            <w:r>
              <w:t>https://www.wildberries.ru/catalog/detyam/odezhda; https://www.ozon.ru/category/detskaya-odezhda/</w:t>
            </w:r>
          </w:p>
        </w:tc>
      </w:tr>
      <w:tr w:rsidR="009C1061" w14:paraId="2AE0A03A" w14:textId="77777777">
        <w:trPr>
          <w:jc w:val="center"/>
        </w:trPr>
        <w:tc>
          <w:tcPr>
            <w:tcW w:w="2069" w:type="dxa"/>
            <w:vAlign w:val="center"/>
          </w:tcPr>
          <w:p w14:paraId="1EBD34EE" w14:textId="77777777" w:rsidR="009C1061" w:rsidRDefault="00441274">
            <w:pPr>
              <w:jc w:val="center"/>
            </w:pPr>
            <w:r>
              <w:t>9</w:t>
            </w:r>
          </w:p>
        </w:tc>
        <w:tc>
          <w:tcPr>
            <w:tcW w:w="2069" w:type="dxa"/>
            <w:vAlign w:val="center"/>
          </w:tcPr>
          <w:p w14:paraId="5BA4551E" w14:textId="77777777" w:rsidR="009C1061" w:rsidRDefault="00441274">
            <w:r>
              <w:t>Торговое оборудование б/у: манекены, стеллажи, витрины</w:t>
            </w:r>
          </w:p>
        </w:tc>
        <w:tc>
          <w:tcPr>
            <w:tcW w:w="2069" w:type="dxa"/>
            <w:vAlign w:val="center"/>
          </w:tcPr>
          <w:p w14:paraId="4A6244C0" w14:textId="77777777" w:rsidR="009C1061" w:rsidRDefault="00441274">
            <w:r>
              <w:t xml:space="preserve">ВКупиПродай Омск: торговое оборудование; Wildberries: торговое </w:t>
            </w:r>
            <w:r>
              <w:lastRenderedPageBreak/>
              <w:t>оборудование</w:t>
            </w:r>
          </w:p>
        </w:tc>
        <w:tc>
          <w:tcPr>
            <w:tcW w:w="2069" w:type="dxa"/>
            <w:vAlign w:val="center"/>
          </w:tcPr>
          <w:p w14:paraId="36F46652" w14:textId="77777777" w:rsidR="009C1061" w:rsidRDefault="00441274">
            <w:r>
              <w:lastRenderedPageBreak/>
              <w:t>манекены от 100 руб.; стеллажи/витрины от 804–4 500 руб. и выше</w:t>
            </w:r>
          </w:p>
        </w:tc>
        <w:tc>
          <w:tcPr>
            <w:tcW w:w="2069" w:type="dxa"/>
            <w:vAlign w:val="center"/>
          </w:tcPr>
          <w:p w14:paraId="59063932" w14:textId="77777777" w:rsidR="009C1061" w:rsidRDefault="00441274">
            <w:r>
              <w:t>40–80%</w:t>
            </w:r>
          </w:p>
        </w:tc>
        <w:tc>
          <w:tcPr>
            <w:tcW w:w="2069" w:type="dxa"/>
            <w:vAlign w:val="center"/>
          </w:tcPr>
          <w:p w14:paraId="5ECD1219" w14:textId="77777777" w:rsidR="009C1061" w:rsidRDefault="00441274">
            <w:r>
              <w:t>80–4 000 руб.</w:t>
            </w:r>
          </w:p>
        </w:tc>
        <w:tc>
          <w:tcPr>
            <w:tcW w:w="2069" w:type="dxa"/>
            <w:vAlign w:val="center"/>
          </w:tcPr>
          <w:p w14:paraId="7C3C283D" w14:textId="77777777" w:rsidR="009C1061" w:rsidRDefault="00441274">
            <w:r>
              <w:t>https://omsk.vkupiprodai.ru/oborud/omsk_torgovoe/; https://www.wildberries.ru/catalog/tags/torgovoe-oborudovanie-stellazhi; https://www.wildberries.ru/catalog/tags/torgovoe-oborudovanie-dlja-prodazhi</w:t>
            </w:r>
          </w:p>
        </w:tc>
      </w:tr>
      <w:tr w:rsidR="009C1061" w14:paraId="024923E4" w14:textId="77777777">
        <w:trPr>
          <w:jc w:val="center"/>
        </w:trPr>
        <w:tc>
          <w:tcPr>
            <w:tcW w:w="2069" w:type="dxa"/>
            <w:vAlign w:val="center"/>
          </w:tcPr>
          <w:p w14:paraId="066F927D" w14:textId="77777777" w:rsidR="009C1061" w:rsidRDefault="00441274">
            <w:pPr>
              <w:jc w:val="center"/>
            </w:pPr>
            <w:r>
              <w:t>10</w:t>
            </w:r>
          </w:p>
        </w:tc>
        <w:tc>
          <w:tcPr>
            <w:tcW w:w="2069" w:type="dxa"/>
            <w:vAlign w:val="center"/>
          </w:tcPr>
          <w:p w14:paraId="0153687B" w14:textId="77777777" w:rsidR="009C1061" w:rsidRDefault="00441274">
            <w:r>
              <w:t>Локальный спрос и наличие магазинов в Омске</w:t>
            </w:r>
          </w:p>
        </w:tc>
        <w:tc>
          <w:tcPr>
            <w:tcW w:w="2069" w:type="dxa"/>
            <w:vAlign w:val="center"/>
          </w:tcPr>
          <w:p w14:paraId="77DBEA75" w14:textId="77777777" w:rsidR="009C1061" w:rsidRDefault="00441274">
            <w:r>
              <w:t>2ГИС: магазины школьной формы, детской одежды и мужской одежды в Омске</w:t>
            </w:r>
          </w:p>
        </w:tc>
        <w:tc>
          <w:tcPr>
            <w:tcW w:w="2069" w:type="dxa"/>
            <w:vAlign w:val="center"/>
          </w:tcPr>
          <w:p w14:paraId="4ABE780D" w14:textId="77777777" w:rsidR="009C1061" w:rsidRDefault="00441274">
            <w:r>
              <w:t>локальный рынок подтвержден наличием профильных продавцов</w:t>
            </w:r>
          </w:p>
        </w:tc>
        <w:tc>
          <w:tcPr>
            <w:tcW w:w="2069" w:type="dxa"/>
            <w:vAlign w:val="center"/>
          </w:tcPr>
          <w:p w14:paraId="08105F2C" w14:textId="77777777" w:rsidR="009C1061" w:rsidRDefault="00441274">
            <w:r>
              <w:t>дополнительный дисконт на быструю реализацию</w:t>
            </w:r>
          </w:p>
        </w:tc>
        <w:tc>
          <w:tcPr>
            <w:tcW w:w="2069" w:type="dxa"/>
            <w:vAlign w:val="center"/>
          </w:tcPr>
          <w:p w14:paraId="771FC34B" w14:textId="77777777" w:rsidR="009C1061" w:rsidRDefault="00441274">
            <w:r>
              <w:t>учтено в категориях</w:t>
            </w:r>
          </w:p>
        </w:tc>
        <w:tc>
          <w:tcPr>
            <w:tcW w:w="2069" w:type="dxa"/>
            <w:vAlign w:val="center"/>
          </w:tcPr>
          <w:p w14:paraId="189409D0" w14:textId="77777777" w:rsidR="009C1061" w:rsidRDefault="00441274">
            <w:r>
              <w:t>https://2gis.ru/omsk/search/Школьная%20форма/rubricId/110404; https://2gis.ru/omsk/search/Магазин%20школьной%20формы%20и%20детской%20одежды</w:t>
            </w:r>
          </w:p>
        </w:tc>
      </w:tr>
    </w:tbl>
    <w:p w14:paraId="4AF2A590" w14:textId="77777777" w:rsidR="009C1061" w:rsidRDefault="00441274">
      <w:r>
        <w:rPr>
          <w:b/>
        </w:rPr>
        <w:t>Юридическая оговорка: настоящий расчет является аналитическим расчетом ориентировочной ликвидационной стоимости имущества по открытым источникам и не является отчетом об оценке в смысле Федерального закона № 135-ФЗ «Об оценочной деятельности в Российской Федерации», поскольку не подготовлен оценщиком — членом саморегулируемой организации оценщиков.</w:t>
      </w:r>
    </w:p>
    <w:sectPr w:rsidR="009C1061" w:rsidSect="0009622B">
      <w:headerReference w:type="even" r:id="rId7"/>
      <w:headerReference w:type="default" r:id="rId8"/>
      <w:footerReference w:type="even" r:id="rId9"/>
      <w:footerReference w:type="default" r:id="rId10"/>
      <w:headerReference w:type="first" r:id="rId11"/>
      <w:footerReference w:type="first" r:id="rId12"/>
      <w:pgSz w:w="15840" w:h="12240" w:orient="landscape"/>
      <w:pgMar w:top="850" w:right="680" w:bottom="85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3A7F" w14:textId="77777777" w:rsidR="00441274" w:rsidRDefault="00441274">
      <w:pPr>
        <w:spacing w:after="0" w:line="240" w:lineRule="auto"/>
      </w:pPr>
      <w:r>
        <w:separator/>
      </w:r>
    </w:p>
  </w:endnote>
  <w:endnote w:type="continuationSeparator" w:id="0">
    <w:p w14:paraId="66899CFF" w14:textId="77777777" w:rsidR="00441274" w:rsidRDefault="0044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B552" w14:textId="77777777" w:rsidR="009C1061" w:rsidRDefault="009C10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0FC9" w14:textId="77777777" w:rsidR="009C1061" w:rsidRDefault="009C106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10DF" w14:textId="77777777" w:rsidR="009C1061" w:rsidRDefault="009C10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FCE10" w14:textId="77777777" w:rsidR="00441274" w:rsidRDefault="00441274">
      <w:pPr>
        <w:spacing w:after="0" w:line="240" w:lineRule="auto"/>
      </w:pPr>
      <w:r>
        <w:separator/>
      </w:r>
    </w:p>
  </w:footnote>
  <w:footnote w:type="continuationSeparator" w:id="0">
    <w:p w14:paraId="7ADE4FC8" w14:textId="77777777" w:rsidR="00441274" w:rsidRDefault="0044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05444" w14:textId="77777777" w:rsidR="009C1061" w:rsidRDefault="009C10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7560" w14:textId="77777777" w:rsidR="009C1061" w:rsidRDefault="009C10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CADD2" w14:textId="77777777" w:rsidR="009C1061" w:rsidRDefault="009C10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C7A62D8"/>
    <w:multiLevelType w:val="hybridMultilevel"/>
    <w:tmpl w:val="80745E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5746C05"/>
    <w:multiLevelType w:val="hybridMultilevel"/>
    <w:tmpl w:val="98183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0904437">
    <w:abstractNumId w:val="8"/>
  </w:num>
  <w:num w:numId="2" w16cid:durableId="815143906">
    <w:abstractNumId w:val="6"/>
  </w:num>
  <w:num w:numId="3" w16cid:durableId="1422919455">
    <w:abstractNumId w:val="5"/>
  </w:num>
  <w:num w:numId="4" w16cid:durableId="706680548">
    <w:abstractNumId w:val="4"/>
  </w:num>
  <w:num w:numId="5" w16cid:durableId="790519971">
    <w:abstractNumId w:val="7"/>
  </w:num>
  <w:num w:numId="6" w16cid:durableId="1372193980">
    <w:abstractNumId w:val="3"/>
  </w:num>
  <w:num w:numId="7" w16cid:durableId="989747062">
    <w:abstractNumId w:val="2"/>
  </w:num>
  <w:num w:numId="8" w16cid:durableId="1115439330">
    <w:abstractNumId w:val="1"/>
  </w:num>
  <w:num w:numId="9" w16cid:durableId="2087531809">
    <w:abstractNumId w:val="0"/>
  </w:num>
  <w:num w:numId="10" w16cid:durableId="17200283">
    <w:abstractNumId w:val="9"/>
  </w:num>
  <w:num w:numId="11" w16cid:durableId="760999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2B"/>
    <w:rsid w:val="0009622B"/>
    <w:rsid w:val="00116401"/>
    <w:rsid w:val="00125972"/>
    <w:rsid w:val="002131FA"/>
    <w:rsid w:val="002B4315"/>
    <w:rsid w:val="00441274"/>
    <w:rsid w:val="004D0CD2"/>
    <w:rsid w:val="004F0F31"/>
    <w:rsid w:val="0074570E"/>
    <w:rsid w:val="0086322D"/>
    <w:rsid w:val="009C1061"/>
    <w:rsid w:val="009F5051"/>
    <w:rsid w:val="00A14BEA"/>
    <w:rsid w:val="00D96738"/>
    <w:rsid w:val="00FC0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9BD89"/>
  <w15:chartTrackingRefBased/>
  <w15:docId w15:val="{6B118BCB-5FCD-4A3E-8776-E32D6AED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9622B"/>
    <w:pPr>
      <w:spacing w:after="200" w:line="276" w:lineRule="auto"/>
    </w:pPr>
    <w:rPr>
      <w:rFonts w:ascii="Times New Roman" w:eastAsia="Times New Roman" w:hAnsi="Times New Roman"/>
      <w:kern w:val="0"/>
      <w:sz w:val="24"/>
      <w:lang w:val="en-US"/>
      <w14:ligatures w14:val="none"/>
    </w:rPr>
  </w:style>
  <w:style w:type="paragraph" w:styleId="1">
    <w:name w:val="heading 1"/>
    <w:basedOn w:val="a1"/>
    <w:next w:val="a1"/>
    <w:link w:val="10"/>
    <w:uiPriority w:val="9"/>
    <w:qFormat/>
    <w:rsid w:val="0009622B"/>
    <w:pPr>
      <w:keepNext/>
      <w:keepLines/>
      <w:spacing w:before="360" w:after="80"/>
      <w:outlineLvl w:val="0"/>
    </w:pPr>
    <w:rPr>
      <w:rFonts w:asciiTheme="majorHAnsi" w:eastAsiaTheme="majorEastAsia" w:hAnsiTheme="majorHAnsi" w:cstheme="majorBidi"/>
      <w:color w:val="0F4761" w:themeColor="accent1" w:themeShade="BF"/>
      <w:szCs w:val="40"/>
    </w:rPr>
  </w:style>
  <w:style w:type="paragraph" w:styleId="21">
    <w:name w:val="heading 2"/>
    <w:basedOn w:val="a1"/>
    <w:next w:val="a1"/>
    <w:link w:val="22"/>
    <w:uiPriority w:val="9"/>
    <w:unhideWhenUsed/>
    <w:qFormat/>
    <w:rsid w:val="0009622B"/>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31">
    <w:name w:val="heading 3"/>
    <w:basedOn w:val="a1"/>
    <w:next w:val="a1"/>
    <w:link w:val="32"/>
    <w:uiPriority w:val="9"/>
    <w:unhideWhenUsed/>
    <w:qFormat/>
    <w:rsid w:val="0009622B"/>
    <w:pPr>
      <w:keepNext/>
      <w:keepLines/>
      <w:spacing w:before="160" w:after="80"/>
      <w:outlineLvl w:val="2"/>
    </w:pPr>
    <w:rPr>
      <w:rFonts w:eastAsiaTheme="majorEastAsia" w:cstheme="majorBidi"/>
      <w:color w:val="0F4761" w:themeColor="accent1" w:themeShade="BF"/>
      <w:szCs w:val="28"/>
    </w:rPr>
  </w:style>
  <w:style w:type="paragraph" w:styleId="4">
    <w:name w:val="heading 4"/>
    <w:basedOn w:val="a1"/>
    <w:next w:val="a1"/>
    <w:link w:val="40"/>
    <w:uiPriority w:val="9"/>
    <w:semiHidden/>
    <w:unhideWhenUsed/>
    <w:qFormat/>
    <w:rsid w:val="0009622B"/>
    <w:pPr>
      <w:keepNext/>
      <w:keepLines/>
      <w:spacing w:before="80" w:after="40"/>
      <w:outlineLvl w:val="3"/>
    </w:pPr>
    <w:rPr>
      <w:rFonts w:eastAsiaTheme="majorEastAsia" w:cstheme="majorBidi"/>
      <w:i/>
      <w:iCs/>
      <w:color w:val="0F4761" w:themeColor="accent1" w:themeShade="BF"/>
    </w:rPr>
  </w:style>
  <w:style w:type="paragraph" w:styleId="5">
    <w:name w:val="heading 5"/>
    <w:basedOn w:val="a1"/>
    <w:next w:val="a1"/>
    <w:link w:val="50"/>
    <w:uiPriority w:val="9"/>
    <w:semiHidden/>
    <w:unhideWhenUsed/>
    <w:qFormat/>
    <w:rsid w:val="0009622B"/>
    <w:pPr>
      <w:keepNext/>
      <w:keepLines/>
      <w:spacing w:before="80" w:after="40"/>
      <w:outlineLvl w:val="4"/>
    </w:pPr>
    <w:rPr>
      <w:rFonts w:eastAsiaTheme="majorEastAsia" w:cstheme="majorBidi"/>
      <w:color w:val="0F4761" w:themeColor="accent1" w:themeShade="BF"/>
    </w:rPr>
  </w:style>
  <w:style w:type="paragraph" w:styleId="6">
    <w:name w:val="heading 6"/>
    <w:basedOn w:val="a1"/>
    <w:next w:val="a1"/>
    <w:link w:val="60"/>
    <w:uiPriority w:val="9"/>
    <w:semiHidden/>
    <w:unhideWhenUsed/>
    <w:qFormat/>
    <w:rsid w:val="0009622B"/>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semiHidden/>
    <w:unhideWhenUsed/>
    <w:qFormat/>
    <w:rsid w:val="0009622B"/>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09622B"/>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semiHidden/>
    <w:unhideWhenUsed/>
    <w:qFormat/>
    <w:rsid w:val="0009622B"/>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9622B"/>
    <w:rPr>
      <w:rFonts w:asciiTheme="majorHAnsi" w:eastAsiaTheme="majorEastAsia" w:hAnsiTheme="majorHAnsi" w:cstheme="majorBidi"/>
      <w:color w:val="0F4761" w:themeColor="accent1" w:themeShade="BF"/>
      <w:sz w:val="24"/>
      <w:szCs w:val="40"/>
    </w:rPr>
  </w:style>
  <w:style w:type="character" w:customStyle="1" w:styleId="22">
    <w:name w:val="Заголовок 2 Знак"/>
    <w:basedOn w:val="a2"/>
    <w:link w:val="21"/>
    <w:uiPriority w:val="9"/>
    <w:rsid w:val="0009622B"/>
    <w:rPr>
      <w:rFonts w:asciiTheme="majorHAnsi" w:eastAsiaTheme="majorEastAsia" w:hAnsiTheme="majorHAnsi" w:cstheme="majorBidi"/>
      <w:color w:val="0F4761" w:themeColor="accent1" w:themeShade="BF"/>
      <w:sz w:val="24"/>
      <w:szCs w:val="32"/>
    </w:rPr>
  </w:style>
  <w:style w:type="character" w:customStyle="1" w:styleId="32">
    <w:name w:val="Заголовок 3 Знак"/>
    <w:basedOn w:val="a2"/>
    <w:link w:val="31"/>
    <w:uiPriority w:val="9"/>
    <w:rsid w:val="0009622B"/>
    <w:rPr>
      <w:rFonts w:eastAsiaTheme="majorEastAsia" w:cstheme="majorBidi"/>
      <w:color w:val="0F4761" w:themeColor="accent1" w:themeShade="BF"/>
      <w:sz w:val="24"/>
      <w:szCs w:val="28"/>
    </w:rPr>
  </w:style>
  <w:style w:type="character" w:customStyle="1" w:styleId="40">
    <w:name w:val="Заголовок 4 Знак"/>
    <w:basedOn w:val="a2"/>
    <w:link w:val="4"/>
    <w:uiPriority w:val="9"/>
    <w:semiHidden/>
    <w:rsid w:val="0009622B"/>
    <w:rPr>
      <w:rFonts w:eastAsiaTheme="majorEastAsia" w:cstheme="majorBidi"/>
      <w:i/>
      <w:iCs/>
      <w:color w:val="0F4761" w:themeColor="accent1" w:themeShade="BF"/>
      <w:sz w:val="24"/>
    </w:rPr>
  </w:style>
  <w:style w:type="character" w:customStyle="1" w:styleId="50">
    <w:name w:val="Заголовок 5 Знак"/>
    <w:basedOn w:val="a2"/>
    <w:link w:val="5"/>
    <w:uiPriority w:val="9"/>
    <w:semiHidden/>
    <w:rsid w:val="0009622B"/>
    <w:rPr>
      <w:rFonts w:eastAsiaTheme="majorEastAsia" w:cstheme="majorBidi"/>
      <w:color w:val="0F4761" w:themeColor="accent1" w:themeShade="BF"/>
      <w:sz w:val="24"/>
    </w:rPr>
  </w:style>
  <w:style w:type="character" w:customStyle="1" w:styleId="60">
    <w:name w:val="Заголовок 6 Знак"/>
    <w:basedOn w:val="a2"/>
    <w:link w:val="6"/>
    <w:uiPriority w:val="9"/>
    <w:semiHidden/>
    <w:rsid w:val="0009622B"/>
    <w:rPr>
      <w:rFonts w:eastAsiaTheme="majorEastAsia" w:cstheme="majorBidi"/>
      <w:i/>
      <w:iCs/>
      <w:color w:val="595959" w:themeColor="text1" w:themeTint="A6"/>
      <w:sz w:val="24"/>
    </w:rPr>
  </w:style>
  <w:style w:type="character" w:customStyle="1" w:styleId="70">
    <w:name w:val="Заголовок 7 Знак"/>
    <w:basedOn w:val="a2"/>
    <w:link w:val="7"/>
    <w:uiPriority w:val="9"/>
    <w:semiHidden/>
    <w:rsid w:val="0009622B"/>
    <w:rPr>
      <w:rFonts w:eastAsiaTheme="majorEastAsia" w:cstheme="majorBidi"/>
      <w:color w:val="595959" w:themeColor="text1" w:themeTint="A6"/>
      <w:sz w:val="24"/>
    </w:rPr>
  </w:style>
  <w:style w:type="character" w:customStyle="1" w:styleId="80">
    <w:name w:val="Заголовок 8 Знак"/>
    <w:basedOn w:val="a2"/>
    <w:link w:val="8"/>
    <w:uiPriority w:val="9"/>
    <w:semiHidden/>
    <w:rsid w:val="0009622B"/>
    <w:rPr>
      <w:rFonts w:eastAsiaTheme="majorEastAsia" w:cstheme="majorBidi"/>
      <w:i/>
      <w:iCs/>
      <w:color w:val="272727" w:themeColor="text1" w:themeTint="D8"/>
      <w:sz w:val="24"/>
    </w:rPr>
  </w:style>
  <w:style w:type="character" w:customStyle="1" w:styleId="90">
    <w:name w:val="Заголовок 9 Знак"/>
    <w:basedOn w:val="a2"/>
    <w:link w:val="9"/>
    <w:uiPriority w:val="9"/>
    <w:semiHidden/>
    <w:rsid w:val="0009622B"/>
    <w:rPr>
      <w:rFonts w:eastAsiaTheme="majorEastAsia" w:cstheme="majorBidi"/>
      <w:color w:val="272727" w:themeColor="text1" w:themeTint="D8"/>
      <w:sz w:val="24"/>
    </w:rPr>
  </w:style>
  <w:style w:type="paragraph" w:styleId="a5">
    <w:name w:val="Title"/>
    <w:basedOn w:val="a1"/>
    <w:next w:val="a1"/>
    <w:link w:val="a6"/>
    <w:uiPriority w:val="10"/>
    <w:qFormat/>
    <w:rsid w:val="0009622B"/>
    <w:pPr>
      <w:spacing w:after="80" w:line="240" w:lineRule="auto"/>
      <w:contextualSpacing/>
    </w:pPr>
    <w:rPr>
      <w:rFonts w:asciiTheme="majorHAnsi" w:eastAsiaTheme="majorEastAsia" w:hAnsiTheme="majorHAnsi" w:cstheme="majorBidi"/>
      <w:spacing w:val="-10"/>
      <w:kern w:val="28"/>
      <w:szCs w:val="56"/>
    </w:rPr>
  </w:style>
  <w:style w:type="character" w:customStyle="1" w:styleId="a6">
    <w:name w:val="Заголовок Знак"/>
    <w:basedOn w:val="a2"/>
    <w:link w:val="a5"/>
    <w:uiPriority w:val="10"/>
    <w:rsid w:val="0009622B"/>
    <w:rPr>
      <w:rFonts w:asciiTheme="majorHAnsi" w:eastAsiaTheme="majorEastAsia" w:hAnsiTheme="majorHAnsi" w:cstheme="majorBidi"/>
      <w:spacing w:val="-10"/>
      <w:kern w:val="28"/>
      <w:sz w:val="24"/>
      <w:szCs w:val="56"/>
    </w:rPr>
  </w:style>
  <w:style w:type="paragraph" w:styleId="a7">
    <w:name w:val="Subtitle"/>
    <w:basedOn w:val="a1"/>
    <w:next w:val="a1"/>
    <w:link w:val="a8"/>
    <w:uiPriority w:val="11"/>
    <w:qFormat/>
    <w:rsid w:val="0009622B"/>
    <w:pPr>
      <w:numPr>
        <w:ilvl w:val="1"/>
      </w:numPr>
    </w:pPr>
    <w:rPr>
      <w:rFonts w:eastAsiaTheme="majorEastAsia" w:cstheme="majorBidi"/>
      <w:color w:val="595959" w:themeColor="text1" w:themeTint="A6"/>
      <w:spacing w:val="15"/>
      <w:szCs w:val="28"/>
    </w:rPr>
  </w:style>
  <w:style w:type="character" w:customStyle="1" w:styleId="a8">
    <w:name w:val="Подзаголовок Знак"/>
    <w:basedOn w:val="a2"/>
    <w:link w:val="a7"/>
    <w:uiPriority w:val="11"/>
    <w:rsid w:val="0009622B"/>
    <w:rPr>
      <w:rFonts w:eastAsiaTheme="majorEastAsia" w:cstheme="majorBidi"/>
      <w:color w:val="595959" w:themeColor="text1" w:themeTint="A6"/>
      <w:spacing w:val="15"/>
      <w:sz w:val="24"/>
      <w:szCs w:val="28"/>
    </w:rPr>
  </w:style>
  <w:style w:type="paragraph" w:styleId="23">
    <w:name w:val="Quote"/>
    <w:basedOn w:val="a1"/>
    <w:next w:val="a1"/>
    <w:link w:val="24"/>
    <w:uiPriority w:val="29"/>
    <w:qFormat/>
    <w:rsid w:val="0009622B"/>
    <w:pPr>
      <w:spacing w:before="160"/>
      <w:jc w:val="center"/>
    </w:pPr>
    <w:rPr>
      <w:i/>
      <w:iCs/>
      <w:color w:val="404040" w:themeColor="text1" w:themeTint="BF"/>
    </w:rPr>
  </w:style>
  <w:style w:type="character" w:customStyle="1" w:styleId="24">
    <w:name w:val="Цитата 2 Знак"/>
    <w:basedOn w:val="a2"/>
    <w:link w:val="23"/>
    <w:uiPriority w:val="29"/>
    <w:rsid w:val="0009622B"/>
    <w:rPr>
      <w:i/>
      <w:iCs/>
      <w:color w:val="404040" w:themeColor="text1" w:themeTint="BF"/>
      <w:sz w:val="24"/>
    </w:rPr>
  </w:style>
  <w:style w:type="paragraph" w:styleId="a9">
    <w:name w:val="List Paragraph"/>
    <w:basedOn w:val="a1"/>
    <w:uiPriority w:val="34"/>
    <w:qFormat/>
    <w:rsid w:val="0009622B"/>
    <w:pPr>
      <w:ind w:left="720"/>
      <w:contextualSpacing/>
    </w:pPr>
  </w:style>
  <w:style w:type="character" w:styleId="aa">
    <w:name w:val="Intense Emphasis"/>
    <w:basedOn w:val="a2"/>
    <w:uiPriority w:val="21"/>
    <w:qFormat/>
    <w:rsid w:val="0009622B"/>
    <w:rPr>
      <w:i/>
      <w:iCs/>
      <w:color w:val="0F4761" w:themeColor="accent1" w:themeShade="BF"/>
      <w:sz w:val="24"/>
    </w:rPr>
  </w:style>
  <w:style w:type="paragraph" w:styleId="ab">
    <w:name w:val="Intense Quote"/>
    <w:basedOn w:val="a1"/>
    <w:next w:val="a1"/>
    <w:link w:val="ac"/>
    <w:uiPriority w:val="30"/>
    <w:qFormat/>
    <w:rsid w:val="00096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2"/>
    <w:link w:val="ab"/>
    <w:uiPriority w:val="30"/>
    <w:rsid w:val="0009622B"/>
    <w:rPr>
      <w:i/>
      <w:iCs/>
      <w:color w:val="0F4761" w:themeColor="accent1" w:themeShade="BF"/>
      <w:sz w:val="24"/>
    </w:rPr>
  </w:style>
  <w:style w:type="character" w:styleId="ad">
    <w:name w:val="Intense Reference"/>
    <w:basedOn w:val="a2"/>
    <w:uiPriority w:val="32"/>
    <w:qFormat/>
    <w:rsid w:val="0009622B"/>
    <w:rPr>
      <w:b/>
      <w:bCs/>
      <w:smallCaps/>
      <w:color w:val="0F4761" w:themeColor="accent1" w:themeShade="BF"/>
      <w:spacing w:val="5"/>
      <w:sz w:val="24"/>
    </w:rPr>
  </w:style>
  <w:style w:type="paragraph" w:styleId="ae">
    <w:name w:val="header"/>
    <w:basedOn w:val="a1"/>
    <w:link w:val="af"/>
    <w:uiPriority w:val="99"/>
    <w:unhideWhenUsed/>
    <w:rsid w:val="0009622B"/>
    <w:pPr>
      <w:tabs>
        <w:tab w:val="center" w:pos="4680"/>
        <w:tab w:val="right" w:pos="9360"/>
      </w:tabs>
      <w:spacing w:after="0" w:line="240" w:lineRule="auto"/>
    </w:pPr>
  </w:style>
  <w:style w:type="character" w:customStyle="1" w:styleId="af">
    <w:name w:val="Верхний колонтитул Знак"/>
    <w:basedOn w:val="a2"/>
    <w:link w:val="ae"/>
    <w:uiPriority w:val="99"/>
    <w:rsid w:val="0009622B"/>
    <w:rPr>
      <w:rFonts w:ascii="Times New Roman" w:eastAsia="Times New Roman" w:hAnsi="Times New Roman"/>
      <w:kern w:val="0"/>
      <w:sz w:val="24"/>
      <w:lang w:val="en-US"/>
      <w14:ligatures w14:val="none"/>
    </w:rPr>
  </w:style>
  <w:style w:type="paragraph" w:styleId="af0">
    <w:name w:val="footer"/>
    <w:basedOn w:val="a1"/>
    <w:link w:val="af1"/>
    <w:uiPriority w:val="99"/>
    <w:unhideWhenUsed/>
    <w:rsid w:val="0009622B"/>
    <w:pPr>
      <w:tabs>
        <w:tab w:val="center" w:pos="4680"/>
        <w:tab w:val="right" w:pos="9360"/>
      </w:tabs>
      <w:spacing w:after="0" w:line="240" w:lineRule="auto"/>
    </w:pPr>
  </w:style>
  <w:style w:type="character" w:customStyle="1" w:styleId="af1">
    <w:name w:val="Нижний колонтитул Знак"/>
    <w:basedOn w:val="a2"/>
    <w:link w:val="af0"/>
    <w:uiPriority w:val="99"/>
    <w:rsid w:val="0009622B"/>
    <w:rPr>
      <w:rFonts w:ascii="Times New Roman" w:eastAsia="Times New Roman" w:hAnsi="Times New Roman"/>
      <w:kern w:val="0"/>
      <w:sz w:val="24"/>
      <w:lang w:val="en-US"/>
      <w14:ligatures w14:val="none"/>
    </w:rPr>
  </w:style>
  <w:style w:type="paragraph" w:styleId="af2">
    <w:name w:val="No Spacing"/>
    <w:uiPriority w:val="1"/>
    <w:qFormat/>
    <w:rsid w:val="0009622B"/>
    <w:pPr>
      <w:spacing w:after="0" w:line="240" w:lineRule="auto"/>
    </w:pPr>
    <w:rPr>
      <w:rFonts w:eastAsiaTheme="minorEastAsia"/>
      <w:kern w:val="0"/>
      <w:sz w:val="24"/>
      <w:lang w:val="en-US"/>
      <w14:ligatures w14:val="none"/>
    </w:rPr>
  </w:style>
  <w:style w:type="paragraph" w:styleId="af3">
    <w:name w:val="Body Text"/>
    <w:basedOn w:val="a1"/>
    <w:link w:val="af4"/>
    <w:uiPriority w:val="99"/>
    <w:unhideWhenUsed/>
    <w:rsid w:val="0009622B"/>
    <w:pPr>
      <w:spacing w:after="120"/>
    </w:pPr>
  </w:style>
  <w:style w:type="character" w:customStyle="1" w:styleId="af4">
    <w:name w:val="Основной текст Знак"/>
    <w:basedOn w:val="a2"/>
    <w:link w:val="af3"/>
    <w:uiPriority w:val="99"/>
    <w:rsid w:val="0009622B"/>
    <w:rPr>
      <w:rFonts w:ascii="Times New Roman" w:eastAsia="Times New Roman" w:hAnsi="Times New Roman"/>
      <w:kern w:val="0"/>
      <w:sz w:val="24"/>
      <w:lang w:val="en-US"/>
      <w14:ligatures w14:val="none"/>
    </w:rPr>
  </w:style>
  <w:style w:type="paragraph" w:styleId="25">
    <w:name w:val="Body Text 2"/>
    <w:basedOn w:val="a1"/>
    <w:link w:val="26"/>
    <w:uiPriority w:val="99"/>
    <w:unhideWhenUsed/>
    <w:rsid w:val="0009622B"/>
    <w:pPr>
      <w:spacing w:after="120" w:line="480" w:lineRule="auto"/>
    </w:pPr>
  </w:style>
  <w:style w:type="character" w:customStyle="1" w:styleId="26">
    <w:name w:val="Основной текст 2 Знак"/>
    <w:basedOn w:val="a2"/>
    <w:link w:val="25"/>
    <w:uiPriority w:val="99"/>
    <w:rsid w:val="0009622B"/>
    <w:rPr>
      <w:rFonts w:ascii="Times New Roman" w:eastAsia="Times New Roman" w:hAnsi="Times New Roman"/>
      <w:kern w:val="0"/>
      <w:sz w:val="24"/>
      <w:lang w:val="en-US"/>
      <w14:ligatures w14:val="none"/>
    </w:rPr>
  </w:style>
  <w:style w:type="paragraph" w:styleId="33">
    <w:name w:val="Body Text 3"/>
    <w:basedOn w:val="a1"/>
    <w:link w:val="34"/>
    <w:uiPriority w:val="99"/>
    <w:unhideWhenUsed/>
    <w:rsid w:val="0009622B"/>
    <w:pPr>
      <w:spacing w:after="120"/>
    </w:pPr>
    <w:rPr>
      <w:szCs w:val="16"/>
    </w:rPr>
  </w:style>
  <w:style w:type="character" w:customStyle="1" w:styleId="34">
    <w:name w:val="Основной текст 3 Знак"/>
    <w:basedOn w:val="a2"/>
    <w:link w:val="33"/>
    <w:uiPriority w:val="99"/>
    <w:rsid w:val="0009622B"/>
    <w:rPr>
      <w:rFonts w:ascii="Times New Roman" w:eastAsia="Times New Roman" w:hAnsi="Times New Roman"/>
      <w:kern w:val="0"/>
      <w:sz w:val="24"/>
      <w:szCs w:val="16"/>
      <w:lang w:val="en-US"/>
      <w14:ligatures w14:val="none"/>
    </w:rPr>
  </w:style>
  <w:style w:type="paragraph" w:styleId="af5">
    <w:name w:val="List"/>
    <w:basedOn w:val="a1"/>
    <w:uiPriority w:val="99"/>
    <w:unhideWhenUsed/>
    <w:rsid w:val="0009622B"/>
    <w:pPr>
      <w:ind w:left="360" w:hanging="360"/>
      <w:contextualSpacing/>
    </w:pPr>
  </w:style>
  <w:style w:type="paragraph" w:styleId="27">
    <w:name w:val="List 2"/>
    <w:basedOn w:val="a1"/>
    <w:uiPriority w:val="99"/>
    <w:unhideWhenUsed/>
    <w:rsid w:val="0009622B"/>
    <w:pPr>
      <w:ind w:left="720" w:hanging="360"/>
      <w:contextualSpacing/>
    </w:pPr>
  </w:style>
  <w:style w:type="paragraph" w:styleId="35">
    <w:name w:val="List 3"/>
    <w:basedOn w:val="a1"/>
    <w:uiPriority w:val="99"/>
    <w:unhideWhenUsed/>
    <w:rsid w:val="0009622B"/>
    <w:pPr>
      <w:ind w:left="1080" w:hanging="360"/>
      <w:contextualSpacing/>
    </w:pPr>
  </w:style>
  <w:style w:type="paragraph" w:styleId="a0">
    <w:name w:val="List Bullet"/>
    <w:basedOn w:val="a1"/>
    <w:uiPriority w:val="99"/>
    <w:unhideWhenUsed/>
    <w:rsid w:val="0009622B"/>
    <w:pPr>
      <w:numPr>
        <w:numId w:val="1"/>
      </w:numPr>
      <w:tabs>
        <w:tab w:val="clear" w:pos="360"/>
      </w:tabs>
      <w:ind w:left="0" w:firstLine="0"/>
      <w:contextualSpacing/>
    </w:pPr>
  </w:style>
  <w:style w:type="paragraph" w:styleId="20">
    <w:name w:val="List Bullet 2"/>
    <w:basedOn w:val="a1"/>
    <w:uiPriority w:val="99"/>
    <w:unhideWhenUsed/>
    <w:rsid w:val="0009622B"/>
    <w:pPr>
      <w:numPr>
        <w:numId w:val="2"/>
      </w:numPr>
      <w:tabs>
        <w:tab w:val="clear" w:pos="720"/>
      </w:tabs>
      <w:ind w:left="0" w:firstLine="0"/>
      <w:contextualSpacing/>
    </w:pPr>
  </w:style>
  <w:style w:type="paragraph" w:styleId="30">
    <w:name w:val="List Bullet 3"/>
    <w:basedOn w:val="a1"/>
    <w:uiPriority w:val="99"/>
    <w:unhideWhenUsed/>
    <w:rsid w:val="0009622B"/>
    <w:pPr>
      <w:numPr>
        <w:numId w:val="3"/>
      </w:numPr>
      <w:tabs>
        <w:tab w:val="clear" w:pos="1080"/>
      </w:tabs>
      <w:ind w:left="0" w:firstLine="0"/>
      <w:contextualSpacing/>
    </w:pPr>
  </w:style>
  <w:style w:type="paragraph" w:styleId="a">
    <w:name w:val="List Number"/>
    <w:basedOn w:val="a1"/>
    <w:uiPriority w:val="99"/>
    <w:unhideWhenUsed/>
    <w:rsid w:val="0009622B"/>
    <w:pPr>
      <w:numPr>
        <w:numId w:val="5"/>
      </w:numPr>
      <w:tabs>
        <w:tab w:val="clear" w:pos="360"/>
      </w:tabs>
      <w:ind w:left="0" w:firstLine="0"/>
      <w:contextualSpacing/>
    </w:pPr>
  </w:style>
  <w:style w:type="paragraph" w:styleId="2">
    <w:name w:val="List Number 2"/>
    <w:basedOn w:val="a1"/>
    <w:uiPriority w:val="99"/>
    <w:unhideWhenUsed/>
    <w:rsid w:val="0009622B"/>
    <w:pPr>
      <w:numPr>
        <w:numId w:val="6"/>
      </w:numPr>
      <w:tabs>
        <w:tab w:val="clear" w:pos="720"/>
      </w:tabs>
      <w:ind w:left="0" w:firstLine="0"/>
      <w:contextualSpacing/>
    </w:pPr>
  </w:style>
  <w:style w:type="paragraph" w:styleId="3">
    <w:name w:val="List Number 3"/>
    <w:basedOn w:val="a1"/>
    <w:uiPriority w:val="99"/>
    <w:unhideWhenUsed/>
    <w:rsid w:val="0009622B"/>
    <w:pPr>
      <w:numPr>
        <w:numId w:val="7"/>
      </w:numPr>
      <w:tabs>
        <w:tab w:val="clear" w:pos="1080"/>
      </w:tabs>
      <w:ind w:left="0" w:firstLine="0"/>
      <w:contextualSpacing/>
    </w:pPr>
  </w:style>
  <w:style w:type="paragraph" w:styleId="af6">
    <w:name w:val="List Continue"/>
    <w:basedOn w:val="a1"/>
    <w:uiPriority w:val="99"/>
    <w:unhideWhenUsed/>
    <w:rsid w:val="0009622B"/>
    <w:pPr>
      <w:spacing w:after="120"/>
      <w:ind w:left="360"/>
      <w:contextualSpacing/>
    </w:pPr>
  </w:style>
  <w:style w:type="paragraph" w:styleId="28">
    <w:name w:val="List Continue 2"/>
    <w:basedOn w:val="a1"/>
    <w:uiPriority w:val="99"/>
    <w:unhideWhenUsed/>
    <w:rsid w:val="0009622B"/>
    <w:pPr>
      <w:spacing w:after="120"/>
      <w:ind w:left="720"/>
      <w:contextualSpacing/>
    </w:pPr>
  </w:style>
  <w:style w:type="paragraph" w:styleId="36">
    <w:name w:val="List Continue 3"/>
    <w:basedOn w:val="a1"/>
    <w:uiPriority w:val="99"/>
    <w:unhideWhenUsed/>
    <w:rsid w:val="0009622B"/>
    <w:pPr>
      <w:spacing w:after="120"/>
      <w:ind w:left="1080"/>
      <w:contextualSpacing/>
    </w:pPr>
  </w:style>
  <w:style w:type="paragraph" w:styleId="af7">
    <w:name w:val="macro"/>
    <w:link w:val="af8"/>
    <w:uiPriority w:val="99"/>
    <w:unhideWhenUsed/>
    <w:rsid w:val="0009622B"/>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4"/>
      <w:szCs w:val="20"/>
      <w:lang w:val="en-US"/>
      <w14:ligatures w14:val="none"/>
    </w:rPr>
  </w:style>
  <w:style w:type="character" w:customStyle="1" w:styleId="af8">
    <w:name w:val="Текст макроса Знак"/>
    <w:basedOn w:val="a2"/>
    <w:link w:val="af7"/>
    <w:uiPriority w:val="99"/>
    <w:rsid w:val="0009622B"/>
    <w:rPr>
      <w:rFonts w:ascii="Courier" w:eastAsiaTheme="minorEastAsia" w:hAnsi="Courier"/>
      <w:kern w:val="0"/>
      <w:sz w:val="24"/>
      <w:szCs w:val="20"/>
      <w:lang w:val="en-US"/>
      <w14:ligatures w14:val="none"/>
    </w:rPr>
  </w:style>
  <w:style w:type="paragraph" w:styleId="af9">
    <w:name w:val="caption"/>
    <w:basedOn w:val="a1"/>
    <w:next w:val="a1"/>
    <w:uiPriority w:val="35"/>
    <w:semiHidden/>
    <w:unhideWhenUsed/>
    <w:qFormat/>
    <w:rsid w:val="0009622B"/>
    <w:pPr>
      <w:spacing w:line="240" w:lineRule="auto"/>
    </w:pPr>
    <w:rPr>
      <w:b/>
      <w:bCs/>
      <w:color w:val="156082" w:themeColor="accent1"/>
      <w:szCs w:val="18"/>
    </w:rPr>
  </w:style>
  <w:style w:type="character" w:styleId="afa">
    <w:name w:val="Strong"/>
    <w:basedOn w:val="a2"/>
    <w:uiPriority w:val="22"/>
    <w:qFormat/>
    <w:rsid w:val="0009622B"/>
    <w:rPr>
      <w:b/>
      <w:bCs/>
      <w:sz w:val="24"/>
    </w:rPr>
  </w:style>
  <w:style w:type="character" w:styleId="afb">
    <w:name w:val="Emphasis"/>
    <w:basedOn w:val="a2"/>
    <w:uiPriority w:val="20"/>
    <w:qFormat/>
    <w:rsid w:val="0009622B"/>
    <w:rPr>
      <w:i/>
      <w:iCs/>
      <w:sz w:val="24"/>
    </w:rPr>
  </w:style>
  <w:style w:type="character" w:styleId="afc">
    <w:name w:val="Subtle Emphasis"/>
    <w:basedOn w:val="a2"/>
    <w:uiPriority w:val="19"/>
    <w:qFormat/>
    <w:rsid w:val="0009622B"/>
    <w:rPr>
      <w:i/>
      <w:iCs/>
      <w:color w:val="808080" w:themeColor="text1" w:themeTint="7F"/>
      <w:sz w:val="24"/>
    </w:rPr>
  </w:style>
  <w:style w:type="character" w:styleId="afd">
    <w:name w:val="Subtle Reference"/>
    <w:basedOn w:val="a2"/>
    <w:uiPriority w:val="31"/>
    <w:qFormat/>
    <w:rsid w:val="0009622B"/>
    <w:rPr>
      <w:smallCaps/>
      <w:color w:val="E97132" w:themeColor="accent2"/>
      <w:sz w:val="24"/>
      <w:u w:val="single"/>
    </w:rPr>
  </w:style>
  <w:style w:type="character" w:styleId="afe">
    <w:name w:val="Book Title"/>
    <w:basedOn w:val="a2"/>
    <w:uiPriority w:val="33"/>
    <w:qFormat/>
    <w:rsid w:val="0009622B"/>
    <w:rPr>
      <w:b/>
      <w:bCs/>
      <w:smallCaps/>
      <w:spacing w:val="5"/>
      <w:sz w:val="24"/>
    </w:rPr>
  </w:style>
  <w:style w:type="paragraph" w:styleId="aff">
    <w:name w:val="TOC Heading"/>
    <w:basedOn w:val="1"/>
    <w:next w:val="a1"/>
    <w:uiPriority w:val="39"/>
    <w:semiHidden/>
    <w:unhideWhenUsed/>
    <w:qFormat/>
    <w:rsid w:val="0009622B"/>
    <w:pPr>
      <w:spacing w:before="480" w:after="0"/>
      <w:outlineLvl w:val="9"/>
    </w:pPr>
    <w:rPr>
      <w:b/>
      <w:bCs/>
      <w:szCs w:val="28"/>
    </w:rPr>
  </w:style>
  <w:style w:type="table" w:styleId="aff0">
    <w:name w:val="Table Grid"/>
    <w:basedOn w:val="a3"/>
    <w:uiPriority w:val="59"/>
    <w:rsid w:val="0009622B"/>
    <w:pPr>
      <w:spacing w:after="0" w:line="240" w:lineRule="auto"/>
    </w:pPr>
    <w:rPr>
      <w:rFonts w:eastAsiaTheme="minorEastAsia"/>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09622B"/>
    <w:pPr>
      <w:spacing w:after="0" w:line="240" w:lineRule="auto"/>
    </w:pPr>
    <w:rPr>
      <w:rFonts w:eastAsiaTheme="minorEastAsia"/>
      <w:color w:val="000000" w:themeColor="text1" w:themeShade="BF"/>
      <w:kern w:val="0"/>
      <w:sz w:val="24"/>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09622B"/>
    <w:pPr>
      <w:spacing w:after="0" w:line="240" w:lineRule="auto"/>
    </w:pPr>
    <w:rPr>
      <w:rFonts w:eastAsiaTheme="minorEastAsia"/>
      <w:color w:val="0F4761" w:themeColor="accent1" w:themeShade="BF"/>
      <w:kern w:val="0"/>
      <w:sz w:val="24"/>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
    <w:name w:val="Light Shading Accent 2"/>
    <w:basedOn w:val="a3"/>
    <w:uiPriority w:val="60"/>
    <w:rsid w:val="0009622B"/>
    <w:pPr>
      <w:spacing w:after="0" w:line="240" w:lineRule="auto"/>
    </w:pPr>
    <w:rPr>
      <w:rFonts w:eastAsiaTheme="minorEastAsia"/>
      <w:color w:val="BF4E14" w:themeColor="accent2" w:themeShade="BF"/>
      <w:kern w:val="0"/>
      <w:sz w:val="24"/>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
    <w:name w:val="Light Shading Accent 3"/>
    <w:basedOn w:val="a3"/>
    <w:uiPriority w:val="60"/>
    <w:rsid w:val="0009622B"/>
    <w:pPr>
      <w:spacing w:after="0" w:line="240" w:lineRule="auto"/>
    </w:pPr>
    <w:rPr>
      <w:rFonts w:eastAsiaTheme="minorEastAsia"/>
      <w:color w:val="124F1A" w:themeColor="accent3" w:themeShade="BF"/>
      <w:kern w:val="0"/>
      <w:sz w:val="24"/>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
    <w:name w:val="Light Shading Accent 4"/>
    <w:basedOn w:val="a3"/>
    <w:uiPriority w:val="60"/>
    <w:rsid w:val="0009622B"/>
    <w:pPr>
      <w:spacing w:after="0" w:line="240" w:lineRule="auto"/>
    </w:pPr>
    <w:rPr>
      <w:rFonts w:eastAsiaTheme="minorEastAsia"/>
      <w:color w:val="0B769F" w:themeColor="accent4" w:themeShade="BF"/>
      <w:kern w:val="0"/>
      <w:sz w:val="24"/>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
    <w:name w:val="Light Shading Accent 5"/>
    <w:basedOn w:val="a3"/>
    <w:uiPriority w:val="60"/>
    <w:rsid w:val="0009622B"/>
    <w:pPr>
      <w:spacing w:after="0" w:line="240" w:lineRule="auto"/>
    </w:pPr>
    <w:rPr>
      <w:rFonts w:eastAsiaTheme="minorEastAsia"/>
      <w:color w:val="77206D" w:themeColor="accent5" w:themeShade="BF"/>
      <w:kern w:val="0"/>
      <w:sz w:val="24"/>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
    <w:name w:val="Light Shading Accent 6"/>
    <w:basedOn w:val="a3"/>
    <w:uiPriority w:val="60"/>
    <w:rsid w:val="0009622B"/>
    <w:pPr>
      <w:spacing w:after="0" w:line="240" w:lineRule="auto"/>
    </w:pPr>
    <w:rPr>
      <w:rFonts w:eastAsiaTheme="minorEastAsia"/>
      <w:color w:val="3A7C22" w:themeColor="accent6" w:themeShade="BF"/>
      <w:kern w:val="0"/>
      <w:sz w:val="24"/>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aff2">
    <w:name w:val="Light List"/>
    <w:basedOn w:val="a3"/>
    <w:uiPriority w:val="61"/>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0">
    <w:name w:val="Light List Accent 2"/>
    <w:basedOn w:val="a3"/>
    <w:uiPriority w:val="61"/>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0">
    <w:name w:val="Light List Accent 3"/>
    <w:basedOn w:val="a3"/>
    <w:uiPriority w:val="61"/>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0">
    <w:name w:val="Light List Accent 4"/>
    <w:basedOn w:val="a3"/>
    <w:uiPriority w:val="61"/>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0">
    <w:name w:val="Light List Accent 5"/>
    <w:basedOn w:val="a3"/>
    <w:uiPriority w:val="61"/>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0">
    <w:name w:val="Light List Accent 6"/>
    <w:basedOn w:val="a3"/>
    <w:uiPriority w:val="61"/>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3">
    <w:name w:val="Light Grid"/>
    <w:basedOn w:val="a3"/>
    <w:uiPriority w:val="62"/>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1">
    <w:name w:val="Light Grid Accent 2"/>
    <w:basedOn w:val="a3"/>
    <w:uiPriority w:val="62"/>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1">
    <w:name w:val="Light Grid Accent 3"/>
    <w:basedOn w:val="a3"/>
    <w:uiPriority w:val="62"/>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1">
    <w:name w:val="Light Grid Accent 4"/>
    <w:basedOn w:val="a3"/>
    <w:uiPriority w:val="62"/>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1">
    <w:name w:val="Light Grid Accent 5"/>
    <w:basedOn w:val="a3"/>
    <w:uiPriority w:val="62"/>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1">
    <w:name w:val="Light Grid Accent 6"/>
    <w:basedOn w:val="a3"/>
    <w:uiPriority w:val="62"/>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11">
    <w:name w:val="Medium Shading 1"/>
    <w:basedOn w:val="a3"/>
    <w:uiPriority w:val="63"/>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9">
    <w:name w:val="Medium Shading 2"/>
    <w:basedOn w:val="a3"/>
    <w:uiPriority w:val="64"/>
    <w:rsid w:val="0009622B"/>
    <w:pPr>
      <w:spacing w:after="0" w:line="240" w:lineRule="auto"/>
    </w:pPr>
    <w:rPr>
      <w:rFonts w:eastAsiaTheme="minorEastAsia"/>
      <w:kern w:val="0"/>
      <w:sz w:val="24"/>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09622B"/>
    <w:pPr>
      <w:spacing w:after="0" w:line="240" w:lineRule="auto"/>
    </w:pPr>
    <w:rPr>
      <w:rFonts w:eastAsiaTheme="minorEastAsia"/>
      <w:kern w:val="0"/>
      <w:sz w:val="24"/>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09622B"/>
    <w:pPr>
      <w:spacing w:after="0" w:line="240" w:lineRule="auto"/>
    </w:pPr>
    <w:rPr>
      <w:rFonts w:eastAsiaTheme="minorEastAsia"/>
      <w:kern w:val="0"/>
      <w:sz w:val="24"/>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09622B"/>
    <w:pPr>
      <w:spacing w:after="0" w:line="240" w:lineRule="auto"/>
    </w:pPr>
    <w:rPr>
      <w:rFonts w:eastAsiaTheme="minorEastAsia"/>
      <w:kern w:val="0"/>
      <w:sz w:val="24"/>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09622B"/>
    <w:pPr>
      <w:spacing w:after="0" w:line="240" w:lineRule="auto"/>
    </w:pPr>
    <w:rPr>
      <w:rFonts w:eastAsiaTheme="minorEastAsia"/>
      <w:kern w:val="0"/>
      <w:sz w:val="24"/>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09622B"/>
    <w:pPr>
      <w:spacing w:after="0" w:line="240" w:lineRule="auto"/>
    </w:pPr>
    <w:rPr>
      <w:rFonts w:eastAsiaTheme="minorEastAsia"/>
      <w:kern w:val="0"/>
      <w:sz w:val="24"/>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09622B"/>
    <w:pPr>
      <w:spacing w:after="0" w:line="240" w:lineRule="auto"/>
    </w:pPr>
    <w:rPr>
      <w:rFonts w:eastAsiaTheme="minorEastAsia"/>
      <w:kern w:val="0"/>
      <w:sz w:val="24"/>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3"/>
    <w:uiPriority w:val="65"/>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3"/>
    <w:uiPriority w:val="65"/>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3"/>
    <w:uiPriority w:val="65"/>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3"/>
    <w:uiPriority w:val="65"/>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3"/>
    <w:uiPriority w:val="65"/>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a">
    <w:name w:val="Medium List 2"/>
    <w:basedOn w:val="a3"/>
    <w:uiPriority w:val="66"/>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1">
    <w:name w:val="Medium Grid 1 Accent 2"/>
    <w:basedOn w:val="a3"/>
    <w:uiPriority w:val="67"/>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1">
    <w:name w:val="Medium Grid 1 Accent 3"/>
    <w:basedOn w:val="a3"/>
    <w:uiPriority w:val="67"/>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1">
    <w:name w:val="Medium Grid 1 Accent 4"/>
    <w:basedOn w:val="a3"/>
    <w:uiPriority w:val="67"/>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1">
    <w:name w:val="Medium Grid 1 Accent 5"/>
    <w:basedOn w:val="a3"/>
    <w:uiPriority w:val="67"/>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1">
    <w:name w:val="Medium Grid 1 Accent 6"/>
    <w:basedOn w:val="a3"/>
    <w:uiPriority w:val="67"/>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b">
    <w:name w:val="Medium Grid 2"/>
    <w:basedOn w:val="a3"/>
    <w:uiPriority w:val="68"/>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09622B"/>
    <w:pPr>
      <w:spacing w:after="0" w:line="240" w:lineRule="auto"/>
    </w:pPr>
    <w:rPr>
      <w:rFonts w:asciiTheme="majorHAnsi" w:eastAsiaTheme="majorEastAsia" w:hAnsiTheme="majorHAnsi" w:cstheme="majorBidi"/>
      <w:color w:val="000000" w:themeColor="text1"/>
      <w:kern w:val="0"/>
      <w:sz w:val="24"/>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7">
    <w:name w:val="Medium Grid 3"/>
    <w:basedOn w:val="a3"/>
    <w:uiPriority w:val="69"/>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3"/>
    <w:uiPriority w:val="69"/>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3"/>
    <w:uiPriority w:val="69"/>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3"/>
    <w:uiPriority w:val="69"/>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3"/>
    <w:uiPriority w:val="69"/>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3"/>
    <w:uiPriority w:val="69"/>
    <w:rsid w:val="0009622B"/>
    <w:pPr>
      <w:spacing w:after="0" w:line="240" w:lineRule="auto"/>
    </w:pPr>
    <w:rPr>
      <w:rFonts w:eastAsiaTheme="minorEastAsia"/>
      <w:kern w:val="0"/>
      <w:sz w:val="24"/>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aff4">
    <w:name w:val="Dark List"/>
    <w:basedOn w:val="a3"/>
    <w:uiPriority w:val="70"/>
    <w:rsid w:val="0009622B"/>
    <w:pPr>
      <w:spacing w:after="0" w:line="240" w:lineRule="auto"/>
    </w:pPr>
    <w:rPr>
      <w:rFonts w:eastAsiaTheme="minorEastAsia"/>
      <w:color w:val="FFFFFF" w:themeColor="background1"/>
      <w:kern w:val="0"/>
      <w:sz w:val="24"/>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09622B"/>
    <w:pPr>
      <w:spacing w:after="0" w:line="240" w:lineRule="auto"/>
    </w:pPr>
    <w:rPr>
      <w:rFonts w:eastAsiaTheme="minorEastAsia"/>
      <w:color w:val="FFFFFF" w:themeColor="background1"/>
      <w:kern w:val="0"/>
      <w:sz w:val="24"/>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3"/>
    <w:uiPriority w:val="70"/>
    <w:rsid w:val="0009622B"/>
    <w:pPr>
      <w:spacing w:after="0" w:line="240" w:lineRule="auto"/>
    </w:pPr>
    <w:rPr>
      <w:rFonts w:eastAsiaTheme="minorEastAsia"/>
      <w:color w:val="FFFFFF" w:themeColor="background1"/>
      <w:kern w:val="0"/>
      <w:sz w:val="24"/>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3"/>
    <w:uiPriority w:val="70"/>
    <w:rsid w:val="0009622B"/>
    <w:pPr>
      <w:spacing w:after="0" w:line="240" w:lineRule="auto"/>
    </w:pPr>
    <w:rPr>
      <w:rFonts w:eastAsiaTheme="minorEastAsia"/>
      <w:color w:val="FFFFFF" w:themeColor="background1"/>
      <w:kern w:val="0"/>
      <w:sz w:val="24"/>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3"/>
    <w:uiPriority w:val="70"/>
    <w:rsid w:val="0009622B"/>
    <w:pPr>
      <w:spacing w:after="0" w:line="240" w:lineRule="auto"/>
    </w:pPr>
    <w:rPr>
      <w:rFonts w:eastAsiaTheme="minorEastAsia"/>
      <w:color w:val="FFFFFF" w:themeColor="background1"/>
      <w:kern w:val="0"/>
      <w:sz w:val="24"/>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3"/>
    <w:uiPriority w:val="70"/>
    <w:rsid w:val="0009622B"/>
    <w:pPr>
      <w:spacing w:after="0" w:line="240" w:lineRule="auto"/>
    </w:pPr>
    <w:rPr>
      <w:rFonts w:eastAsiaTheme="minorEastAsia"/>
      <w:color w:val="FFFFFF" w:themeColor="background1"/>
      <w:kern w:val="0"/>
      <w:sz w:val="24"/>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3"/>
    <w:uiPriority w:val="70"/>
    <w:rsid w:val="0009622B"/>
    <w:pPr>
      <w:spacing w:after="0" w:line="240" w:lineRule="auto"/>
    </w:pPr>
    <w:rPr>
      <w:rFonts w:eastAsiaTheme="minorEastAsia"/>
      <w:color w:val="FFFFFF" w:themeColor="background1"/>
      <w:kern w:val="0"/>
      <w:sz w:val="24"/>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aff5">
    <w:name w:val="Colorful Shading"/>
    <w:basedOn w:val="a3"/>
    <w:uiPriority w:val="71"/>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3">
    <w:name w:val="Colorful Shading Accent 4"/>
    <w:basedOn w:val="a3"/>
    <w:uiPriority w:val="71"/>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09622B"/>
    <w:pPr>
      <w:spacing w:after="0" w:line="240" w:lineRule="auto"/>
    </w:pPr>
    <w:rPr>
      <w:rFonts w:eastAsiaTheme="minorEastAsia"/>
      <w:color w:val="000000" w:themeColor="text1"/>
      <w:kern w:val="0"/>
      <w:sz w:val="24"/>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09622B"/>
    <w:pPr>
      <w:spacing w:after="0" w:line="240" w:lineRule="auto"/>
    </w:pPr>
    <w:rPr>
      <w:rFonts w:eastAsiaTheme="minorEastAsia"/>
      <w:color w:val="000000" w:themeColor="text1"/>
      <w:kern w:val="0"/>
      <w:sz w:val="24"/>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4">
    <w:name w:val="Colorful List Accent 2"/>
    <w:basedOn w:val="a3"/>
    <w:uiPriority w:val="72"/>
    <w:rsid w:val="0009622B"/>
    <w:pPr>
      <w:spacing w:after="0" w:line="240" w:lineRule="auto"/>
    </w:pPr>
    <w:rPr>
      <w:rFonts w:eastAsiaTheme="minorEastAsia"/>
      <w:color w:val="000000" w:themeColor="text1"/>
      <w:kern w:val="0"/>
      <w:sz w:val="24"/>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4">
    <w:name w:val="Colorful List Accent 3"/>
    <w:basedOn w:val="a3"/>
    <w:uiPriority w:val="72"/>
    <w:rsid w:val="0009622B"/>
    <w:pPr>
      <w:spacing w:after="0" w:line="240" w:lineRule="auto"/>
    </w:pPr>
    <w:rPr>
      <w:rFonts w:eastAsiaTheme="minorEastAsia"/>
      <w:color w:val="000000" w:themeColor="text1"/>
      <w:kern w:val="0"/>
      <w:sz w:val="24"/>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4">
    <w:name w:val="Colorful List Accent 4"/>
    <w:basedOn w:val="a3"/>
    <w:uiPriority w:val="72"/>
    <w:rsid w:val="0009622B"/>
    <w:pPr>
      <w:spacing w:after="0" w:line="240" w:lineRule="auto"/>
    </w:pPr>
    <w:rPr>
      <w:rFonts w:eastAsiaTheme="minorEastAsia"/>
      <w:color w:val="000000" w:themeColor="text1"/>
      <w:kern w:val="0"/>
      <w:sz w:val="24"/>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4">
    <w:name w:val="Colorful List Accent 5"/>
    <w:basedOn w:val="a3"/>
    <w:uiPriority w:val="72"/>
    <w:rsid w:val="0009622B"/>
    <w:pPr>
      <w:spacing w:after="0" w:line="240" w:lineRule="auto"/>
    </w:pPr>
    <w:rPr>
      <w:rFonts w:eastAsiaTheme="minorEastAsia"/>
      <w:color w:val="000000" w:themeColor="text1"/>
      <w:kern w:val="0"/>
      <w:sz w:val="24"/>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4">
    <w:name w:val="Colorful List Accent 6"/>
    <w:basedOn w:val="a3"/>
    <w:uiPriority w:val="72"/>
    <w:rsid w:val="0009622B"/>
    <w:pPr>
      <w:spacing w:after="0" w:line="240" w:lineRule="auto"/>
    </w:pPr>
    <w:rPr>
      <w:rFonts w:eastAsiaTheme="minorEastAsia"/>
      <w:color w:val="000000" w:themeColor="text1"/>
      <w:kern w:val="0"/>
      <w:sz w:val="24"/>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7">
    <w:name w:val="Colorful Grid"/>
    <w:basedOn w:val="a3"/>
    <w:uiPriority w:val="73"/>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5">
    <w:name w:val="Colorful Grid Accent 2"/>
    <w:basedOn w:val="a3"/>
    <w:uiPriority w:val="73"/>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5">
    <w:name w:val="Colorful Grid Accent 3"/>
    <w:basedOn w:val="a3"/>
    <w:uiPriority w:val="73"/>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5">
    <w:name w:val="Colorful Grid Accent 4"/>
    <w:basedOn w:val="a3"/>
    <w:uiPriority w:val="73"/>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5">
    <w:name w:val="Colorful Grid Accent 5"/>
    <w:basedOn w:val="a3"/>
    <w:uiPriority w:val="73"/>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5">
    <w:name w:val="Colorful Grid Accent 6"/>
    <w:basedOn w:val="a3"/>
    <w:uiPriority w:val="73"/>
    <w:rsid w:val="0009622B"/>
    <w:pPr>
      <w:spacing w:after="0" w:line="240" w:lineRule="auto"/>
    </w:pPr>
    <w:rPr>
      <w:rFonts w:eastAsiaTheme="minorEastAsia"/>
      <w:color w:val="000000" w:themeColor="text1"/>
      <w:kern w:val="0"/>
      <w:sz w:val="24"/>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4763</Words>
  <Characters>27151</Characters>
  <Application>Microsoft Office Word</Application>
  <DocSecurity>0</DocSecurity>
  <Lines>226</Lines>
  <Paragraphs>63</Paragraphs>
  <ScaleCrop>false</ScaleCrop>
  <Company/>
  <LinksUpToDate>false</LinksUpToDate>
  <CharactersWithSpaces>31851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Dityatkovskaya</dc:creator>
  <cp:keywords/>
  <dc:description/>
  <cp:lastModifiedBy>Maria Dityatkovskaya</cp:lastModifiedBy>
  <cp:revision>2</cp:revision>
  <dcterms:created xsi:type="dcterms:W3CDTF">2026-06-10T01:02:00Z</dcterms:created>
  <dcterms:modified xsi:type="dcterms:W3CDTF">2026-06-10T01:02:00Z</dcterms:modified>
</cp:coreProperties>
</file>